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4BE022" w14:textId="77777777" w:rsidR="00F810AC" w:rsidRDefault="00F810AC">
      <w:pPr>
        <w:spacing w:line="240" w:lineRule="auto"/>
      </w:pPr>
    </w:p>
    <w:p w14:paraId="6EE26179" w14:textId="77777777" w:rsidR="00F810AC" w:rsidRDefault="00F810AC">
      <w:pPr>
        <w:spacing w:line="240" w:lineRule="auto"/>
      </w:pPr>
    </w:p>
    <w:p w14:paraId="7DC25929" w14:textId="77777777" w:rsidR="00F810AC" w:rsidRDefault="00000000">
      <w:pPr>
        <w:spacing w:line="240" w:lineRule="auto"/>
        <w:jc w:val="center"/>
      </w:pPr>
      <w:r>
        <w:rPr>
          <w:rFonts w:cs="Times New Roman"/>
          <w:b/>
          <w:sz w:val="30"/>
        </w:rPr>
        <w:t>END TO END DEEP REINFORCEMENT LEARNING</w:t>
      </w:r>
      <w:r>
        <w:rPr>
          <w:rFonts w:cs="Times New Roman"/>
          <w:b/>
          <w:sz w:val="30"/>
        </w:rPr>
        <w:br/>
        <w:t>UNTUK PEMBANGUNAN AGEN OTONOM</w:t>
      </w:r>
      <w:r>
        <w:rPr>
          <w:rFonts w:cs="Times New Roman"/>
          <w:b/>
          <w:sz w:val="30"/>
        </w:rPr>
        <w:br/>
        <w:t>KENDARAAN BESAR PADA SKENARIO</w:t>
      </w:r>
      <w:r>
        <w:rPr>
          <w:rFonts w:cs="Times New Roman"/>
          <w:b/>
          <w:sz w:val="30"/>
        </w:rPr>
        <w:br/>
        <w:t>PERKOTAAN YANG DINAMIS</w:t>
      </w:r>
    </w:p>
    <w:p w14:paraId="23E383FD" w14:textId="77777777" w:rsidR="00F810AC" w:rsidRDefault="00F810AC">
      <w:pPr>
        <w:spacing w:line="240" w:lineRule="auto"/>
      </w:pPr>
    </w:p>
    <w:p w14:paraId="6A4B51C1" w14:textId="77777777" w:rsidR="00F810AC" w:rsidRDefault="00F810AC">
      <w:pPr>
        <w:spacing w:line="240" w:lineRule="auto"/>
      </w:pPr>
    </w:p>
    <w:p w14:paraId="668C58F0" w14:textId="77777777" w:rsidR="00F810AC" w:rsidRDefault="00000000">
      <w:pPr>
        <w:spacing w:line="240" w:lineRule="auto"/>
        <w:jc w:val="center"/>
      </w:pPr>
      <w:r>
        <w:rPr>
          <w:rFonts w:cs="Times New Roman"/>
          <w:b/>
          <w:sz w:val="26"/>
        </w:rPr>
        <w:t>TUGAS AKHIR</w:t>
      </w:r>
    </w:p>
    <w:p w14:paraId="313CEABF" w14:textId="77777777" w:rsidR="00F810AC" w:rsidRDefault="00F810AC">
      <w:pPr>
        <w:spacing w:line="240" w:lineRule="auto"/>
      </w:pPr>
    </w:p>
    <w:p w14:paraId="09066906" w14:textId="77777777" w:rsidR="00F810AC" w:rsidRDefault="00000000">
      <w:pPr>
        <w:spacing w:line="240" w:lineRule="auto"/>
        <w:jc w:val="center"/>
      </w:pPr>
      <w:proofErr w:type="spellStart"/>
      <w:r>
        <w:rPr>
          <w:rFonts w:cs="Times New Roman"/>
          <w:sz w:val="24"/>
        </w:rPr>
        <w:t>Disusun</w:t>
      </w:r>
      <w:proofErr w:type="spellEnd"/>
      <w:r>
        <w:rPr>
          <w:rFonts w:cs="Times New Roman"/>
          <w:sz w:val="24"/>
        </w:rPr>
        <w:t xml:space="preserve"> </w:t>
      </w:r>
      <w:proofErr w:type="spellStart"/>
      <w:r>
        <w:rPr>
          <w:rFonts w:cs="Times New Roman"/>
          <w:sz w:val="24"/>
        </w:rPr>
        <w:t>sebagai</w:t>
      </w:r>
      <w:proofErr w:type="spellEnd"/>
      <w:r>
        <w:rPr>
          <w:rFonts w:cs="Times New Roman"/>
          <w:sz w:val="24"/>
        </w:rPr>
        <w:t xml:space="preserve"> salah </w:t>
      </w:r>
      <w:proofErr w:type="spellStart"/>
      <w:r>
        <w:rPr>
          <w:rFonts w:cs="Times New Roman"/>
          <w:sz w:val="24"/>
        </w:rPr>
        <w:t>satu</w:t>
      </w:r>
      <w:proofErr w:type="spellEnd"/>
      <w:r>
        <w:rPr>
          <w:rFonts w:cs="Times New Roman"/>
          <w:sz w:val="24"/>
        </w:rPr>
        <w:t xml:space="preserve"> </w:t>
      </w:r>
      <w:proofErr w:type="spellStart"/>
      <w:r>
        <w:rPr>
          <w:rFonts w:cs="Times New Roman"/>
          <w:sz w:val="24"/>
        </w:rPr>
        <w:t>syarat</w:t>
      </w:r>
      <w:proofErr w:type="spellEnd"/>
      <w:r>
        <w:rPr>
          <w:rFonts w:cs="Times New Roman"/>
          <w:sz w:val="24"/>
        </w:rPr>
        <w:t xml:space="preserve"> </w:t>
      </w:r>
      <w:proofErr w:type="spellStart"/>
      <w:r>
        <w:rPr>
          <w:rFonts w:cs="Times New Roman"/>
          <w:sz w:val="24"/>
        </w:rPr>
        <w:t>untuk</w:t>
      </w:r>
      <w:proofErr w:type="spellEnd"/>
      <w:r>
        <w:rPr>
          <w:rFonts w:cs="Times New Roman"/>
          <w:sz w:val="24"/>
        </w:rPr>
        <w:t xml:space="preserve"> </w:t>
      </w:r>
      <w:proofErr w:type="spellStart"/>
      <w:r>
        <w:rPr>
          <w:rFonts w:cs="Times New Roman"/>
          <w:sz w:val="24"/>
        </w:rPr>
        <w:t>kelulusan</w:t>
      </w:r>
      <w:proofErr w:type="spellEnd"/>
      <w:r>
        <w:rPr>
          <w:rFonts w:cs="Times New Roman"/>
          <w:sz w:val="24"/>
        </w:rPr>
        <w:t xml:space="preserve"> Program Strata I,</w:t>
      </w:r>
      <w:r>
        <w:rPr>
          <w:rFonts w:cs="Times New Roman"/>
          <w:sz w:val="24"/>
        </w:rPr>
        <w:br/>
        <w:t xml:space="preserve">Program </w:t>
      </w:r>
      <w:proofErr w:type="spellStart"/>
      <w:r>
        <w:rPr>
          <w:rFonts w:cs="Times New Roman"/>
          <w:sz w:val="24"/>
        </w:rPr>
        <w:t>Studi</w:t>
      </w:r>
      <w:proofErr w:type="spellEnd"/>
      <w:r>
        <w:rPr>
          <w:rFonts w:cs="Times New Roman"/>
          <w:sz w:val="24"/>
        </w:rPr>
        <w:t xml:space="preserve"> Teknik </w:t>
      </w:r>
      <w:proofErr w:type="spellStart"/>
      <w:r>
        <w:rPr>
          <w:rFonts w:cs="Times New Roman"/>
          <w:sz w:val="24"/>
        </w:rPr>
        <w:t>Informatika</w:t>
      </w:r>
      <w:proofErr w:type="spellEnd"/>
      <w:r>
        <w:rPr>
          <w:rFonts w:cs="Times New Roman"/>
          <w:sz w:val="24"/>
        </w:rPr>
        <w:t xml:space="preserve">, Universitas </w:t>
      </w:r>
      <w:proofErr w:type="spellStart"/>
      <w:r>
        <w:rPr>
          <w:rFonts w:cs="Times New Roman"/>
          <w:sz w:val="24"/>
        </w:rPr>
        <w:t>Pasundan</w:t>
      </w:r>
      <w:proofErr w:type="spellEnd"/>
      <w:r>
        <w:rPr>
          <w:rFonts w:cs="Times New Roman"/>
          <w:sz w:val="24"/>
        </w:rPr>
        <w:t xml:space="preserve"> Bandung</w:t>
      </w:r>
    </w:p>
    <w:p w14:paraId="55F7B12B" w14:textId="77777777" w:rsidR="00F810AC" w:rsidRDefault="00F810AC">
      <w:pPr>
        <w:spacing w:line="240" w:lineRule="auto"/>
      </w:pPr>
    </w:p>
    <w:p w14:paraId="1A549BFC" w14:textId="77777777" w:rsidR="00F810AC" w:rsidRDefault="00F810AC">
      <w:pPr>
        <w:spacing w:line="240" w:lineRule="auto"/>
      </w:pPr>
    </w:p>
    <w:p w14:paraId="3AF0D276" w14:textId="77777777" w:rsidR="00F810AC" w:rsidRDefault="00000000">
      <w:pPr>
        <w:spacing w:line="240" w:lineRule="auto"/>
        <w:jc w:val="center"/>
      </w:pPr>
      <w:proofErr w:type="gramStart"/>
      <w:r>
        <w:rPr>
          <w:rFonts w:cs="Times New Roman"/>
          <w:sz w:val="24"/>
        </w:rPr>
        <w:t>oleh :</w:t>
      </w:r>
      <w:proofErr w:type="gramEnd"/>
      <w:r>
        <w:rPr>
          <w:rFonts w:cs="Times New Roman"/>
          <w:sz w:val="24"/>
        </w:rPr>
        <w:br/>
        <w:t xml:space="preserve">Ilham Akmal Rafi </w:t>
      </w:r>
      <w:proofErr w:type="spellStart"/>
      <w:r>
        <w:rPr>
          <w:rFonts w:cs="Times New Roman"/>
          <w:sz w:val="24"/>
        </w:rPr>
        <w:t>Pramudya</w:t>
      </w:r>
      <w:proofErr w:type="spellEnd"/>
      <w:r>
        <w:rPr>
          <w:rFonts w:cs="Times New Roman"/>
          <w:sz w:val="24"/>
        </w:rPr>
        <w:br/>
        <w:t>NRP : 19.304.0038</w:t>
      </w:r>
    </w:p>
    <w:p w14:paraId="43C6D062" w14:textId="77777777" w:rsidR="00F810AC" w:rsidRDefault="00F810AC">
      <w:pPr>
        <w:spacing w:line="240" w:lineRule="auto"/>
      </w:pPr>
    </w:p>
    <w:p w14:paraId="3D351F6F" w14:textId="23CF2673" w:rsidR="00F810AC" w:rsidRDefault="007671F1" w:rsidP="007671F1">
      <w:pPr>
        <w:spacing w:line="240" w:lineRule="auto"/>
        <w:jc w:val="center"/>
      </w:pPr>
      <w:r>
        <w:rPr>
          <w:noProof/>
        </w:rPr>
        <w:drawing>
          <wp:inline distT="0" distB="0" distL="0" distR="0" wp14:anchorId="5D02D754" wp14:editId="510B8B47">
            <wp:extent cx="1389600" cy="1398258"/>
            <wp:effectExtent l="0" t="0" r="0" b="0"/>
            <wp:docPr id="1824435396" name="Picture 1824435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a:stretch>
                      <a:fillRect/>
                    </a:stretch>
                  </pic:blipFill>
                  <pic:spPr>
                    <a:xfrm>
                      <a:off x="0" y="0"/>
                      <a:ext cx="1389600" cy="1398258"/>
                    </a:xfrm>
                    <a:prstGeom prst="rect">
                      <a:avLst/>
                    </a:prstGeom>
                  </pic:spPr>
                </pic:pic>
              </a:graphicData>
            </a:graphic>
          </wp:inline>
        </w:drawing>
      </w:r>
    </w:p>
    <w:p w14:paraId="3A03CB61" w14:textId="77777777" w:rsidR="00F810AC" w:rsidRDefault="00F810AC">
      <w:pPr>
        <w:spacing w:line="240" w:lineRule="auto"/>
      </w:pPr>
    </w:p>
    <w:p w14:paraId="3E9E0ADA" w14:textId="77777777" w:rsidR="00F810AC" w:rsidRDefault="00F810AC">
      <w:pPr>
        <w:spacing w:line="240" w:lineRule="auto"/>
      </w:pPr>
    </w:p>
    <w:p w14:paraId="33B62AD1" w14:textId="0C4DE647" w:rsidR="00F810AC" w:rsidRDefault="00000000" w:rsidP="00F579C3">
      <w:pPr>
        <w:spacing w:line="240" w:lineRule="auto"/>
        <w:jc w:val="center"/>
      </w:pPr>
      <w:r>
        <w:rPr>
          <w:rFonts w:cs="Times New Roman"/>
          <w:b/>
          <w:sz w:val="26"/>
        </w:rPr>
        <w:t>PROGRAM STUDI TEKNIK INFORMATIKA</w:t>
      </w:r>
      <w:r>
        <w:rPr>
          <w:rFonts w:cs="Times New Roman"/>
          <w:b/>
          <w:sz w:val="26"/>
        </w:rPr>
        <w:br/>
        <w:t>FAKULTAS TEKNIK</w:t>
      </w:r>
      <w:r>
        <w:rPr>
          <w:rFonts w:cs="Times New Roman"/>
          <w:b/>
          <w:sz w:val="26"/>
        </w:rPr>
        <w:br/>
        <w:t>UNIVERSITAS PASUNDAN BANDUNG</w:t>
      </w:r>
      <w:r>
        <w:rPr>
          <w:rFonts w:cs="Times New Roman"/>
          <w:b/>
          <w:sz w:val="26"/>
        </w:rPr>
        <w:br/>
        <w:t>MEI 2026</w:t>
      </w:r>
    </w:p>
    <w:p w14:paraId="75720FAF" w14:textId="1278BA5F" w:rsidR="008C1C2F" w:rsidRDefault="008C1C2F">
      <w:pPr>
        <w:pageBreakBefore/>
        <w:spacing w:after="240"/>
        <w:jc w:val="center"/>
        <w:rPr>
          <w:rFonts w:cs="Times New Roman"/>
          <w:b/>
          <w:sz w:val="24"/>
        </w:rPr>
        <w:sectPr w:rsidR="008C1C2F" w:rsidSect="007F78CD">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701" w:header="720" w:footer="720" w:gutter="0"/>
          <w:pgNumType w:start="1" w:chapStyle="1"/>
          <w:cols w:space="720"/>
          <w:titlePg/>
          <w:docGrid w:linePitch="360"/>
        </w:sectPr>
      </w:pPr>
    </w:p>
    <w:p w14:paraId="6E955EB4" w14:textId="2FDD3E17" w:rsidR="00F810AC" w:rsidRPr="00F333B6" w:rsidRDefault="00000000" w:rsidP="00F333B6">
      <w:pPr>
        <w:pStyle w:val="Heading1"/>
        <w:numPr>
          <w:ilvl w:val="0"/>
          <w:numId w:val="0"/>
        </w:numPr>
      </w:pPr>
      <w:bookmarkStart w:id="0" w:name="_Toc233990515"/>
      <w:r w:rsidRPr="00F333B6">
        <w:lastRenderedPageBreak/>
        <w:t>KATA PENGANTAR</w:t>
      </w:r>
      <w:bookmarkEnd w:id="0"/>
    </w:p>
    <w:p w14:paraId="4C2FB29D" w14:textId="77777777" w:rsidR="005F51D2" w:rsidRDefault="00000000" w:rsidP="005F51D2">
      <w:pPr>
        <w:spacing w:after="0" w:line="360" w:lineRule="auto"/>
        <w:ind w:firstLine="680"/>
        <w:jc w:val="both"/>
        <w:rPr>
          <w:rFonts w:cs="Times New Roman"/>
        </w:rPr>
      </w:pPr>
      <w:proofErr w:type="spellStart"/>
      <w:r>
        <w:rPr>
          <w:rFonts w:cs="Times New Roman"/>
        </w:rPr>
        <w:t>Puji</w:t>
      </w:r>
      <w:proofErr w:type="spellEnd"/>
      <w:r>
        <w:rPr>
          <w:rFonts w:cs="Times New Roman"/>
        </w:rPr>
        <w:t xml:space="preserve"> </w:t>
      </w:r>
      <w:proofErr w:type="spellStart"/>
      <w:r>
        <w:rPr>
          <w:rFonts w:cs="Times New Roman"/>
        </w:rPr>
        <w:t>syukur</w:t>
      </w:r>
      <w:proofErr w:type="spellEnd"/>
      <w:r>
        <w:rPr>
          <w:rFonts w:cs="Times New Roman"/>
        </w:rPr>
        <w:t xml:space="preserve"> </w:t>
      </w:r>
      <w:proofErr w:type="spellStart"/>
      <w:r>
        <w:rPr>
          <w:rFonts w:cs="Times New Roman"/>
        </w:rPr>
        <w:t>penulis</w:t>
      </w:r>
      <w:proofErr w:type="spellEnd"/>
      <w:r>
        <w:rPr>
          <w:rFonts w:cs="Times New Roman"/>
        </w:rPr>
        <w:t xml:space="preserve"> </w:t>
      </w:r>
      <w:proofErr w:type="spellStart"/>
      <w:r>
        <w:rPr>
          <w:rFonts w:cs="Times New Roman"/>
        </w:rPr>
        <w:t>panjatkan</w:t>
      </w:r>
      <w:proofErr w:type="spellEnd"/>
      <w:r>
        <w:rPr>
          <w:rFonts w:cs="Times New Roman"/>
        </w:rPr>
        <w:t xml:space="preserve"> </w:t>
      </w:r>
      <w:proofErr w:type="spellStart"/>
      <w:r>
        <w:rPr>
          <w:rFonts w:cs="Times New Roman"/>
        </w:rPr>
        <w:t>ke</w:t>
      </w:r>
      <w:proofErr w:type="spellEnd"/>
      <w:r>
        <w:rPr>
          <w:rFonts w:cs="Times New Roman"/>
        </w:rPr>
        <w:t xml:space="preserve"> </w:t>
      </w:r>
      <w:proofErr w:type="spellStart"/>
      <w:r>
        <w:rPr>
          <w:rFonts w:cs="Times New Roman"/>
        </w:rPr>
        <w:t>hadirat</w:t>
      </w:r>
      <w:proofErr w:type="spellEnd"/>
      <w:r>
        <w:rPr>
          <w:rFonts w:cs="Times New Roman"/>
        </w:rPr>
        <w:t xml:space="preserve"> Allah </w:t>
      </w:r>
      <w:proofErr w:type="spellStart"/>
      <w:r>
        <w:rPr>
          <w:rFonts w:cs="Times New Roman"/>
        </w:rPr>
        <w:t>Subhanahu</w:t>
      </w:r>
      <w:proofErr w:type="spellEnd"/>
      <w:r>
        <w:rPr>
          <w:rFonts w:cs="Times New Roman"/>
        </w:rPr>
        <w:t xml:space="preserve"> </w:t>
      </w:r>
      <w:proofErr w:type="spellStart"/>
      <w:r>
        <w:rPr>
          <w:rFonts w:cs="Times New Roman"/>
        </w:rPr>
        <w:t>wa</w:t>
      </w:r>
      <w:proofErr w:type="spellEnd"/>
      <w:r>
        <w:rPr>
          <w:rFonts w:cs="Times New Roman"/>
        </w:rPr>
        <w:t xml:space="preserve"> </w:t>
      </w:r>
      <w:proofErr w:type="spellStart"/>
      <w:r>
        <w:rPr>
          <w:rFonts w:cs="Times New Roman"/>
        </w:rPr>
        <w:t>Ta'ala</w:t>
      </w:r>
      <w:proofErr w:type="spellEnd"/>
      <w:r>
        <w:rPr>
          <w:rFonts w:cs="Times New Roman"/>
        </w:rPr>
        <w:t xml:space="preserve"> </w:t>
      </w:r>
      <w:proofErr w:type="spellStart"/>
      <w:r>
        <w:rPr>
          <w:rFonts w:cs="Times New Roman"/>
        </w:rPr>
        <w:t>atas</w:t>
      </w:r>
      <w:proofErr w:type="spellEnd"/>
      <w:r>
        <w:rPr>
          <w:rFonts w:cs="Times New Roman"/>
        </w:rPr>
        <w:t xml:space="preserve"> </w:t>
      </w:r>
      <w:proofErr w:type="spellStart"/>
      <w:r>
        <w:rPr>
          <w:rFonts w:cs="Times New Roman"/>
        </w:rPr>
        <w:t>segala</w:t>
      </w:r>
      <w:proofErr w:type="spellEnd"/>
      <w:r>
        <w:rPr>
          <w:rFonts w:cs="Times New Roman"/>
        </w:rPr>
        <w:t xml:space="preserve"> </w:t>
      </w:r>
      <w:proofErr w:type="spellStart"/>
      <w:r>
        <w:rPr>
          <w:rFonts w:cs="Times New Roman"/>
        </w:rPr>
        <w:t>rahmat</w:t>
      </w:r>
      <w:proofErr w:type="spellEnd"/>
      <w:r>
        <w:rPr>
          <w:rFonts w:cs="Times New Roman"/>
        </w:rPr>
        <w:t xml:space="preserve">, </w:t>
      </w:r>
      <w:proofErr w:type="spellStart"/>
      <w:r>
        <w:rPr>
          <w:rFonts w:cs="Times New Roman"/>
        </w:rPr>
        <w:t>hidayah</w:t>
      </w:r>
      <w:proofErr w:type="spellEnd"/>
      <w:r>
        <w:rPr>
          <w:rFonts w:cs="Times New Roman"/>
        </w:rPr>
        <w:t xml:space="preserve">, dan </w:t>
      </w:r>
      <w:proofErr w:type="spellStart"/>
      <w:r>
        <w:rPr>
          <w:rFonts w:cs="Times New Roman"/>
        </w:rPr>
        <w:t>karunia</w:t>
      </w:r>
      <w:proofErr w:type="spellEnd"/>
      <w:r>
        <w:rPr>
          <w:rFonts w:cs="Times New Roman"/>
        </w:rPr>
        <w:t xml:space="preserve">-Nya, </w:t>
      </w:r>
      <w:proofErr w:type="spellStart"/>
      <w:r>
        <w:rPr>
          <w:rFonts w:cs="Times New Roman"/>
        </w:rPr>
        <w:t>sehingga</w:t>
      </w:r>
      <w:proofErr w:type="spellEnd"/>
      <w:r>
        <w:rPr>
          <w:rFonts w:cs="Times New Roman"/>
        </w:rPr>
        <w:t xml:space="preserve"> </w:t>
      </w:r>
      <w:proofErr w:type="spellStart"/>
      <w:r>
        <w:rPr>
          <w:rFonts w:cs="Times New Roman"/>
        </w:rPr>
        <w:t>penulis</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menyelesaikan</w:t>
      </w:r>
      <w:proofErr w:type="spellEnd"/>
      <w:r>
        <w:rPr>
          <w:rFonts w:cs="Times New Roman"/>
        </w:rPr>
        <w:t xml:space="preserve"> </w:t>
      </w:r>
      <w:proofErr w:type="spellStart"/>
      <w:r>
        <w:rPr>
          <w:rFonts w:cs="Times New Roman"/>
        </w:rPr>
        <w:t>penyusunan</w:t>
      </w:r>
      <w:proofErr w:type="spellEnd"/>
      <w:r>
        <w:rPr>
          <w:rFonts w:cs="Times New Roman"/>
        </w:rPr>
        <w:t xml:space="preserve"> </w:t>
      </w:r>
      <w:proofErr w:type="spellStart"/>
      <w:r>
        <w:rPr>
          <w:rFonts w:cs="Times New Roman"/>
        </w:rPr>
        <w:t>Laporan</w:t>
      </w:r>
      <w:proofErr w:type="spellEnd"/>
      <w:r>
        <w:rPr>
          <w:rFonts w:cs="Times New Roman"/>
        </w:rPr>
        <w:t xml:space="preserve"> </w:t>
      </w:r>
      <w:proofErr w:type="spellStart"/>
      <w:r>
        <w:rPr>
          <w:rFonts w:cs="Times New Roman"/>
        </w:rPr>
        <w:t>Tugas</w:t>
      </w:r>
      <w:proofErr w:type="spellEnd"/>
      <w:r>
        <w:rPr>
          <w:rFonts w:cs="Times New Roman"/>
        </w:rPr>
        <w:t xml:space="preserve"> Akhir yang </w:t>
      </w:r>
      <w:proofErr w:type="spellStart"/>
      <w:r>
        <w:rPr>
          <w:rFonts w:cs="Times New Roman"/>
        </w:rPr>
        <w:t>berjudul</w:t>
      </w:r>
      <w:proofErr w:type="spellEnd"/>
      <w:r>
        <w:rPr>
          <w:rFonts w:cs="Times New Roman"/>
        </w:rPr>
        <w:t xml:space="preserve"> "</w:t>
      </w:r>
      <w:r w:rsidRPr="008313F9">
        <w:rPr>
          <w:rFonts w:cs="Times New Roman"/>
          <w:i/>
          <w:iCs/>
        </w:rPr>
        <w:t>End-to-End Deep Reinforcement Learning</w:t>
      </w:r>
      <w:r>
        <w:rPr>
          <w:rFonts w:cs="Times New Roman"/>
        </w:rPr>
        <w:t xml:space="preserve"> </w:t>
      </w:r>
      <w:proofErr w:type="spellStart"/>
      <w:r>
        <w:rPr>
          <w:rFonts w:cs="Times New Roman"/>
        </w:rPr>
        <w:t>untuk</w:t>
      </w:r>
      <w:proofErr w:type="spellEnd"/>
      <w:r>
        <w:rPr>
          <w:rFonts w:cs="Times New Roman"/>
        </w:rPr>
        <w:t xml:space="preserve"> Pembangunan </w:t>
      </w:r>
      <w:proofErr w:type="spellStart"/>
      <w:r>
        <w:rPr>
          <w:rFonts w:cs="Times New Roman"/>
        </w:rPr>
        <w:t>Agen</w:t>
      </w:r>
      <w:proofErr w:type="spellEnd"/>
      <w:r>
        <w:rPr>
          <w:rFonts w:cs="Times New Roman"/>
        </w:rPr>
        <w:t xml:space="preserve"> </w:t>
      </w:r>
      <w:proofErr w:type="spellStart"/>
      <w:r>
        <w:rPr>
          <w:rFonts w:cs="Times New Roman"/>
        </w:rPr>
        <w:t>Otonom</w:t>
      </w:r>
      <w:proofErr w:type="spellEnd"/>
      <w:r>
        <w:rPr>
          <w:rFonts w:cs="Times New Roman"/>
        </w:rPr>
        <w:t xml:space="preserve"> </w:t>
      </w:r>
      <w:proofErr w:type="spellStart"/>
      <w:r>
        <w:rPr>
          <w:rFonts w:cs="Times New Roman"/>
        </w:rPr>
        <w:t>Kendaraan</w:t>
      </w:r>
      <w:proofErr w:type="spellEnd"/>
      <w:r>
        <w:rPr>
          <w:rFonts w:cs="Times New Roman"/>
        </w:rPr>
        <w:t xml:space="preserve"> </w:t>
      </w:r>
      <w:proofErr w:type="spellStart"/>
      <w:r>
        <w:rPr>
          <w:rFonts w:cs="Times New Roman"/>
        </w:rPr>
        <w:t>Besar</w:t>
      </w:r>
      <w:proofErr w:type="spellEnd"/>
      <w:r>
        <w:rPr>
          <w:rFonts w:cs="Times New Roman"/>
        </w:rPr>
        <w:t xml:space="preserve"> pada </w:t>
      </w:r>
      <w:proofErr w:type="spellStart"/>
      <w:r>
        <w:rPr>
          <w:rFonts w:cs="Times New Roman"/>
        </w:rPr>
        <w:t>Skenario</w:t>
      </w:r>
      <w:proofErr w:type="spellEnd"/>
      <w:r>
        <w:rPr>
          <w:rFonts w:cs="Times New Roman"/>
        </w:rPr>
        <w:t xml:space="preserve"> </w:t>
      </w:r>
      <w:proofErr w:type="spellStart"/>
      <w:r>
        <w:rPr>
          <w:rFonts w:cs="Times New Roman"/>
        </w:rPr>
        <w:t>Perkotaan</w:t>
      </w:r>
      <w:proofErr w:type="spellEnd"/>
      <w:r>
        <w:rPr>
          <w:rFonts w:cs="Times New Roman"/>
        </w:rPr>
        <w:t xml:space="preserve"> yang </w:t>
      </w:r>
      <w:proofErr w:type="spellStart"/>
      <w:r>
        <w:rPr>
          <w:rFonts w:cs="Times New Roman"/>
        </w:rPr>
        <w:t>Dinamis</w:t>
      </w:r>
      <w:proofErr w:type="spellEnd"/>
      <w:r>
        <w:rPr>
          <w:rFonts w:cs="Times New Roman"/>
        </w:rPr>
        <w:t xml:space="preserve">". </w:t>
      </w:r>
      <w:r w:rsidR="005F51D2">
        <w:t xml:space="preserve"> </w:t>
      </w:r>
      <w:proofErr w:type="spellStart"/>
      <w:r>
        <w:rPr>
          <w:rFonts w:cs="Times New Roman"/>
        </w:rPr>
        <w:t>Laporan</w:t>
      </w:r>
      <w:proofErr w:type="spellEnd"/>
      <w:r>
        <w:rPr>
          <w:rFonts w:cs="Times New Roman"/>
        </w:rPr>
        <w:t xml:space="preserve"> </w:t>
      </w:r>
      <w:proofErr w:type="spellStart"/>
      <w:r>
        <w:rPr>
          <w:rFonts w:cs="Times New Roman"/>
        </w:rPr>
        <w:t>Tugas</w:t>
      </w:r>
      <w:proofErr w:type="spellEnd"/>
      <w:r>
        <w:rPr>
          <w:rFonts w:cs="Times New Roman"/>
        </w:rPr>
        <w:t xml:space="preserve"> Akhir </w:t>
      </w:r>
      <w:proofErr w:type="spellStart"/>
      <w:r>
        <w:rPr>
          <w:rFonts w:cs="Times New Roman"/>
        </w:rPr>
        <w:t>ini</w:t>
      </w:r>
      <w:proofErr w:type="spellEnd"/>
      <w:r>
        <w:rPr>
          <w:rFonts w:cs="Times New Roman"/>
        </w:rPr>
        <w:t xml:space="preserve"> </w:t>
      </w:r>
      <w:proofErr w:type="spellStart"/>
      <w:r>
        <w:rPr>
          <w:rFonts w:cs="Times New Roman"/>
        </w:rPr>
        <w:t>disusun</w:t>
      </w:r>
      <w:proofErr w:type="spellEnd"/>
      <w:r>
        <w:rPr>
          <w:rFonts w:cs="Times New Roman"/>
        </w:rPr>
        <w:t xml:space="preserve"> </w:t>
      </w:r>
      <w:proofErr w:type="spellStart"/>
      <w:r>
        <w:rPr>
          <w:rFonts w:cs="Times New Roman"/>
        </w:rPr>
        <w:t>sebagai</w:t>
      </w:r>
      <w:proofErr w:type="spellEnd"/>
      <w:r>
        <w:rPr>
          <w:rFonts w:cs="Times New Roman"/>
        </w:rPr>
        <w:t xml:space="preserve"> salah </w:t>
      </w:r>
      <w:proofErr w:type="spellStart"/>
      <w:r>
        <w:rPr>
          <w:rFonts w:cs="Times New Roman"/>
        </w:rPr>
        <w:t>satu</w:t>
      </w:r>
      <w:proofErr w:type="spellEnd"/>
      <w:r>
        <w:rPr>
          <w:rFonts w:cs="Times New Roman"/>
        </w:rPr>
        <w:t xml:space="preserve"> </w:t>
      </w:r>
      <w:proofErr w:type="spellStart"/>
      <w:r>
        <w:rPr>
          <w:rFonts w:cs="Times New Roman"/>
        </w:rPr>
        <w:t>syarat</w:t>
      </w:r>
      <w:proofErr w:type="spellEnd"/>
      <w:r>
        <w:rPr>
          <w:rFonts w:cs="Times New Roman"/>
        </w:rPr>
        <w:t xml:space="preserve"> </w:t>
      </w:r>
      <w:proofErr w:type="spellStart"/>
      <w:r>
        <w:rPr>
          <w:rFonts w:cs="Times New Roman"/>
        </w:rPr>
        <w:t>untuk</w:t>
      </w:r>
      <w:proofErr w:type="spellEnd"/>
      <w:r>
        <w:rPr>
          <w:rFonts w:cs="Times New Roman"/>
        </w:rPr>
        <w:t xml:space="preserve"> </w:t>
      </w:r>
      <w:proofErr w:type="spellStart"/>
      <w:r>
        <w:rPr>
          <w:rFonts w:cs="Times New Roman"/>
        </w:rPr>
        <w:t>menyelesaikan</w:t>
      </w:r>
      <w:proofErr w:type="spellEnd"/>
      <w:r>
        <w:rPr>
          <w:rFonts w:cs="Times New Roman"/>
        </w:rPr>
        <w:t xml:space="preserve"> Program Strata 1 (S1) pada Program </w:t>
      </w:r>
      <w:proofErr w:type="spellStart"/>
      <w:r>
        <w:rPr>
          <w:rFonts w:cs="Times New Roman"/>
        </w:rPr>
        <w:t>Studi</w:t>
      </w:r>
      <w:proofErr w:type="spellEnd"/>
      <w:r>
        <w:rPr>
          <w:rFonts w:cs="Times New Roman"/>
        </w:rPr>
        <w:t xml:space="preserve"> Teknik </w:t>
      </w:r>
      <w:proofErr w:type="spellStart"/>
      <w:r>
        <w:rPr>
          <w:rFonts w:cs="Times New Roman"/>
        </w:rPr>
        <w:t>Informatika</w:t>
      </w:r>
      <w:proofErr w:type="spellEnd"/>
      <w:r>
        <w:rPr>
          <w:rFonts w:cs="Times New Roman"/>
        </w:rPr>
        <w:t xml:space="preserve">, </w:t>
      </w:r>
      <w:proofErr w:type="spellStart"/>
      <w:r>
        <w:rPr>
          <w:rFonts w:cs="Times New Roman"/>
        </w:rPr>
        <w:t>Fakultas</w:t>
      </w:r>
      <w:proofErr w:type="spellEnd"/>
      <w:r>
        <w:rPr>
          <w:rFonts w:cs="Times New Roman"/>
        </w:rPr>
        <w:t xml:space="preserve"> Teknik, Universitas </w:t>
      </w:r>
      <w:proofErr w:type="spellStart"/>
      <w:r>
        <w:rPr>
          <w:rFonts w:cs="Times New Roman"/>
        </w:rPr>
        <w:t>Pasundan</w:t>
      </w:r>
      <w:proofErr w:type="spellEnd"/>
      <w:r>
        <w:rPr>
          <w:rFonts w:cs="Times New Roman"/>
        </w:rPr>
        <w:t xml:space="preserve"> Bandung. </w:t>
      </w:r>
    </w:p>
    <w:p w14:paraId="1F244BD2" w14:textId="65E31E05" w:rsidR="00F810AC" w:rsidRDefault="005F51D2" w:rsidP="005F51D2">
      <w:pPr>
        <w:spacing w:after="0" w:line="360" w:lineRule="auto"/>
        <w:ind w:firstLine="680"/>
        <w:jc w:val="both"/>
      </w:pPr>
      <w:proofErr w:type="spellStart"/>
      <w:r>
        <w:rPr>
          <w:rFonts w:cs="Times New Roman"/>
        </w:rPr>
        <w:t>Penulis</w:t>
      </w:r>
      <w:proofErr w:type="spellEnd"/>
      <w:r>
        <w:rPr>
          <w:rFonts w:cs="Times New Roman"/>
        </w:rPr>
        <w:t xml:space="preserve"> </w:t>
      </w:r>
      <w:proofErr w:type="spellStart"/>
      <w:r>
        <w:rPr>
          <w:rFonts w:cs="Times New Roman"/>
        </w:rPr>
        <w:t>menyadari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karya</w:t>
      </w:r>
      <w:proofErr w:type="spellEnd"/>
      <w:r>
        <w:rPr>
          <w:rFonts w:cs="Times New Roman"/>
        </w:rPr>
        <w:t xml:space="preserve"> </w:t>
      </w:r>
      <w:proofErr w:type="spellStart"/>
      <w:r>
        <w:rPr>
          <w:rFonts w:cs="Times New Roman"/>
        </w:rPr>
        <w:t>ini</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terwujud</w:t>
      </w:r>
      <w:proofErr w:type="spellEnd"/>
      <w:r>
        <w:rPr>
          <w:rFonts w:cs="Times New Roman"/>
        </w:rPr>
        <w:t xml:space="preserve"> </w:t>
      </w:r>
      <w:proofErr w:type="spellStart"/>
      <w:r>
        <w:rPr>
          <w:rFonts w:cs="Times New Roman"/>
        </w:rPr>
        <w:t>berkat</w:t>
      </w:r>
      <w:proofErr w:type="spellEnd"/>
      <w:r>
        <w:rPr>
          <w:rFonts w:cs="Times New Roman"/>
        </w:rPr>
        <w:t xml:space="preserve"> </w:t>
      </w:r>
      <w:proofErr w:type="spellStart"/>
      <w:r>
        <w:rPr>
          <w:rFonts w:cs="Times New Roman"/>
        </w:rPr>
        <w:t>bimbingan</w:t>
      </w:r>
      <w:proofErr w:type="spellEnd"/>
      <w:r>
        <w:rPr>
          <w:rFonts w:cs="Times New Roman"/>
        </w:rPr>
        <w:t xml:space="preserve">, </w:t>
      </w:r>
      <w:proofErr w:type="spellStart"/>
      <w:r>
        <w:rPr>
          <w:rFonts w:cs="Times New Roman"/>
        </w:rPr>
        <w:t>dukungan</w:t>
      </w:r>
      <w:proofErr w:type="spellEnd"/>
      <w:r>
        <w:rPr>
          <w:rFonts w:cs="Times New Roman"/>
        </w:rPr>
        <w:t xml:space="preserve">, dan </w:t>
      </w:r>
      <w:proofErr w:type="spellStart"/>
      <w:r>
        <w:rPr>
          <w:rFonts w:cs="Times New Roman"/>
        </w:rPr>
        <w:t>doa</w:t>
      </w:r>
      <w:proofErr w:type="spellEnd"/>
      <w:r>
        <w:rPr>
          <w:rFonts w:cs="Times New Roman"/>
        </w:rPr>
        <w:t xml:space="preserve"> </w:t>
      </w:r>
      <w:proofErr w:type="spellStart"/>
      <w:r>
        <w:rPr>
          <w:rFonts w:cs="Times New Roman"/>
        </w:rPr>
        <w:t>dari</w:t>
      </w:r>
      <w:proofErr w:type="spellEnd"/>
      <w:r>
        <w:rPr>
          <w:rFonts w:cs="Times New Roman"/>
        </w:rPr>
        <w:t xml:space="preserve"> </w:t>
      </w:r>
      <w:proofErr w:type="spellStart"/>
      <w:r>
        <w:rPr>
          <w:rFonts w:cs="Times New Roman"/>
        </w:rPr>
        <w:t>berbagai</w:t>
      </w:r>
      <w:proofErr w:type="spellEnd"/>
      <w:r>
        <w:rPr>
          <w:rFonts w:cs="Times New Roman"/>
        </w:rPr>
        <w:t xml:space="preserve"> </w:t>
      </w:r>
      <w:proofErr w:type="spellStart"/>
      <w:r>
        <w:rPr>
          <w:rFonts w:cs="Times New Roman"/>
        </w:rPr>
        <w:t>pihak</w:t>
      </w:r>
      <w:proofErr w:type="spellEnd"/>
      <w:r>
        <w:rPr>
          <w:rFonts w:cs="Times New Roman"/>
        </w:rPr>
        <w:t xml:space="preserve">. Oleh </w:t>
      </w:r>
      <w:proofErr w:type="spellStart"/>
      <w:r>
        <w:rPr>
          <w:rFonts w:cs="Times New Roman"/>
        </w:rPr>
        <w:t>karena</w:t>
      </w:r>
      <w:proofErr w:type="spellEnd"/>
      <w:r>
        <w:rPr>
          <w:rFonts w:cs="Times New Roman"/>
        </w:rPr>
        <w:t xml:space="preserve"> </w:t>
      </w:r>
      <w:proofErr w:type="spellStart"/>
      <w:r>
        <w:rPr>
          <w:rFonts w:cs="Times New Roman"/>
        </w:rPr>
        <w:t>itu</w:t>
      </w:r>
      <w:proofErr w:type="spellEnd"/>
      <w:r>
        <w:rPr>
          <w:rFonts w:cs="Times New Roman"/>
        </w:rPr>
        <w:t xml:space="preserve">, pada </w:t>
      </w:r>
      <w:proofErr w:type="spellStart"/>
      <w:r>
        <w:rPr>
          <w:rFonts w:cs="Times New Roman"/>
        </w:rPr>
        <w:t>kesempatan</w:t>
      </w:r>
      <w:proofErr w:type="spellEnd"/>
      <w:r>
        <w:rPr>
          <w:rFonts w:cs="Times New Roman"/>
        </w:rPr>
        <w:t xml:space="preserve"> </w:t>
      </w:r>
      <w:proofErr w:type="spellStart"/>
      <w:r>
        <w:rPr>
          <w:rFonts w:cs="Times New Roman"/>
        </w:rPr>
        <w:t>ini</w:t>
      </w:r>
      <w:proofErr w:type="spellEnd"/>
      <w:r>
        <w:rPr>
          <w:rFonts w:cs="Times New Roman"/>
        </w:rPr>
        <w:t xml:space="preserve"> </w:t>
      </w:r>
      <w:proofErr w:type="spellStart"/>
      <w:r>
        <w:rPr>
          <w:rFonts w:cs="Times New Roman"/>
        </w:rPr>
        <w:t>penulis</w:t>
      </w:r>
      <w:proofErr w:type="spellEnd"/>
      <w:r>
        <w:rPr>
          <w:rFonts w:cs="Times New Roman"/>
        </w:rPr>
        <w:t xml:space="preserve"> </w:t>
      </w:r>
      <w:proofErr w:type="spellStart"/>
      <w:r>
        <w:rPr>
          <w:rFonts w:cs="Times New Roman"/>
        </w:rPr>
        <w:t>ingin</w:t>
      </w:r>
      <w:proofErr w:type="spellEnd"/>
      <w:r>
        <w:rPr>
          <w:rFonts w:cs="Times New Roman"/>
        </w:rPr>
        <w:t xml:space="preserve"> </w:t>
      </w:r>
      <w:proofErr w:type="spellStart"/>
      <w:r>
        <w:rPr>
          <w:rFonts w:cs="Times New Roman"/>
        </w:rPr>
        <w:t>menyampaikan</w:t>
      </w:r>
      <w:proofErr w:type="spellEnd"/>
      <w:r>
        <w:rPr>
          <w:rFonts w:cs="Times New Roman"/>
        </w:rPr>
        <w:t xml:space="preserve"> rasa </w:t>
      </w:r>
      <w:proofErr w:type="spellStart"/>
      <w:r>
        <w:rPr>
          <w:rFonts w:cs="Times New Roman"/>
        </w:rPr>
        <w:t>terima</w:t>
      </w:r>
      <w:proofErr w:type="spellEnd"/>
      <w:r>
        <w:rPr>
          <w:rFonts w:cs="Times New Roman"/>
        </w:rPr>
        <w:t xml:space="preserve"> </w:t>
      </w:r>
      <w:proofErr w:type="spellStart"/>
      <w:r>
        <w:rPr>
          <w:rFonts w:cs="Times New Roman"/>
        </w:rPr>
        <w:t>kasih</w:t>
      </w:r>
      <w:proofErr w:type="spellEnd"/>
      <w:r>
        <w:rPr>
          <w:rFonts w:cs="Times New Roman"/>
        </w:rPr>
        <w:t xml:space="preserve"> yang </w:t>
      </w:r>
      <w:proofErr w:type="spellStart"/>
      <w:r>
        <w:rPr>
          <w:rFonts w:cs="Times New Roman"/>
        </w:rPr>
        <w:t>sebesar-besarnya</w:t>
      </w:r>
      <w:proofErr w:type="spellEnd"/>
      <w:r>
        <w:rPr>
          <w:rFonts w:cs="Times New Roman"/>
        </w:rPr>
        <w:t xml:space="preserve"> </w:t>
      </w:r>
      <w:proofErr w:type="spellStart"/>
      <w:r>
        <w:rPr>
          <w:rFonts w:cs="Times New Roman"/>
        </w:rPr>
        <w:t>kepada</w:t>
      </w:r>
      <w:proofErr w:type="spellEnd"/>
      <w:r>
        <w:rPr>
          <w:rFonts w:cs="Times New Roman"/>
        </w:rPr>
        <w:t>:</w:t>
      </w:r>
    </w:p>
    <w:p w14:paraId="4E7D679E" w14:textId="56B62F6D" w:rsidR="00F810AC" w:rsidRDefault="00000000">
      <w:pPr>
        <w:pStyle w:val="ListParagraph"/>
        <w:numPr>
          <w:ilvl w:val="0"/>
          <w:numId w:val="13"/>
        </w:numPr>
        <w:spacing w:line="360" w:lineRule="auto"/>
        <w:jc w:val="both"/>
      </w:pPr>
      <w:proofErr w:type="spellStart"/>
      <w:r w:rsidRPr="008313F9">
        <w:rPr>
          <w:rFonts w:cs="Times New Roman"/>
        </w:rPr>
        <w:t>Kedua</w:t>
      </w:r>
      <w:proofErr w:type="spellEnd"/>
      <w:r w:rsidRPr="008313F9">
        <w:rPr>
          <w:rFonts w:cs="Times New Roman"/>
        </w:rPr>
        <w:t xml:space="preserve"> orang </w:t>
      </w:r>
      <w:proofErr w:type="spellStart"/>
      <w:r w:rsidRPr="008313F9">
        <w:rPr>
          <w:rFonts w:cs="Times New Roman"/>
        </w:rPr>
        <w:t>tua</w:t>
      </w:r>
      <w:proofErr w:type="spellEnd"/>
      <w:r w:rsidRPr="008313F9">
        <w:rPr>
          <w:rFonts w:cs="Times New Roman"/>
        </w:rPr>
        <w:t xml:space="preserve"> dan </w:t>
      </w:r>
      <w:proofErr w:type="spellStart"/>
      <w:r w:rsidRPr="008313F9">
        <w:rPr>
          <w:rFonts w:cs="Times New Roman"/>
        </w:rPr>
        <w:t>keluarga</w:t>
      </w:r>
      <w:proofErr w:type="spellEnd"/>
      <w:r w:rsidRPr="008313F9">
        <w:rPr>
          <w:rFonts w:cs="Times New Roman"/>
        </w:rPr>
        <w:t xml:space="preserve"> </w:t>
      </w:r>
      <w:proofErr w:type="spellStart"/>
      <w:r w:rsidRPr="008313F9">
        <w:rPr>
          <w:rFonts w:cs="Times New Roman"/>
        </w:rPr>
        <w:t>tercinta</w:t>
      </w:r>
      <w:proofErr w:type="spellEnd"/>
      <w:r w:rsidRPr="008313F9">
        <w:rPr>
          <w:rFonts w:cs="Times New Roman"/>
        </w:rPr>
        <w:t xml:space="preserve"> yang </w:t>
      </w:r>
      <w:proofErr w:type="spellStart"/>
      <w:r w:rsidRPr="008313F9">
        <w:rPr>
          <w:rFonts w:cs="Times New Roman"/>
        </w:rPr>
        <w:t>selalu</w:t>
      </w:r>
      <w:proofErr w:type="spellEnd"/>
      <w:r w:rsidRPr="008313F9">
        <w:rPr>
          <w:rFonts w:cs="Times New Roman"/>
        </w:rPr>
        <w:t xml:space="preserve"> </w:t>
      </w:r>
      <w:proofErr w:type="spellStart"/>
      <w:r w:rsidRPr="008313F9">
        <w:rPr>
          <w:rFonts w:cs="Times New Roman"/>
        </w:rPr>
        <w:t>memberikan</w:t>
      </w:r>
      <w:proofErr w:type="spellEnd"/>
      <w:r w:rsidRPr="008313F9">
        <w:rPr>
          <w:rFonts w:cs="Times New Roman"/>
        </w:rPr>
        <w:t xml:space="preserve"> </w:t>
      </w:r>
      <w:proofErr w:type="spellStart"/>
      <w:r w:rsidRPr="008313F9">
        <w:rPr>
          <w:rFonts w:cs="Times New Roman"/>
        </w:rPr>
        <w:t>dukungan</w:t>
      </w:r>
      <w:proofErr w:type="spellEnd"/>
      <w:r w:rsidRPr="008313F9">
        <w:rPr>
          <w:rFonts w:cs="Times New Roman"/>
        </w:rPr>
        <w:t xml:space="preserve"> moral, </w:t>
      </w:r>
      <w:proofErr w:type="spellStart"/>
      <w:r w:rsidRPr="008313F9">
        <w:rPr>
          <w:rFonts w:cs="Times New Roman"/>
        </w:rPr>
        <w:t>motivasi</w:t>
      </w:r>
      <w:proofErr w:type="spellEnd"/>
      <w:r w:rsidRPr="008313F9">
        <w:rPr>
          <w:rFonts w:cs="Times New Roman"/>
        </w:rPr>
        <w:t xml:space="preserve">, </w:t>
      </w:r>
      <w:proofErr w:type="spellStart"/>
      <w:r w:rsidRPr="008313F9">
        <w:rPr>
          <w:rFonts w:cs="Times New Roman"/>
        </w:rPr>
        <w:t>serta</w:t>
      </w:r>
      <w:proofErr w:type="spellEnd"/>
      <w:r w:rsidRPr="008313F9">
        <w:rPr>
          <w:rFonts w:cs="Times New Roman"/>
        </w:rPr>
        <w:t xml:space="preserve"> </w:t>
      </w:r>
      <w:proofErr w:type="spellStart"/>
      <w:r w:rsidRPr="008313F9">
        <w:rPr>
          <w:rFonts w:cs="Times New Roman"/>
        </w:rPr>
        <w:t>doa</w:t>
      </w:r>
      <w:proofErr w:type="spellEnd"/>
      <w:r w:rsidRPr="008313F9">
        <w:rPr>
          <w:rFonts w:cs="Times New Roman"/>
        </w:rPr>
        <w:t xml:space="preserve"> yang </w:t>
      </w:r>
      <w:proofErr w:type="spellStart"/>
      <w:r w:rsidRPr="008313F9">
        <w:rPr>
          <w:rFonts w:cs="Times New Roman"/>
        </w:rPr>
        <w:t>tiada</w:t>
      </w:r>
      <w:proofErr w:type="spellEnd"/>
      <w:r w:rsidRPr="008313F9">
        <w:rPr>
          <w:rFonts w:cs="Times New Roman"/>
        </w:rPr>
        <w:t xml:space="preserve"> </w:t>
      </w:r>
      <w:proofErr w:type="spellStart"/>
      <w:r w:rsidRPr="008313F9">
        <w:rPr>
          <w:rFonts w:cs="Times New Roman"/>
        </w:rPr>
        <w:t>henti</w:t>
      </w:r>
      <w:proofErr w:type="spellEnd"/>
      <w:r w:rsidRPr="008313F9">
        <w:rPr>
          <w:rFonts w:cs="Times New Roman"/>
        </w:rPr>
        <w:t xml:space="preserve"> </w:t>
      </w:r>
      <w:proofErr w:type="spellStart"/>
      <w:r w:rsidRPr="008313F9">
        <w:rPr>
          <w:rFonts w:cs="Times New Roman"/>
        </w:rPr>
        <w:t>selama</w:t>
      </w:r>
      <w:proofErr w:type="spellEnd"/>
      <w:r w:rsidRPr="008313F9">
        <w:rPr>
          <w:rFonts w:cs="Times New Roman"/>
        </w:rPr>
        <w:t xml:space="preserve"> proses </w:t>
      </w:r>
      <w:proofErr w:type="spellStart"/>
      <w:r w:rsidRPr="008313F9">
        <w:rPr>
          <w:rFonts w:cs="Times New Roman"/>
        </w:rPr>
        <w:t>penulisan</w:t>
      </w:r>
      <w:proofErr w:type="spellEnd"/>
      <w:r w:rsidRPr="008313F9">
        <w:rPr>
          <w:rFonts w:cs="Times New Roman"/>
        </w:rPr>
        <w:t xml:space="preserve"> </w:t>
      </w:r>
      <w:proofErr w:type="spellStart"/>
      <w:r w:rsidRPr="008313F9">
        <w:rPr>
          <w:rFonts w:cs="Times New Roman"/>
        </w:rPr>
        <w:t>Tugas</w:t>
      </w:r>
      <w:proofErr w:type="spellEnd"/>
      <w:r w:rsidRPr="008313F9">
        <w:rPr>
          <w:rFonts w:cs="Times New Roman"/>
        </w:rPr>
        <w:t xml:space="preserve"> Akhir </w:t>
      </w:r>
      <w:proofErr w:type="spellStart"/>
      <w:r w:rsidRPr="008313F9">
        <w:rPr>
          <w:rFonts w:cs="Times New Roman"/>
        </w:rPr>
        <w:t>ini</w:t>
      </w:r>
      <w:proofErr w:type="spellEnd"/>
      <w:r w:rsidRPr="008313F9">
        <w:rPr>
          <w:rFonts w:cs="Times New Roman"/>
        </w:rPr>
        <w:t>.</w:t>
      </w:r>
    </w:p>
    <w:p w14:paraId="3BFCF84F" w14:textId="00A723F8" w:rsidR="00F810AC" w:rsidRDefault="00000000">
      <w:pPr>
        <w:pStyle w:val="ListParagraph"/>
        <w:numPr>
          <w:ilvl w:val="0"/>
          <w:numId w:val="13"/>
        </w:numPr>
        <w:spacing w:line="360" w:lineRule="auto"/>
        <w:jc w:val="both"/>
      </w:pPr>
      <w:r w:rsidRPr="008313F9">
        <w:rPr>
          <w:rFonts w:cs="Times New Roman"/>
        </w:rPr>
        <w:t xml:space="preserve">Bapak </w:t>
      </w:r>
      <w:proofErr w:type="spellStart"/>
      <w:r w:rsidRPr="008313F9">
        <w:rPr>
          <w:rFonts w:cs="Times New Roman"/>
        </w:rPr>
        <w:t>Handoko</w:t>
      </w:r>
      <w:proofErr w:type="spellEnd"/>
      <w:r w:rsidRPr="008313F9">
        <w:rPr>
          <w:rFonts w:cs="Times New Roman"/>
        </w:rPr>
        <w:t xml:space="preserve"> </w:t>
      </w:r>
      <w:proofErr w:type="spellStart"/>
      <w:r w:rsidRPr="008313F9">
        <w:rPr>
          <w:rFonts w:cs="Times New Roman"/>
        </w:rPr>
        <w:t>Supeno</w:t>
      </w:r>
      <w:proofErr w:type="spellEnd"/>
      <w:r w:rsidRPr="008313F9">
        <w:rPr>
          <w:rFonts w:cs="Times New Roman"/>
        </w:rPr>
        <w:t xml:space="preserve">, S.T., M.T. </w:t>
      </w:r>
      <w:proofErr w:type="spellStart"/>
      <w:r w:rsidRPr="008313F9">
        <w:rPr>
          <w:rFonts w:cs="Times New Roman"/>
        </w:rPr>
        <w:t>selaku</w:t>
      </w:r>
      <w:proofErr w:type="spellEnd"/>
      <w:r w:rsidRPr="008313F9">
        <w:rPr>
          <w:rFonts w:cs="Times New Roman"/>
        </w:rPr>
        <w:t xml:space="preserve"> </w:t>
      </w:r>
      <w:proofErr w:type="spellStart"/>
      <w:r w:rsidRPr="008313F9">
        <w:rPr>
          <w:rFonts w:cs="Times New Roman"/>
        </w:rPr>
        <w:t>Dosen</w:t>
      </w:r>
      <w:proofErr w:type="spellEnd"/>
      <w:r w:rsidRPr="008313F9">
        <w:rPr>
          <w:rFonts w:cs="Times New Roman"/>
        </w:rPr>
        <w:t xml:space="preserve"> </w:t>
      </w:r>
      <w:proofErr w:type="spellStart"/>
      <w:r w:rsidRPr="008313F9">
        <w:rPr>
          <w:rFonts w:cs="Times New Roman"/>
        </w:rPr>
        <w:t>Pembimbing</w:t>
      </w:r>
      <w:proofErr w:type="spellEnd"/>
      <w:r w:rsidRPr="008313F9">
        <w:rPr>
          <w:rFonts w:cs="Times New Roman"/>
        </w:rPr>
        <w:t xml:space="preserve"> </w:t>
      </w:r>
      <w:proofErr w:type="spellStart"/>
      <w:r w:rsidR="005F51D2">
        <w:rPr>
          <w:rFonts w:cs="Times New Roman"/>
        </w:rPr>
        <w:t>senantiasa</w:t>
      </w:r>
      <w:proofErr w:type="spellEnd"/>
      <w:r w:rsidR="005F51D2">
        <w:rPr>
          <w:rFonts w:cs="Times New Roman"/>
        </w:rPr>
        <w:t xml:space="preserve"> </w:t>
      </w:r>
      <w:r w:rsidRPr="008313F9">
        <w:rPr>
          <w:rFonts w:cs="Times New Roman"/>
        </w:rPr>
        <w:t xml:space="preserve">yang </w:t>
      </w:r>
      <w:proofErr w:type="spellStart"/>
      <w:r w:rsidRPr="008313F9">
        <w:rPr>
          <w:rFonts w:cs="Times New Roman"/>
        </w:rPr>
        <w:t>telah</w:t>
      </w:r>
      <w:proofErr w:type="spellEnd"/>
      <w:r w:rsidRPr="008313F9">
        <w:rPr>
          <w:rFonts w:cs="Times New Roman"/>
        </w:rPr>
        <w:t xml:space="preserve"> </w:t>
      </w:r>
      <w:proofErr w:type="spellStart"/>
      <w:r w:rsidRPr="008313F9">
        <w:rPr>
          <w:rFonts w:cs="Times New Roman"/>
        </w:rPr>
        <w:t>memberikan</w:t>
      </w:r>
      <w:proofErr w:type="spellEnd"/>
      <w:r w:rsidRPr="008313F9">
        <w:rPr>
          <w:rFonts w:cs="Times New Roman"/>
        </w:rPr>
        <w:t xml:space="preserve"> </w:t>
      </w:r>
      <w:proofErr w:type="spellStart"/>
      <w:r w:rsidRPr="008313F9">
        <w:rPr>
          <w:rFonts w:cs="Times New Roman"/>
        </w:rPr>
        <w:t>arahan</w:t>
      </w:r>
      <w:proofErr w:type="spellEnd"/>
      <w:r w:rsidRPr="008313F9">
        <w:rPr>
          <w:rFonts w:cs="Times New Roman"/>
        </w:rPr>
        <w:t xml:space="preserve">, </w:t>
      </w:r>
      <w:proofErr w:type="spellStart"/>
      <w:r w:rsidRPr="008313F9">
        <w:rPr>
          <w:rFonts w:cs="Times New Roman"/>
        </w:rPr>
        <w:t>koreksi</w:t>
      </w:r>
      <w:proofErr w:type="spellEnd"/>
      <w:r w:rsidRPr="008313F9">
        <w:rPr>
          <w:rFonts w:cs="Times New Roman"/>
        </w:rPr>
        <w:t xml:space="preserve">, dan </w:t>
      </w:r>
      <w:proofErr w:type="spellStart"/>
      <w:r w:rsidRPr="008313F9">
        <w:rPr>
          <w:rFonts w:cs="Times New Roman"/>
        </w:rPr>
        <w:t>dukungan</w:t>
      </w:r>
      <w:proofErr w:type="spellEnd"/>
      <w:r w:rsidRPr="008313F9">
        <w:rPr>
          <w:rFonts w:cs="Times New Roman"/>
        </w:rPr>
        <w:t xml:space="preserve"> </w:t>
      </w:r>
      <w:proofErr w:type="spellStart"/>
      <w:r w:rsidRPr="008313F9">
        <w:rPr>
          <w:rFonts w:cs="Times New Roman"/>
        </w:rPr>
        <w:t>akademis</w:t>
      </w:r>
      <w:proofErr w:type="spellEnd"/>
      <w:r w:rsidRPr="008313F9">
        <w:rPr>
          <w:rFonts w:cs="Times New Roman"/>
        </w:rPr>
        <w:t xml:space="preserve"> yang sangat </w:t>
      </w:r>
      <w:proofErr w:type="spellStart"/>
      <w:r w:rsidRPr="008313F9">
        <w:rPr>
          <w:rFonts w:cs="Times New Roman"/>
        </w:rPr>
        <w:t>berharga</w:t>
      </w:r>
      <w:proofErr w:type="spellEnd"/>
      <w:r w:rsidRPr="008313F9">
        <w:rPr>
          <w:rFonts w:cs="Times New Roman"/>
        </w:rPr>
        <w:t>.</w:t>
      </w:r>
    </w:p>
    <w:p w14:paraId="72CEB55B" w14:textId="0E83BFF1" w:rsidR="00F810AC" w:rsidRPr="00756591" w:rsidRDefault="00000000">
      <w:pPr>
        <w:pStyle w:val="ListParagraph"/>
        <w:numPr>
          <w:ilvl w:val="0"/>
          <w:numId w:val="13"/>
        </w:numPr>
        <w:spacing w:line="360" w:lineRule="auto"/>
        <w:jc w:val="both"/>
      </w:pPr>
      <w:r w:rsidRPr="008313F9">
        <w:rPr>
          <w:rFonts w:cs="Times New Roman"/>
        </w:rPr>
        <w:t xml:space="preserve">Bapak Wanda </w:t>
      </w:r>
      <w:proofErr w:type="spellStart"/>
      <w:r w:rsidRPr="008313F9">
        <w:rPr>
          <w:rFonts w:cs="Times New Roman"/>
        </w:rPr>
        <w:t>Gusdya</w:t>
      </w:r>
      <w:proofErr w:type="spellEnd"/>
      <w:r w:rsidRPr="008313F9">
        <w:rPr>
          <w:rFonts w:cs="Times New Roman"/>
        </w:rPr>
        <w:t xml:space="preserve"> </w:t>
      </w:r>
      <w:proofErr w:type="spellStart"/>
      <w:r w:rsidRPr="008313F9">
        <w:rPr>
          <w:rFonts w:cs="Times New Roman"/>
        </w:rPr>
        <w:t>Permana</w:t>
      </w:r>
      <w:proofErr w:type="spellEnd"/>
      <w:r w:rsidRPr="008313F9">
        <w:rPr>
          <w:rFonts w:cs="Times New Roman"/>
        </w:rPr>
        <w:t xml:space="preserve">, S.T., M.T. </w:t>
      </w:r>
      <w:proofErr w:type="spellStart"/>
      <w:r w:rsidRPr="008313F9">
        <w:rPr>
          <w:rFonts w:cs="Times New Roman"/>
        </w:rPr>
        <w:t>selaku</w:t>
      </w:r>
      <w:proofErr w:type="spellEnd"/>
      <w:r w:rsidRPr="008313F9">
        <w:rPr>
          <w:rFonts w:cs="Times New Roman"/>
        </w:rPr>
        <w:t xml:space="preserve"> </w:t>
      </w:r>
      <w:proofErr w:type="spellStart"/>
      <w:r w:rsidRPr="008313F9">
        <w:rPr>
          <w:rFonts w:cs="Times New Roman"/>
        </w:rPr>
        <w:t>Koordinator</w:t>
      </w:r>
      <w:proofErr w:type="spellEnd"/>
      <w:r w:rsidRPr="008313F9">
        <w:rPr>
          <w:rFonts w:cs="Times New Roman"/>
        </w:rPr>
        <w:t xml:space="preserve"> </w:t>
      </w:r>
      <w:proofErr w:type="spellStart"/>
      <w:r w:rsidRPr="008313F9">
        <w:rPr>
          <w:rFonts w:cs="Times New Roman"/>
        </w:rPr>
        <w:t>Tugas</w:t>
      </w:r>
      <w:proofErr w:type="spellEnd"/>
      <w:r w:rsidRPr="008313F9">
        <w:rPr>
          <w:rFonts w:cs="Times New Roman"/>
        </w:rPr>
        <w:t xml:space="preserve"> Akhir di Program </w:t>
      </w:r>
      <w:proofErr w:type="spellStart"/>
      <w:r w:rsidRPr="008313F9">
        <w:rPr>
          <w:rFonts w:cs="Times New Roman"/>
        </w:rPr>
        <w:t>Studi</w:t>
      </w:r>
      <w:proofErr w:type="spellEnd"/>
      <w:r w:rsidRPr="008313F9">
        <w:rPr>
          <w:rFonts w:cs="Times New Roman"/>
        </w:rPr>
        <w:t xml:space="preserve"> Teknik </w:t>
      </w:r>
      <w:proofErr w:type="spellStart"/>
      <w:r w:rsidRPr="008313F9">
        <w:rPr>
          <w:rFonts w:cs="Times New Roman"/>
        </w:rPr>
        <w:t>Informatika</w:t>
      </w:r>
      <w:proofErr w:type="spellEnd"/>
      <w:r w:rsidRPr="008313F9">
        <w:rPr>
          <w:rFonts w:cs="Times New Roman"/>
        </w:rPr>
        <w:t xml:space="preserve"> Universitas </w:t>
      </w:r>
      <w:proofErr w:type="spellStart"/>
      <w:r w:rsidRPr="008313F9">
        <w:rPr>
          <w:rFonts w:cs="Times New Roman"/>
        </w:rPr>
        <w:t>Pasundan</w:t>
      </w:r>
      <w:proofErr w:type="spellEnd"/>
      <w:r w:rsidRPr="008313F9">
        <w:rPr>
          <w:rFonts w:cs="Times New Roman"/>
        </w:rPr>
        <w:t xml:space="preserve"> Bandung.</w:t>
      </w:r>
    </w:p>
    <w:p w14:paraId="6CF359D8" w14:textId="6C257C44" w:rsidR="00756591" w:rsidRDefault="005F51D2">
      <w:pPr>
        <w:pStyle w:val="ListParagraph"/>
        <w:numPr>
          <w:ilvl w:val="0"/>
          <w:numId w:val="13"/>
        </w:numPr>
        <w:spacing w:line="360" w:lineRule="auto"/>
        <w:jc w:val="both"/>
      </w:pPr>
      <w:proofErr w:type="spellStart"/>
      <w:r>
        <w:t>Sahabat</w:t>
      </w:r>
      <w:proofErr w:type="spellEnd"/>
      <w:r>
        <w:t xml:space="preserve"> </w:t>
      </w:r>
      <w:proofErr w:type="spellStart"/>
      <w:r>
        <w:t>terdekat</w:t>
      </w:r>
      <w:proofErr w:type="spellEnd"/>
      <w:r>
        <w:t xml:space="preserve">, </w:t>
      </w:r>
      <w:r w:rsidR="00756591">
        <w:t xml:space="preserve">Muhammad Naufal </w:t>
      </w:r>
      <w:proofErr w:type="spellStart"/>
      <w:r>
        <w:t>H</w:t>
      </w:r>
      <w:r w:rsidR="00756591">
        <w:t>afizh</w:t>
      </w:r>
      <w:proofErr w:type="spellEnd"/>
      <w:r>
        <w:t xml:space="preserve">, </w:t>
      </w:r>
      <w:proofErr w:type="spellStart"/>
      <w:r>
        <w:t>serta</w:t>
      </w:r>
      <w:proofErr w:type="spellEnd"/>
      <w:r>
        <w:t xml:space="preserve"> </w:t>
      </w:r>
      <w:proofErr w:type="spellStart"/>
      <w:r>
        <w:t>rekan-rekan</w:t>
      </w:r>
      <w:proofErr w:type="spellEnd"/>
      <w:r>
        <w:t xml:space="preserve"> </w:t>
      </w:r>
      <w:proofErr w:type="spellStart"/>
      <w:r>
        <w:t>seperjuangan</w:t>
      </w:r>
      <w:proofErr w:type="spellEnd"/>
      <w:r>
        <w:t xml:space="preserve"> </w:t>
      </w:r>
      <w:proofErr w:type="spellStart"/>
      <w:r>
        <w:t>mahasiswa</w:t>
      </w:r>
      <w:proofErr w:type="spellEnd"/>
      <w:r>
        <w:t xml:space="preserve"> Teknik </w:t>
      </w:r>
      <w:proofErr w:type="spellStart"/>
      <w:r>
        <w:t>Informatika</w:t>
      </w:r>
      <w:proofErr w:type="spellEnd"/>
      <w:r>
        <w:t xml:space="preserve"> Angkatan 2019, </w:t>
      </w:r>
      <w:proofErr w:type="spellStart"/>
      <w:r>
        <w:t>atas</w:t>
      </w:r>
      <w:proofErr w:type="spellEnd"/>
      <w:r>
        <w:t xml:space="preserve"> </w:t>
      </w:r>
      <w:proofErr w:type="spellStart"/>
      <w:r>
        <w:t>kebersamaan</w:t>
      </w:r>
      <w:proofErr w:type="spellEnd"/>
      <w:r>
        <w:t>,</w:t>
      </w:r>
      <w:r w:rsidR="00756591">
        <w:t xml:space="preserve"> </w:t>
      </w:r>
      <w:proofErr w:type="spellStart"/>
      <w:r w:rsidR="00756591">
        <w:t>dukungan</w:t>
      </w:r>
      <w:proofErr w:type="spellEnd"/>
      <w:r w:rsidR="00756591">
        <w:t xml:space="preserve"> </w:t>
      </w:r>
      <w:proofErr w:type="spellStart"/>
      <w:r w:rsidR="00756591">
        <w:t>secara</w:t>
      </w:r>
      <w:proofErr w:type="spellEnd"/>
      <w:r w:rsidR="00756591">
        <w:t xml:space="preserve"> moral</w:t>
      </w:r>
      <w:r w:rsidR="00275BF7">
        <w:t xml:space="preserve">, </w:t>
      </w:r>
      <w:proofErr w:type="spellStart"/>
      <w:r w:rsidR="00275BF7">
        <w:t>semangat</w:t>
      </w:r>
      <w:proofErr w:type="spellEnd"/>
      <w:r w:rsidR="00275BF7">
        <w:t xml:space="preserve"> </w:t>
      </w:r>
      <w:proofErr w:type="spellStart"/>
      <w:r w:rsidR="00275BF7">
        <w:t>serta</w:t>
      </w:r>
      <w:proofErr w:type="spellEnd"/>
      <w:r>
        <w:t xml:space="preserve"> </w:t>
      </w:r>
      <w:proofErr w:type="spellStart"/>
      <w:r>
        <w:t>memberikan</w:t>
      </w:r>
      <w:proofErr w:type="spellEnd"/>
      <w:r>
        <w:t xml:space="preserve"> </w:t>
      </w:r>
      <w:proofErr w:type="spellStart"/>
      <w:r>
        <w:t>inspirasi</w:t>
      </w:r>
      <w:proofErr w:type="spellEnd"/>
      <w:r>
        <w:t xml:space="preserve"> </w:t>
      </w:r>
      <w:proofErr w:type="spellStart"/>
      <w:r>
        <w:t>terhadap</w:t>
      </w:r>
      <w:proofErr w:type="spellEnd"/>
      <w:r>
        <w:t xml:space="preserve"> </w:t>
      </w:r>
      <w:proofErr w:type="spellStart"/>
      <w:r>
        <w:t>penyusunan</w:t>
      </w:r>
      <w:proofErr w:type="spellEnd"/>
      <w:r>
        <w:t xml:space="preserve"> </w:t>
      </w:r>
      <w:proofErr w:type="spellStart"/>
      <w:r>
        <w:t>tugas</w:t>
      </w:r>
      <w:proofErr w:type="spellEnd"/>
      <w:r>
        <w:t xml:space="preserve"> </w:t>
      </w:r>
      <w:proofErr w:type="spellStart"/>
      <w:r>
        <w:t>akhir</w:t>
      </w:r>
      <w:proofErr w:type="spellEnd"/>
      <w:r>
        <w:t xml:space="preserve"> </w:t>
      </w:r>
      <w:proofErr w:type="spellStart"/>
      <w:r>
        <w:t>ini</w:t>
      </w:r>
      <w:proofErr w:type="spellEnd"/>
      <w:r w:rsidR="00756591">
        <w:t>.</w:t>
      </w:r>
    </w:p>
    <w:p w14:paraId="3C8F4F15" w14:textId="703241F0" w:rsidR="006C412D" w:rsidRDefault="006D0600">
      <w:pPr>
        <w:pStyle w:val="ListParagraph"/>
        <w:numPr>
          <w:ilvl w:val="0"/>
          <w:numId w:val="13"/>
        </w:numPr>
        <w:spacing w:line="360" w:lineRule="auto"/>
        <w:jc w:val="both"/>
      </w:pPr>
      <w:r>
        <w:t xml:space="preserve">Mira </w:t>
      </w:r>
      <w:proofErr w:type="spellStart"/>
      <w:r>
        <w:t>Fridayanti</w:t>
      </w:r>
      <w:proofErr w:type="spellEnd"/>
      <w:r w:rsidR="005F51D2">
        <w:t>,</w:t>
      </w:r>
      <w:r w:rsidR="007813C0">
        <w:t xml:space="preserve"> </w:t>
      </w:r>
      <w:proofErr w:type="spellStart"/>
      <w:r>
        <w:t>rekan-rekan</w:t>
      </w:r>
      <w:proofErr w:type="spellEnd"/>
      <w:r>
        <w:t xml:space="preserve"> di </w:t>
      </w:r>
      <w:proofErr w:type="spellStart"/>
      <w:r>
        <w:t>Virtuni</w:t>
      </w:r>
      <w:r w:rsidR="005F51D2">
        <w:t>x</w:t>
      </w:r>
      <w:proofErr w:type="spellEnd"/>
      <w:r w:rsidR="005F51D2">
        <w:t xml:space="preserve">, </w:t>
      </w:r>
      <w:proofErr w:type="spellStart"/>
      <w:r w:rsidR="000A3327">
        <w:t>serta</w:t>
      </w:r>
      <w:proofErr w:type="spellEnd"/>
      <w:r w:rsidR="000A3327">
        <w:t xml:space="preserve"> </w:t>
      </w:r>
      <w:proofErr w:type="spellStart"/>
      <w:r w:rsidR="005F51D2">
        <w:t>rekan</w:t>
      </w:r>
      <w:proofErr w:type="spellEnd"/>
      <w:r w:rsidR="005F51D2">
        <w:t xml:space="preserve"> </w:t>
      </w:r>
      <w:proofErr w:type="spellStart"/>
      <w:r w:rsidR="005F51D2">
        <w:t>kreator</w:t>
      </w:r>
      <w:proofErr w:type="spellEnd"/>
      <w:r w:rsidR="005F51D2">
        <w:t xml:space="preserve"> virtual Chrysaora Hali, </w:t>
      </w:r>
      <w:proofErr w:type="spellStart"/>
      <w:r w:rsidR="005F51D2">
        <w:t>Syluxvia</w:t>
      </w:r>
      <w:proofErr w:type="spellEnd"/>
      <w:r w:rsidR="005F51D2">
        <w:t>, Altair Aquila</w:t>
      </w:r>
      <w:r w:rsidR="00455152">
        <w:t xml:space="preserve">, Fumiko Runa, Coco </w:t>
      </w:r>
      <w:proofErr w:type="spellStart"/>
      <w:r w:rsidR="00455152">
        <w:t>Cinoco</w:t>
      </w:r>
      <w:proofErr w:type="spellEnd"/>
      <w:r w:rsidR="00455152">
        <w:t xml:space="preserve">, dan </w:t>
      </w:r>
      <w:proofErr w:type="spellStart"/>
      <w:r w:rsidR="00455152">
        <w:t>Kageno</w:t>
      </w:r>
      <w:proofErr w:type="spellEnd"/>
      <w:r w:rsidR="00455152">
        <w:t xml:space="preserve"> </w:t>
      </w:r>
      <w:proofErr w:type="spellStart"/>
      <w:r w:rsidR="00455152">
        <w:t>Kisei</w:t>
      </w:r>
      <w:proofErr w:type="spellEnd"/>
      <w:r w:rsidR="00455152">
        <w:t xml:space="preserve"> </w:t>
      </w:r>
      <w:r w:rsidR="007813C0">
        <w:t xml:space="preserve">yang </w:t>
      </w:r>
      <w:proofErr w:type="spellStart"/>
      <w:r w:rsidR="007813C0">
        <w:t>telah</w:t>
      </w:r>
      <w:proofErr w:type="spellEnd"/>
      <w:r w:rsidR="007813C0">
        <w:t xml:space="preserve"> </w:t>
      </w:r>
      <w:proofErr w:type="spellStart"/>
      <w:r w:rsidR="007813C0">
        <w:t>menjadi</w:t>
      </w:r>
      <w:proofErr w:type="spellEnd"/>
      <w:r w:rsidR="007813C0">
        <w:t xml:space="preserve"> </w:t>
      </w:r>
      <w:r w:rsidR="007813C0">
        <w:rPr>
          <w:i/>
          <w:iCs/>
        </w:rPr>
        <w:t xml:space="preserve">support system </w:t>
      </w:r>
      <w:proofErr w:type="spellStart"/>
      <w:r w:rsidR="007813C0">
        <w:t>bagi</w:t>
      </w:r>
      <w:proofErr w:type="spellEnd"/>
      <w:r w:rsidR="007813C0">
        <w:t xml:space="preserve"> </w:t>
      </w:r>
      <w:proofErr w:type="spellStart"/>
      <w:r w:rsidR="007813C0">
        <w:t>penulis</w:t>
      </w:r>
      <w:proofErr w:type="spellEnd"/>
      <w:r w:rsidR="007813C0">
        <w:t xml:space="preserve"> </w:t>
      </w:r>
      <w:proofErr w:type="spellStart"/>
      <w:r w:rsidR="007813C0">
        <w:t>dalam</w:t>
      </w:r>
      <w:proofErr w:type="spellEnd"/>
      <w:r w:rsidR="007813C0">
        <w:t xml:space="preserve"> proses </w:t>
      </w:r>
      <w:proofErr w:type="spellStart"/>
      <w:r w:rsidR="00275BF7">
        <w:t>penyusunan</w:t>
      </w:r>
      <w:proofErr w:type="spellEnd"/>
      <w:r w:rsidR="007813C0">
        <w:t xml:space="preserve"> </w:t>
      </w:r>
      <w:proofErr w:type="spellStart"/>
      <w:r w:rsidR="00275BF7">
        <w:t>tugas</w:t>
      </w:r>
      <w:proofErr w:type="spellEnd"/>
      <w:r w:rsidR="007813C0">
        <w:t xml:space="preserve"> </w:t>
      </w:r>
      <w:proofErr w:type="spellStart"/>
      <w:r w:rsidR="007813C0">
        <w:t>akhir</w:t>
      </w:r>
      <w:proofErr w:type="spellEnd"/>
      <w:r w:rsidR="007813C0">
        <w:t xml:space="preserve"> </w:t>
      </w:r>
      <w:proofErr w:type="spellStart"/>
      <w:r w:rsidR="007813C0">
        <w:t>ini</w:t>
      </w:r>
      <w:proofErr w:type="spellEnd"/>
      <w:r w:rsidR="007813C0">
        <w:t xml:space="preserve"> </w:t>
      </w:r>
      <w:proofErr w:type="spellStart"/>
      <w:r w:rsidR="007813C0">
        <w:t>melalui</w:t>
      </w:r>
      <w:proofErr w:type="spellEnd"/>
      <w:r w:rsidR="007813C0">
        <w:t xml:space="preserve"> </w:t>
      </w:r>
      <w:proofErr w:type="spellStart"/>
      <w:r w:rsidR="007813C0">
        <w:t>karya</w:t>
      </w:r>
      <w:proofErr w:type="spellEnd"/>
      <w:r w:rsidR="005F51D2">
        <w:t xml:space="preserve"> dan </w:t>
      </w:r>
      <w:proofErr w:type="spellStart"/>
      <w:r w:rsidR="007813C0">
        <w:t>semangat</w:t>
      </w:r>
      <w:proofErr w:type="spellEnd"/>
      <w:r w:rsidR="007813C0">
        <w:t xml:space="preserve"> </w:t>
      </w:r>
      <w:proofErr w:type="spellStart"/>
      <w:r w:rsidR="007813C0">
        <w:t>positif</w:t>
      </w:r>
      <w:proofErr w:type="spellEnd"/>
      <w:r w:rsidR="007813C0">
        <w:t xml:space="preserve"> yang </w:t>
      </w:r>
      <w:proofErr w:type="spellStart"/>
      <w:r w:rsidR="007813C0">
        <w:t>diberikan</w:t>
      </w:r>
      <w:proofErr w:type="spellEnd"/>
      <w:r w:rsidR="007813C0">
        <w:t xml:space="preserve">. </w:t>
      </w:r>
    </w:p>
    <w:p w14:paraId="668102DC" w14:textId="500F53A4" w:rsidR="00756591" w:rsidRDefault="00000000">
      <w:pPr>
        <w:pStyle w:val="ListParagraph"/>
        <w:numPr>
          <w:ilvl w:val="0"/>
          <w:numId w:val="13"/>
        </w:numPr>
        <w:spacing w:line="360" w:lineRule="auto"/>
        <w:jc w:val="both"/>
      </w:pPr>
      <w:proofErr w:type="spellStart"/>
      <w:r w:rsidRPr="008313F9">
        <w:rPr>
          <w:rFonts w:cs="Times New Roman"/>
        </w:rPr>
        <w:t>Seluruh</w:t>
      </w:r>
      <w:proofErr w:type="spellEnd"/>
      <w:r w:rsidRPr="008313F9">
        <w:rPr>
          <w:rFonts w:cs="Times New Roman"/>
        </w:rPr>
        <w:t xml:space="preserve"> </w:t>
      </w:r>
      <w:proofErr w:type="spellStart"/>
      <w:r w:rsidRPr="008313F9">
        <w:rPr>
          <w:rFonts w:cs="Times New Roman"/>
        </w:rPr>
        <w:t>pihak</w:t>
      </w:r>
      <w:proofErr w:type="spellEnd"/>
      <w:r w:rsidRPr="008313F9">
        <w:rPr>
          <w:rFonts w:cs="Times New Roman"/>
        </w:rPr>
        <w:t xml:space="preserve"> yang </w:t>
      </w:r>
      <w:proofErr w:type="spellStart"/>
      <w:r w:rsidRPr="008313F9">
        <w:rPr>
          <w:rFonts w:cs="Times New Roman"/>
        </w:rPr>
        <w:t>tidak</w:t>
      </w:r>
      <w:proofErr w:type="spellEnd"/>
      <w:r w:rsidRPr="008313F9">
        <w:rPr>
          <w:rFonts w:cs="Times New Roman"/>
        </w:rPr>
        <w:t xml:space="preserve"> </w:t>
      </w:r>
      <w:proofErr w:type="spellStart"/>
      <w:r w:rsidRPr="008313F9">
        <w:rPr>
          <w:rFonts w:cs="Times New Roman"/>
        </w:rPr>
        <w:t>dapat</w:t>
      </w:r>
      <w:proofErr w:type="spellEnd"/>
      <w:r w:rsidRPr="008313F9">
        <w:rPr>
          <w:rFonts w:cs="Times New Roman"/>
        </w:rPr>
        <w:t xml:space="preserve"> </w:t>
      </w:r>
      <w:proofErr w:type="spellStart"/>
      <w:r w:rsidRPr="008313F9">
        <w:rPr>
          <w:rFonts w:cs="Times New Roman"/>
        </w:rPr>
        <w:t>penulis</w:t>
      </w:r>
      <w:proofErr w:type="spellEnd"/>
      <w:r w:rsidRPr="008313F9">
        <w:rPr>
          <w:rFonts w:cs="Times New Roman"/>
        </w:rPr>
        <w:t xml:space="preserve"> </w:t>
      </w:r>
      <w:proofErr w:type="spellStart"/>
      <w:r w:rsidRPr="008313F9">
        <w:rPr>
          <w:rFonts w:cs="Times New Roman"/>
        </w:rPr>
        <w:t>sebutkan</w:t>
      </w:r>
      <w:proofErr w:type="spellEnd"/>
      <w:r w:rsidRPr="008313F9">
        <w:rPr>
          <w:rFonts w:cs="Times New Roman"/>
        </w:rPr>
        <w:t xml:space="preserve"> </w:t>
      </w:r>
      <w:proofErr w:type="spellStart"/>
      <w:r w:rsidRPr="008313F9">
        <w:rPr>
          <w:rFonts w:cs="Times New Roman"/>
        </w:rPr>
        <w:t>satu</w:t>
      </w:r>
      <w:proofErr w:type="spellEnd"/>
      <w:r w:rsidRPr="008313F9">
        <w:rPr>
          <w:rFonts w:cs="Times New Roman"/>
        </w:rPr>
        <w:t xml:space="preserve"> per </w:t>
      </w:r>
      <w:proofErr w:type="spellStart"/>
      <w:r w:rsidRPr="008313F9">
        <w:rPr>
          <w:rFonts w:cs="Times New Roman"/>
        </w:rPr>
        <w:t>satu</w:t>
      </w:r>
      <w:proofErr w:type="spellEnd"/>
      <w:r w:rsidRPr="008313F9">
        <w:rPr>
          <w:rFonts w:cs="Times New Roman"/>
        </w:rPr>
        <w:t xml:space="preserve">, </w:t>
      </w:r>
      <w:proofErr w:type="spellStart"/>
      <w:r w:rsidRPr="008313F9">
        <w:rPr>
          <w:rFonts w:cs="Times New Roman"/>
        </w:rPr>
        <w:t>namun</w:t>
      </w:r>
      <w:proofErr w:type="spellEnd"/>
      <w:r w:rsidRPr="008313F9">
        <w:rPr>
          <w:rFonts w:cs="Times New Roman"/>
        </w:rPr>
        <w:t xml:space="preserve"> </w:t>
      </w:r>
      <w:proofErr w:type="spellStart"/>
      <w:r w:rsidRPr="008313F9">
        <w:rPr>
          <w:rFonts w:cs="Times New Roman"/>
        </w:rPr>
        <w:t>telah</w:t>
      </w:r>
      <w:proofErr w:type="spellEnd"/>
      <w:r w:rsidRPr="008313F9">
        <w:rPr>
          <w:rFonts w:cs="Times New Roman"/>
        </w:rPr>
        <w:t xml:space="preserve"> </w:t>
      </w:r>
      <w:proofErr w:type="spellStart"/>
      <w:r w:rsidRPr="008313F9">
        <w:rPr>
          <w:rFonts w:cs="Times New Roman"/>
        </w:rPr>
        <w:t>memberikan</w:t>
      </w:r>
      <w:proofErr w:type="spellEnd"/>
      <w:r w:rsidRPr="008313F9">
        <w:rPr>
          <w:rFonts w:cs="Times New Roman"/>
        </w:rPr>
        <w:t xml:space="preserve"> </w:t>
      </w:r>
      <w:proofErr w:type="spellStart"/>
      <w:r w:rsidRPr="008313F9">
        <w:rPr>
          <w:rFonts w:cs="Times New Roman"/>
        </w:rPr>
        <w:t>kontribusi</w:t>
      </w:r>
      <w:proofErr w:type="spellEnd"/>
      <w:r w:rsidRPr="008313F9">
        <w:rPr>
          <w:rFonts w:cs="Times New Roman"/>
        </w:rPr>
        <w:t xml:space="preserve"> dan </w:t>
      </w:r>
      <w:proofErr w:type="spellStart"/>
      <w:r w:rsidRPr="008313F9">
        <w:rPr>
          <w:rFonts w:cs="Times New Roman"/>
        </w:rPr>
        <w:t>bantuan</w:t>
      </w:r>
      <w:proofErr w:type="spellEnd"/>
      <w:r w:rsidRPr="008313F9">
        <w:rPr>
          <w:rFonts w:cs="Times New Roman"/>
        </w:rPr>
        <w:t xml:space="preserve"> </w:t>
      </w:r>
      <w:proofErr w:type="spellStart"/>
      <w:r w:rsidRPr="008313F9">
        <w:rPr>
          <w:rFonts w:cs="Times New Roman"/>
        </w:rPr>
        <w:t>dalam</w:t>
      </w:r>
      <w:proofErr w:type="spellEnd"/>
      <w:r w:rsidRPr="008313F9">
        <w:rPr>
          <w:rFonts w:cs="Times New Roman"/>
        </w:rPr>
        <w:t xml:space="preserve"> </w:t>
      </w:r>
      <w:proofErr w:type="spellStart"/>
      <w:r w:rsidRPr="008313F9">
        <w:rPr>
          <w:rFonts w:cs="Times New Roman"/>
        </w:rPr>
        <w:t>penyelesaian</w:t>
      </w:r>
      <w:proofErr w:type="spellEnd"/>
      <w:r w:rsidRPr="008313F9">
        <w:rPr>
          <w:rFonts w:cs="Times New Roman"/>
        </w:rPr>
        <w:t xml:space="preserve"> </w:t>
      </w:r>
      <w:proofErr w:type="spellStart"/>
      <w:r w:rsidRPr="008313F9">
        <w:rPr>
          <w:rFonts w:cs="Times New Roman"/>
        </w:rPr>
        <w:t>Tugas</w:t>
      </w:r>
      <w:proofErr w:type="spellEnd"/>
      <w:r w:rsidRPr="008313F9">
        <w:rPr>
          <w:rFonts w:cs="Times New Roman"/>
        </w:rPr>
        <w:t xml:space="preserve"> Akhir </w:t>
      </w:r>
      <w:proofErr w:type="spellStart"/>
      <w:r w:rsidRPr="008313F9">
        <w:rPr>
          <w:rFonts w:cs="Times New Roman"/>
        </w:rPr>
        <w:t>ini</w:t>
      </w:r>
      <w:proofErr w:type="spellEnd"/>
      <w:r w:rsidRPr="008313F9">
        <w:rPr>
          <w:rFonts w:cs="Times New Roman"/>
        </w:rPr>
        <w:t>.</w:t>
      </w:r>
    </w:p>
    <w:p w14:paraId="0FCDE28E" w14:textId="77777777" w:rsidR="00F810AC" w:rsidRDefault="00000000">
      <w:pPr>
        <w:spacing w:before="120" w:after="0" w:line="360" w:lineRule="auto"/>
        <w:ind w:firstLine="680"/>
        <w:jc w:val="both"/>
      </w:pPr>
      <w:proofErr w:type="spellStart"/>
      <w:r>
        <w:rPr>
          <w:rFonts w:cs="Times New Roman"/>
        </w:rPr>
        <w:t>Penulis</w:t>
      </w:r>
      <w:proofErr w:type="spellEnd"/>
      <w:r>
        <w:rPr>
          <w:rFonts w:cs="Times New Roman"/>
        </w:rPr>
        <w:t xml:space="preserve"> </w:t>
      </w:r>
      <w:proofErr w:type="spellStart"/>
      <w:r>
        <w:rPr>
          <w:rFonts w:cs="Times New Roman"/>
        </w:rPr>
        <w:t>menyadari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Laporan</w:t>
      </w:r>
      <w:proofErr w:type="spellEnd"/>
      <w:r>
        <w:rPr>
          <w:rFonts w:cs="Times New Roman"/>
        </w:rPr>
        <w:t xml:space="preserve"> </w:t>
      </w:r>
      <w:proofErr w:type="spellStart"/>
      <w:r>
        <w:rPr>
          <w:rFonts w:cs="Times New Roman"/>
        </w:rPr>
        <w:t>Tugas</w:t>
      </w:r>
      <w:proofErr w:type="spellEnd"/>
      <w:r>
        <w:rPr>
          <w:rFonts w:cs="Times New Roman"/>
        </w:rPr>
        <w:t xml:space="preserve"> Akhir </w:t>
      </w:r>
      <w:proofErr w:type="spellStart"/>
      <w:r>
        <w:rPr>
          <w:rFonts w:cs="Times New Roman"/>
        </w:rPr>
        <w:t>ini</w:t>
      </w:r>
      <w:proofErr w:type="spellEnd"/>
      <w:r>
        <w:rPr>
          <w:rFonts w:cs="Times New Roman"/>
        </w:rPr>
        <w:t xml:space="preserve"> </w:t>
      </w:r>
      <w:proofErr w:type="spellStart"/>
      <w:r>
        <w:rPr>
          <w:rFonts w:cs="Times New Roman"/>
        </w:rPr>
        <w:t>masih</w:t>
      </w:r>
      <w:proofErr w:type="spellEnd"/>
      <w:r>
        <w:rPr>
          <w:rFonts w:cs="Times New Roman"/>
        </w:rPr>
        <w:t xml:space="preserve"> </w:t>
      </w:r>
      <w:proofErr w:type="spellStart"/>
      <w:r>
        <w:rPr>
          <w:rFonts w:cs="Times New Roman"/>
        </w:rPr>
        <w:t>jauh</w:t>
      </w:r>
      <w:proofErr w:type="spellEnd"/>
      <w:r>
        <w:rPr>
          <w:rFonts w:cs="Times New Roman"/>
        </w:rPr>
        <w:t xml:space="preserve"> </w:t>
      </w:r>
      <w:proofErr w:type="spellStart"/>
      <w:r>
        <w:rPr>
          <w:rFonts w:cs="Times New Roman"/>
        </w:rPr>
        <w:t>dari</w:t>
      </w:r>
      <w:proofErr w:type="spellEnd"/>
      <w:r>
        <w:rPr>
          <w:rFonts w:cs="Times New Roman"/>
        </w:rPr>
        <w:t xml:space="preserve"> kata </w:t>
      </w:r>
      <w:proofErr w:type="spellStart"/>
      <w:r>
        <w:rPr>
          <w:rFonts w:cs="Times New Roman"/>
        </w:rPr>
        <w:t>sempurna</w:t>
      </w:r>
      <w:proofErr w:type="spellEnd"/>
      <w:r>
        <w:rPr>
          <w:rFonts w:cs="Times New Roman"/>
        </w:rPr>
        <w:t xml:space="preserve">. Oleh </w:t>
      </w:r>
      <w:proofErr w:type="spellStart"/>
      <w:r>
        <w:rPr>
          <w:rFonts w:cs="Times New Roman"/>
        </w:rPr>
        <w:t>karena</w:t>
      </w:r>
      <w:proofErr w:type="spellEnd"/>
      <w:r>
        <w:rPr>
          <w:rFonts w:cs="Times New Roman"/>
        </w:rPr>
        <w:t xml:space="preserve"> </w:t>
      </w:r>
      <w:proofErr w:type="spellStart"/>
      <w:r>
        <w:rPr>
          <w:rFonts w:cs="Times New Roman"/>
        </w:rPr>
        <w:t>itu</w:t>
      </w:r>
      <w:proofErr w:type="spellEnd"/>
      <w:r>
        <w:rPr>
          <w:rFonts w:cs="Times New Roman"/>
        </w:rPr>
        <w:t xml:space="preserve">, </w:t>
      </w:r>
      <w:proofErr w:type="spellStart"/>
      <w:r>
        <w:rPr>
          <w:rFonts w:cs="Times New Roman"/>
        </w:rPr>
        <w:t>kritik</w:t>
      </w:r>
      <w:proofErr w:type="spellEnd"/>
      <w:r>
        <w:rPr>
          <w:rFonts w:cs="Times New Roman"/>
        </w:rPr>
        <w:t xml:space="preserve"> dan saran yang </w:t>
      </w:r>
      <w:proofErr w:type="spellStart"/>
      <w:r>
        <w:rPr>
          <w:rFonts w:cs="Times New Roman"/>
        </w:rPr>
        <w:t>membangun</w:t>
      </w:r>
      <w:proofErr w:type="spellEnd"/>
      <w:r>
        <w:rPr>
          <w:rFonts w:cs="Times New Roman"/>
        </w:rPr>
        <w:t xml:space="preserve"> </w:t>
      </w:r>
      <w:proofErr w:type="spellStart"/>
      <w:r>
        <w:rPr>
          <w:rFonts w:cs="Times New Roman"/>
        </w:rPr>
        <w:t>dari</w:t>
      </w:r>
      <w:proofErr w:type="spellEnd"/>
      <w:r>
        <w:rPr>
          <w:rFonts w:cs="Times New Roman"/>
        </w:rPr>
        <w:t xml:space="preserve"> </w:t>
      </w:r>
      <w:proofErr w:type="spellStart"/>
      <w:r>
        <w:rPr>
          <w:rFonts w:cs="Times New Roman"/>
        </w:rPr>
        <w:t>berbagai</w:t>
      </w:r>
      <w:proofErr w:type="spellEnd"/>
      <w:r>
        <w:rPr>
          <w:rFonts w:cs="Times New Roman"/>
        </w:rPr>
        <w:t xml:space="preserve"> </w:t>
      </w:r>
      <w:proofErr w:type="spellStart"/>
      <w:r>
        <w:rPr>
          <w:rFonts w:cs="Times New Roman"/>
        </w:rPr>
        <w:t>pihak</w:t>
      </w:r>
      <w:proofErr w:type="spellEnd"/>
      <w:r>
        <w:rPr>
          <w:rFonts w:cs="Times New Roman"/>
        </w:rPr>
        <w:t xml:space="preserve"> sangat </w:t>
      </w:r>
      <w:proofErr w:type="spellStart"/>
      <w:r>
        <w:rPr>
          <w:rFonts w:cs="Times New Roman"/>
        </w:rPr>
        <w:t>penulis</w:t>
      </w:r>
      <w:proofErr w:type="spellEnd"/>
      <w:r>
        <w:rPr>
          <w:rFonts w:cs="Times New Roman"/>
        </w:rPr>
        <w:t xml:space="preserve"> </w:t>
      </w:r>
      <w:proofErr w:type="spellStart"/>
      <w:r>
        <w:rPr>
          <w:rFonts w:cs="Times New Roman"/>
        </w:rPr>
        <w:t>harapkan</w:t>
      </w:r>
      <w:proofErr w:type="spellEnd"/>
      <w:r>
        <w:rPr>
          <w:rFonts w:cs="Times New Roman"/>
        </w:rPr>
        <w:t xml:space="preserve"> </w:t>
      </w:r>
      <w:proofErr w:type="spellStart"/>
      <w:r>
        <w:rPr>
          <w:rFonts w:cs="Times New Roman"/>
        </w:rPr>
        <w:t>untuk</w:t>
      </w:r>
      <w:proofErr w:type="spellEnd"/>
      <w:r>
        <w:rPr>
          <w:rFonts w:cs="Times New Roman"/>
        </w:rPr>
        <w:t xml:space="preserve"> </w:t>
      </w:r>
      <w:proofErr w:type="spellStart"/>
      <w:r>
        <w:rPr>
          <w:rFonts w:cs="Times New Roman"/>
        </w:rPr>
        <w:t>perbaikan</w:t>
      </w:r>
      <w:proofErr w:type="spellEnd"/>
      <w:r>
        <w:rPr>
          <w:rFonts w:cs="Times New Roman"/>
        </w:rPr>
        <w:t xml:space="preserve"> di masa </w:t>
      </w:r>
      <w:proofErr w:type="spellStart"/>
      <w:r>
        <w:rPr>
          <w:rFonts w:cs="Times New Roman"/>
        </w:rPr>
        <w:t>mendatang</w:t>
      </w:r>
      <w:proofErr w:type="spellEnd"/>
      <w:r>
        <w:rPr>
          <w:rFonts w:cs="Times New Roman"/>
        </w:rPr>
        <w:t xml:space="preserve">. Akhir kata, </w:t>
      </w:r>
      <w:proofErr w:type="spellStart"/>
      <w:r>
        <w:rPr>
          <w:rFonts w:cs="Times New Roman"/>
        </w:rPr>
        <w:t>semoga</w:t>
      </w:r>
      <w:proofErr w:type="spellEnd"/>
      <w:r>
        <w:rPr>
          <w:rFonts w:cs="Times New Roman"/>
        </w:rPr>
        <w:t xml:space="preserve"> </w:t>
      </w:r>
      <w:proofErr w:type="spellStart"/>
      <w:r>
        <w:rPr>
          <w:rFonts w:cs="Times New Roman"/>
        </w:rPr>
        <w:t>Laporan</w:t>
      </w:r>
      <w:proofErr w:type="spellEnd"/>
      <w:r>
        <w:rPr>
          <w:rFonts w:cs="Times New Roman"/>
        </w:rPr>
        <w:t xml:space="preserve"> </w:t>
      </w:r>
      <w:proofErr w:type="spellStart"/>
      <w:r>
        <w:rPr>
          <w:rFonts w:cs="Times New Roman"/>
        </w:rPr>
        <w:t>Tugas</w:t>
      </w:r>
      <w:proofErr w:type="spellEnd"/>
      <w:r>
        <w:rPr>
          <w:rFonts w:cs="Times New Roman"/>
        </w:rPr>
        <w:t xml:space="preserve"> Akhir </w:t>
      </w:r>
      <w:proofErr w:type="spellStart"/>
      <w:r>
        <w:rPr>
          <w:rFonts w:cs="Times New Roman"/>
        </w:rPr>
        <w:t>ini</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memberikan</w:t>
      </w:r>
      <w:proofErr w:type="spellEnd"/>
      <w:r>
        <w:rPr>
          <w:rFonts w:cs="Times New Roman"/>
        </w:rPr>
        <w:t xml:space="preserve"> </w:t>
      </w:r>
      <w:proofErr w:type="spellStart"/>
      <w:r>
        <w:rPr>
          <w:rFonts w:cs="Times New Roman"/>
        </w:rPr>
        <w:t>manfaat</w:t>
      </w:r>
      <w:proofErr w:type="spellEnd"/>
      <w:r>
        <w:rPr>
          <w:rFonts w:cs="Times New Roman"/>
        </w:rPr>
        <w:t xml:space="preserve"> </w:t>
      </w:r>
      <w:proofErr w:type="spellStart"/>
      <w:r>
        <w:rPr>
          <w:rFonts w:cs="Times New Roman"/>
        </w:rPr>
        <w:t>bagi</w:t>
      </w:r>
      <w:proofErr w:type="spellEnd"/>
      <w:r>
        <w:rPr>
          <w:rFonts w:cs="Times New Roman"/>
        </w:rPr>
        <w:t xml:space="preserve"> </w:t>
      </w:r>
      <w:proofErr w:type="spellStart"/>
      <w:r>
        <w:rPr>
          <w:rFonts w:cs="Times New Roman"/>
        </w:rPr>
        <w:t>penulis</w:t>
      </w:r>
      <w:proofErr w:type="spellEnd"/>
      <w:r>
        <w:rPr>
          <w:rFonts w:cs="Times New Roman"/>
        </w:rPr>
        <w:t xml:space="preserve"> </w:t>
      </w:r>
      <w:proofErr w:type="spellStart"/>
      <w:r>
        <w:rPr>
          <w:rFonts w:cs="Times New Roman"/>
        </w:rPr>
        <w:t>pribadi</w:t>
      </w:r>
      <w:proofErr w:type="spellEnd"/>
      <w:r>
        <w:rPr>
          <w:rFonts w:cs="Times New Roman"/>
        </w:rPr>
        <w:t xml:space="preserve"> </w:t>
      </w:r>
      <w:proofErr w:type="spellStart"/>
      <w:r>
        <w:rPr>
          <w:rFonts w:cs="Times New Roman"/>
        </w:rPr>
        <w:t>maupun</w:t>
      </w:r>
      <w:proofErr w:type="spellEnd"/>
      <w:r>
        <w:rPr>
          <w:rFonts w:cs="Times New Roman"/>
        </w:rPr>
        <w:t xml:space="preserve"> </w:t>
      </w:r>
      <w:proofErr w:type="spellStart"/>
      <w:r>
        <w:rPr>
          <w:rFonts w:cs="Times New Roman"/>
        </w:rPr>
        <w:t>bagi</w:t>
      </w:r>
      <w:proofErr w:type="spellEnd"/>
      <w:r>
        <w:rPr>
          <w:rFonts w:cs="Times New Roman"/>
        </w:rPr>
        <w:t xml:space="preserve"> </w:t>
      </w:r>
      <w:proofErr w:type="spellStart"/>
      <w:r>
        <w:rPr>
          <w:rFonts w:cs="Times New Roman"/>
        </w:rPr>
        <w:t>perkembangan</w:t>
      </w:r>
      <w:proofErr w:type="spellEnd"/>
      <w:r>
        <w:rPr>
          <w:rFonts w:cs="Times New Roman"/>
        </w:rPr>
        <w:t xml:space="preserve"> </w:t>
      </w:r>
      <w:proofErr w:type="spellStart"/>
      <w:r>
        <w:rPr>
          <w:rFonts w:cs="Times New Roman"/>
        </w:rPr>
        <w:t>ilmu</w:t>
      </w:r>
      <w:proofErr w:type="spellEnd"/>
      <w:r>
        <w:rPr>
          <w:rFonts w:cs="Times New Roman"/>
        </w:rPr>
        <w:t xml:space="preserve"> </w:t>
      </w:r>
      <w:proofErr w:type="spellStart"/>
      <w:r>
        <w:rPr>
          <w:rFonts w:cs="Times New Roman"/>
        </w:rPr>
        <w:t>pengetahuan</w:t>
      </w:r>
      <w:proofErr w:type="spellEnd"/>
      <w:r>
        <w:rPr>
          <w:rFonts w:cs="Times New Roman"/>
        </w:rPr>
        <w:t xml:space="preserve"> di </w:t>
      </w:r>
      <w:proofErr w:type="spellStart"/>
      <w:r>
        <w:rPr>
          <w:rFonts w:cs="Times New Roman"/>
        </w:rPr>
        <w:t>bidang</w:t>
      </w:r>
      <w:proofErr w:type="spellEnd"/>
      <w:r>
        <w:rPr>
          <w:rFonts w:cs="Times New Roman"/>
        </w:rPr>
        <w:t xml:space="preserve"> </w:t>
      </w:r>
      <w:proofErr w:type="spellStart"/>
      <w:r>
        <w:rPr>
          <w:rFonts w:cs="Times New Roman"/>
        </w:rPr>
        <w:t>kecerdasan</w:t>
      </w:r>
      <w:proofErr w:type="spellEnd"/>
      <w:r>
        <w:rPr>
          <w:rFonts w:cs="Times New Roman"/>
        </w:rPr>
        <w:t xml:space="preserve"> </w:t>
      </w:r>
      <w:proofErr w:type="spellStart"/>
      <w:r>
        <w:rPr>
          <w:rFonts w:cs="Times New Roman"/>
        </w:rPr>
        <w:t>artifisial</w:t>
      </w:r>
      <w:proofErr w:type="spellEnd"/>
      <w:r>
        <w:rPr>
          <w:rFonts w:cs="Times New Roman"/>
        </w:rPr>
        <w:t xml:space="preserve"> dan </w:t>
      </w:r>
      <w:proofErr w:type="spellStart"/>
      <w:r>
        <w:rPr>
          <w:rFonts w:cs="Times New Roman"/>
        </w:rPr>
        <w:t>kendaraan</w:t>
      </w:r>
      <w:proofErr w:type="spellEnd"/>
      <w:r>
        <w:rPr>
          <w:rFonts w:cs="Times New Roman"/>
        </w:rPr>
        <w:t xml:space="preserve"> </w:t>
      </w:r>
      <w:proofErr w:type="spellStart"/>
      <w:r>
        <w:rPr>
          <w:rFonts w:cs="Times New Roman"/>
        </w:rPr>
        <w:t>otonom</w:t>
      </w:r>
      <w:proofErr w:type="spellEnd"/>
      <w:r>
        <w:rPr>
          <w:rFonts w:cs="Times New Roman"/>
        </w:rPr>
        <w:t>.</w:t>
      </w:r>
    </w:p>
    <w:p w14:paraId="68791702" w14:textId="77777777" w:rsidR="00F810AC" w:rsidRDefault="00F810AC">
      <w:pPr>
        <w:spacing w:line="240" w:lineRule="auto"/>
      </w:pPr>
    </w:p>
    <w:p w14:paraId="08749520" w14:textId="55C36E85" w:rsidR="00F810AC" w:rsidRDefault="00000000">
      <w:pPr>
        <w:spacing w:before="120" w:after="0" w:line="240" w:lineRule="auto"/>
        <w:jc w:val="right"/>
      </w:pPr>
      <w:r>
        <w:rPr>
          <w:rFonts w:cs="Times New Roman"/>
        </w:rPr>
        <w:t xml:space="preserve">Bandung, </w:t>
      </w:r>
      <w:r w:rsidR="000A3327">
        <w:rPr>
          <w:rFonts w:cs="Times New Roman"/>
        </w:rPr>
        <w:t>Juli</w:t>
      </w:r>
      <w:r>
        <w:rPr>
          <w:rFonts w:cs="Times New Roman"/>
        </w:rPr>
        <w:t xml:space="preserve"> 2026</w:t>
      </w:r>
    </w:p>
    <w:p w14:paraId="7B89A797" w14:textId="15D66F63" w:rsidR="00F810AC" w:rsidRDefault="00F810AC">
      <w:pPr>
        <w:spacing w:after="0" w:line="240" w:lineRule="auto"/>
        <w:jc w:val="right"/>
      </w:pPr>
    </w:p>
    <w:p w14:paraId="6AEF4A2F" w14:textId="77777777" w:rsidR="00F810AC" w:rsidRDefault="00F810AC">
      <w:pPr>
        <w:spacing w:line="240" w:lineRule="auto"/>
      </w:pPr>
    </w:p>
    <w:p w14:paraId="78FDD080" w14:textId="77777777" w:rsidR="00F810AC" w:rsidRDefault="00F810AC">
      <w:pPr>
        <w:spacing w:line="240" w:lineRule="auto"/>
      </w:pPr>
    </w:p>
    <w:p w14:paraId="6418754D" w14:textId="77777777" w:rsidR="008313F9" w:rsidRDefault="008313F9">
      <w:pPr>
        <w:spacing w:line="240" w:lineRule="auto"/>
      </w:pPr>
    </w:p>
    <w:p w14:paraId="4EBE4E8D" w14:textId="77777777" w:rsidR="00F810AC" w:rsidRDefault="00000000">
      <w:pPr>
        <w:spacing w:after="0" w:line="240" w:lineRule="auto"/>
        <w:jc w:val="right"/>
      </w:pPr>
      <w:r>
        <w:rPr>
          <w:rFonts w:cs="Times New Roman"/>
        </w:rPr>
        <w:t xml:space="preserve">Ilham Akmal Rafi </w:t>
      </w:r>
      <w:proofErr w:type="spellStart"/>
      <w:r>
        <w:rPr>
          <w:rFonts w:cs="Times New Roman"/>
        </w:rPr>
        <w:t>Pramudya</w:t>
      </w:r>
      <w:proofErr w:type="spellEnd"/>
    </w:p>
    <w:p w14:paraId="06CA4311" w14:textId="55A3B9D8" w:rsidR="00F810AC" w:rsidRPr="00F333B6" w:rsidRDefault="00A177E1" w:rsidP="00F333B6">
      <w:pPr>
        <w:pStyle w:val="Heading1"/>
        <w:numPr>
          <w:ilvl w:val="0"/>
          <w:numId w:val="0"/>
        </w:numPr>
      </w:pPr>
      <w:bookmarkStart w:id="1" w:name="_Toc233990516"/>
      <w:r>
        <w:rPr>
          <w:b w:val="0"/>
          <w:noProof/>
        </w:rPr>
        <w:lastRenderedPageBreak/>
        <w:drawing>
          <wp:anchor distT="0" distB="0" distL="114300" distR="114300" simplePos="0" relativeHeight="251658240" behindDoc="1" locked="0" layoutInCell="1" allowOverlap="1" wp14:anchorId="63DF96E4" wp14:editId="3AAAC8F8">
            <wp:simplePos x="0" y="0"/>
            <wp:positionH relativeFrom="column">
              <wp:posOffset>-1088390</wp:posOffset>
            </wp:positionH>
            <wp:positionV relativeFrom="paragraph">
              <wp:posOffset>-22591183</wp:posOffset>
            </wp:positionV>
            <wp:extent cx="7822565" cy="12510770"/>
            <wp:effectExtent l="0" t="0" r="635" b="0"/>
            <wp:wrapNone/>
            <wp:docPr id="1629298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298298" name="Picture 1"/>
                    <pic:cNvPicPr/>
                  </pic:nvPicPr>
                  <pic:blipFill>
                    <a:blip r:embed="rId15"/>
                    <a:stretch>
                      <a:fillRect/>
                    </a:stretch>
                  </pic:blipFill>
                  <pic:spPr>
                    <a:xfrm>
                      <a:off x="0" y="0"/>
                      <a:ext cx="7822565" cy="12510770"/>
                    </a:xfrm>
                    <a:prstGeom prst="rect">
                      <a:avLst/>
                    </a:prstGeom>
                  </pic:spPr>
                </pic:pic>
              </a:graphicData>
            </a:graphic>
            <wp14:sizeRelH relativeFrom="page">
              <wp14:pctWidth>0</wp14:pctWidth>
            </wp14:sizeRelH>
            <wp14:sizeRelV relativeFrom="page">
              <wp14:pctHeight>0</wp14:pctHeight>
            </wp14:sizeRelV>
          </wp:anchor>
        </w:drawing>
      </w:r>
      <w:r w:rsidR="00000000" w:rsidRPr="00F333B6">
        <w:t>ABSTRAK</w:t>
      </w:r>
      <w:bookmarkEnd w:id="1"/>
    </w:p>
    <w:p w14:paraId="274632EC" w14:textId="77777777" w:rsidR="000A3327" w:rsidRDefault="000A3327">
      <w:pPr>
        <w:spacing w:after="0" w:line="240" w:lineRule="auto"/>
        <w:ind w:firstLine="680"/>
        <w:jc w:val="both"/>
        <w:rPr>
          <w:rFonts w:cs="Times New Roman"/>
        </w:rPr>
      </w:pPr>
      <w:proofErr w:type="spellStart"/>
      <w:r w:rsidRPr="000A3327">
        <w:rPr>
          <w:rFonts w:cs="Times New Roman"/>
        </w:rPr>
        <w:t>Pertumbuhan</w:t>
      </w:r>
      <w:proofErr w:type="spellEnd"/>
      <w:r w:rsidRPr="000A3327">
        <w:rPr>
          <w:rFonts w:cs="Times New Roman"/>
        </w:rPr>
        <w:t xml:space="preserve"> </w:t>
      </w:r>
      <w:proofErr w:type="spellStart"/>
      <w:r w:rsidRPr="000A3327">
        <w:rPr>
          <w:rFonts w:cs="Times New Roman"/>
        </w:rPr>
        <w:t>aktivitas</w:t>
      </w:r>
      <w:proofErr w:type="spellEnd"/>
      <w:r w:rsidRPr="000A3327">
        <w:rPr>
          <w:rFonts w:cs="Times New Roman"/>
        </w:rPr>
        <w:t xml:space="preserve"> </w:t>
      </w:r>
      <w:proofErr w:type="spellStart"/>
      <w:r w:rsidRPr="000A3327">
        <w:rPr>
          <w:rFonts w:cs="Times New Roman"/>
        </w:rPr>
        <w:t>logistik</w:t>
      </w:r>
      <w:proofErr w:type="spellEnd"/>
      <w:r w:rsidRPr="000A3327">
        <w:rPr>
          <w:rFonts w:cs="Times New Roman"/>
        </w:rPr>
        <w:t xml:space="preserve"> dan </w:t>
      </w:r>
      <w:proofErr w:type="spellStart"/>
      <w:r w:rsidRPr="000A3327">
        <w:rPr>
          <w:rFonts w:cs="Times New Roman"/>
        </w:rPr>
        <w:t>transportasi</w:t>
      </w:r>
      <w:proofErr w:type="spellEnd"/>
      <w:r w:rsidRPr="000A3327">
        <w:rPr>
          <w:rFonts w:cs="Times New Roman"/>
        </w:rPr>
        <w:t xml:space="preserve"> </w:t>
      </w:r>
      <w:proofErr w:type="spellStart"/>
      <w:r w:rsidRPr="000A3327">
        <w:rPr>
          <w:rFonts w:cs="Times New Roman"/>
        </w:rPr>
        <w:t>umum</w:t>
      </w:r>
      <w:proofErr w:type="spellEnd"/>
      <w:r w:rsidRPr="000A3327">
        <w:rPr>
          <w:rFonts w:cs="Times New Roman"/>
        </w:rPr>
        <w:t xml:space="preserve"> di Indonesia </w:t>
      </w:r>
      <w:proofErr w:type="spellStart"/>
      <w:r w:rsidRPr="000A3327">
        <w:rPr>
          <w:rFonts w:cs="Times New Roman"/>
        </w:rPr>
        <w:t>turut</w:t>
      </w:r>
      <w:proofErr w:type="spellEnd"/>
      <w:r w:rsidRPr="000A3327">
        <w:rPr>
          <w:rFonts w:cs="Times New Roman"/>
        </w:rPr>
        <w:t xml:space="preserve"> </w:t>
      </w:r>
      <w:proofErr w:type="spellStart"/>
      <w:r w:rsidRPr="000A3327">
        <w:rPr>
          <w:rFonts w:cs="Times New Roman"/>
        </w:rPr>
        <w:t>meningkatkan</w:t>
      </w:r>
      <w:proofErr w:type="spellEnd"/>
      <w:r w:rsidRPr="000A3327">
        <w:rPr>
          <w:rFonts w:cs="Times New Roman"/>
        </w:rPr>
        <w:t xml:space="preserve"> </w:t>
      </w:r>
      <w:proofErr w:type="spellStart"/>
      <w:r w:rsidRPr="000A3327">
        <w:rPr>
          <w:rFonts w:cs="Times New Roman"/>
        </w:rPr>
        <w:t>mobilitas</w:t>
      </w:r>
      <w:proofErr w:type="spellEnd"/>
      <w:r w:rsidRPr="000A3327">
        <w:rPr>
          <w:rFonts w:cs="Times New Roman"/>
        </w:rPr>
        <w:t xml:space="preserve"> </w:t>
      </w:r>
      <w:proofErr w:type="spellStart"/>
      <w:r w:rsidRPr="000A3327">
        <w:rPr>
          <w:rFonts w:cs="Times New Roman"/>
        </w:rPr>
        <w:t>kendaraan</w:t>
      </w:r>
      <w:proofErr w:type="spellEnd"/>
      <w:r w:rsidRPr="000A3327">
        <w:rPr>
          <w:rFonts w:cs="Times New Roman"/>
        </w:rPr>
        <w:t xml:space="preserve"> </w:t>
      </w:r>
      <w:proofErr w:type="spellStart"/>
      <w:r w:rsidRPr="000A3327">
        <w:rPr>
          <w:rFonts w:cs="Times New Roman"/>
        </w:rPr>
        <w:t>besar</w:t>
      </w:r>
      <w:proofErr w:type="spellEnd"/>
      <w:r w:rsidRPr="000A3327">
        <w:rPr>
          <w:rFonts w:cs="Times New Roman"/>
        </w:rPr>
        <w:t xml:space="preserve"> di </w:t>
      </w:r>
      <w:proofErr w:type="spellStart"/>
      <w:r w:rsidRPr="000A3327">
        <w:rPr>
          <w:rFonts w:cs="Times New Roman"/>
        </w:rPr>
        <w:t>kawasan</w:t>
      </w:r>
      <w:proofErr w:type="spellEnd"/>
      <w:r w:rsidRPr="000A3327">
        <w:rPr>
          <w:rFonts w:cs="Times New Roman"/>
        </w:rPr>
        <w:t xml:space="preserve"> </w:t>
      </w:r>
      <w:proofErr w:type="spellStart"/>
      <w:r w:rsidRPr="000A3327">
        <w:rPr>
          <w:rFonts w:cs="Times New Roman"/>
        </w:rPr>
        <w:t>perkotaan</w:t>
      </w:r>
      <w:proofErr w:type="spellEnd"/>
      <w:r w:rsidRPr="000A3327">
        <w:rPr>
          <w:rFonts w:cs="Times New Roman"/>
        </w:rPr>
        <w:t xml:space="preserve">. Hal </w:t>
      </w:r>
      <w:proofErr w:type="spellStart"/>
      <w:r w:rsidRPr="000A3327">
        <w:rPr>
          <w:rFonts w:cs="Times New Roman"/>
        </w:rPr>
        <w:t>ini</w:t>
      </w:r>
      <w:proofErr w:type="spellEnd"/>
      <w:r w:rsidRPr="000A3327">
        <w:rPr>
          <w:rFonts w:cs="Times New Roman"/>
        </w:rPr>
        <w:t xml:space="preserve"> </w:t>
      </w:r>
      <w:proofErr w:type="spellStart"/>
      <w:r w:rsidRPr="000A3327">
        <w:rPr>
          <w:rFonts w:cs="Times New Roman"/>
        </w:rPr>
        <w:t>menaikkan</w:t>
      </w:r>
      <w:proofErr w:type="spellEnd"/>
      <w:r w:rsidRPr="000A3327">
        <w:rPr>
          <w:rFonts w:cs="Times New Roman"/>
        </w:rPr>
        <w:t xml:space="preserve"> </w:t>
      </w:r>
      <w:proofErr w:type="spellStart"/>
      <w:r w:rsidRPr="000A3327">
        <w:rPr>
          <w:rFonts w:cs="Times New Roman"/>
        </w:rPr>
        <w:t>risiko</w:t>
      </w:r>
      <w:proofErr w:type="spellEnd"/>
      <w:r w:rsidRPr="000A3327">
        <w:rPr>
          <w:rFonts w:cs="Times New Roman"/>
        </w:rPr>
        <w:t xml:space="preserve"> </w:t>
      </w:r>
      <w:proofErr w:type="spellStart"/>
      <w:r w:rsidRPr="000A3327">
        <w:rPr>
          <w:rFonts w:cs="Times New Roman"/>
        </w:rPr>
        <w:t>fatalitas</w:t>
      </w:r>
      <w:proofErr w:type="spellEnd"/>
      <w:r w:rsidRPr="000A3327">
        <w:rPr>
          <w:rFonts w:cs="Times New Roman"/>
        </w:rPr>
        <w:t xml:space="preserve"> </w:t>
      </w:r>
      <w:proofErr w:type="spellStart"/>
      <w:r w:rsidRPr="000A3327">
        <w:rPr>
          <w:rFonts w:cs="Times New Roman"/>
        </w:rPr>
        <w:t>kecelakaan</w:t>
      </w:r>
      <w:proofErr w:type="spellEnd"/>
      <w:r w:rsidRPr="000A3327">
        <w:rPr>
          <w:rFonts w:cs="Times New Roman"/>
        </w:rPr>
        <w:t xml:space="preserve"> </w:t>
      </w:r>
      <w:proofErr w:type="spellStart"/>
      <w:r w:rsidRPr="000A3327">
        <w:rPr>
          <w:rFonts w:cs="Times New Roman"/>
        </w:rPr>
        <w:t>akibat</w:t>
      </w:r>
      <w:proofErr w:type="spellEnd"/>
      <w:r w:rsidRPr="000A3327">
        <w:rPr>
          <w:rFonts w:cs="Times New Roman"/>
        </w:rPr>
        <w:t xml:space="preserve"> </w:t>
      </w:r>
      <w:proofErr w:type="spellStart"/>
      <w:r w:rsidRPr="000A3327">
        <w:rPr>
          <w:rFonts w:cs="Times New Roman"/>
        </w:rPr>
        <w:t>karakteristik</w:t>
      </w:r>
      <w:proofErr w:type="spellEnd"/>
      <w:r w:rsidRPr="000A3327">
        <w:rPr>
          <w:rFonts w:cs="Times New Roman"/>
        </w:rPr>
        <w:t xml:space="preserve"> </w:t>
      </w:r>
      <w:proofErr w:type="spellStart"/>
      <w:r w:rsidRPr="000A3327">
        <w:rPr>
          <w:rFonts w:cs="Times New Roman"/>
        </w:rPr>
        <w:t>inersia</w:t>
      </w:r>
      <w:proofErr w:type="spellEnd"/>
      <w:r w:rsidRPr="000A3327">
        <w:rPr>
          <w:rFonts w:cs="Times New Roman"/>
        </w:rPr>
        <w:t xml:space="preserve"> dan </w:t>
      </w:r>
      <w:proofErr w:type="spellStart"/>
      <w:r w:rsidRPr="000A3327">
        <w:rPr>
          <w:rFonts w:cs="Times New Roman"/>
        </w:rPr>
        <w:t>dinamika</w:t>
      </w:r>
      <w:proofErr w:type="spellEnd"/>
      <w:r w:rsidRPr="000A3327">
        <w:rPr>
          <w:rFonts w:cs="Times New Roman"/>
        </w:rPr>
        <w:t xml:space="preserve"> </w:t>
      </w:r>
      <w:proofErr w:type="spellStart"/>
      <w:r w:rsidRPr="000A3327">
        <w:rPr>
          <w:rFonts w:cs="Times New Roman"/>
        </w:rPr>
        <w:t>massa</w:t>
      </w:r>
      <w:proofErr w:type="spellEnd"/>
      <w:r w:rsidRPr="000A3327">
        <w:rPr>
          <w:rFonts w:cs="Times New Roman"/>
        </w:rPr>
        <w:t xml:space="preserve"> </w:t>
      </w:r>
      <w:proofErr w:type="spellStart"/>
      <w:r w:rsidRPr="000A3327">
        <w:rPr>
          <w:rFonts w:cs="Times New Roman"/>
        </w:rPr>
        <w:t>kendaraan</w:t>
      </w:r>
      <w:proofErr w:type="spellEnd"/>
      <w:r w:rsidRPr="000A3327">
        <w:rPr>
          <w:rFonts w:cs="Times New Roman"/>
        </w:rPr>
        <w:t xml:space="preserve"> </w:t>
      </w:r>
      <w:proofErr w:type="spellStart"/>
      <w:r w:rsidRPr="000A3327">
        <w:rPr>
          <w:rFonts w:cs="Times New Roman"/>
        </w:rPr>
        <w:t>berat</w:t>
      </w:r>
      <w:proofErr w:type="spellEnd"/>
      <w:r w:rsidRPr="000A3327">
        <w:rPr>
          <w:rFonts w:cs="Times New Roman"/>
        </w:rPr>
        <w:t xml:space="preserve"> yang </w:t>
      </w:r>
      <w:proofErr w:type="spellStart"/>
      <w:r w:rsidRPr="000A3327">
        <w:rPr>
          <w:rFonts w:cs="Times New Roman"/>
        </w:rPr>
        <w:t>jauh</w:t>
      </w:r>
      <w:proofErr w:type="spellEnd"/>
      <w:r w:rsidRPr="000A3327">
        <w:rPr>
          <w:rFonts w:cs="Times New Roman"/>
        </w:rPr>
        <w:t xml:space="preserve"> </w:t>
      </w:r>
      <w:proofErr w:type="spellStart"/>
      <w:r w:rsidRPr="000A3327">
        <w:rPr>
          <w:rFonts w:cs="Times New Roman"/>
        </w:rPr>
        <w:t>lebih</w:t>
      </w:r>
      <w:proofErr w:type="spellEnd"/>
      <w:r w:rsidRPr="000A3327">
        <w:rPr>
          <w:rFonts w:cs="Times New Roman"/>
        </w:rPr>
        <w:t xml:space="preserve"> </w:t>
      </w:r>
      <w:proofErr w:type="spellStart"/>
      <w:r w:rsidRPr="000A3327">
        <w:rPr>
          <w:rFonts w:cs="Times New Roman"/>
        </w:rPr>
        <w:t>kompleks</w:t>
      </w:r>
      <w:proofErr w:type="spellEnd"/>
      <w:r w:rsidRPr="000A3327">
        <w:rPr>
          <w:rFonts w:cs="Times New Roman"/>
        </w:rPr>
        <w:t xml:space="preserve"> </w:t>
      </w:r>
      <w:proofErr w:type="spellStart"/>
      <w:r w:rsidRPr="000A3327">
        <w:rPr>
          <w:rFonts w:cs="Times New Roman"/>
        </w:rPr>
        <w:t>dibandingkan</w:t>
      </w:r>
      <w:proofErr w:type="spellEnd"/>
      <w:r w:rsidRPr="000A3327">
        <w:rPr>
          <w:rFonts w:cs="Times New Roman"/>
        </w:rPr>
        <w:t xml:space="preserve"> </w:t>
      </w:r>
      <w:proofErr w:type="spellStart"/>
      <w:r w:rsidRPr="000A3327">
        <w:rPr>
          <w:rFonts w:cs="Times New Roman"/>
        </w:rPr>
        <w:t>kendaraan</w:t>
      </w:r>
      <w:proofErr w:type="spellEnd"/>
      <w:r w:rsidRPr="000A3327">
        <w:rPr>
          <w:rFonts w:cs="Times New Roman"/>
        </w:rPr>
        <w:t xml:space="preserve"> </w:t>
      </w:r>
      <w:proofErr w:type="spellStart"/>
      <w:r w:rsidRPr="000A3327">
        <w:rPr>
          <w:rFonts w:cs="Times New Roman"/>
        </w:rPr>
        <w:t>pribadi</w:t>
      </w:r>
      <w:proofErr w:type="spellEnd"/>
      <w:r w:rsidRPr="000A3327">
        <w:rPr>
          <w:rFonts w:cs="Times New Roman"/>
        </w:rPr>
        <w:t xml:space="preserve">. </w:t>
      </w:r>
      <w:proofErr w:type="spellStart"/>
      <w:r w:rsidRPr="000A3327">
        <w:rPr>
          <w:rFonts w:cs="Times New Roman"/>
        </w:rPr>
        <w:t>Penelitian</w:t>
      </w:r>
      <w:proofErr w:type="spellEnd"/>
      <w:r w:rsidRPr="000A3327">
        <w:rPr>
          <w:rFonts w:cs="Times New Roman"/>
        </w:rPr>
        <w:t xml:space="preserve"> </w:t>
      </w:r>
      <w:proofErr w:type="spellStart"/>
      <w:r w:rsidRPr="000A3327">
        <w:rPr>
          <w:rFonts w:cs="Times New Roman"/>
        </w:rPr>
        <w:t>ini</w:t>
      </w:r>
      <w:proofErr w:type="spellEnd"/>
      <w:r w:rsidRPr="000A3327">
        <w:rPr>
          <w:rFonts w:cs="Times New Roman"/>
        </w:rPr>
        <w:t xml:space="preserve"> </w:t>
      </w:r>
      <w:proofErr w:type="spellStart"/>
      <w:r w:rsidRPr="000A3327">
        <w:rPr>
          <w:rFonts w:cs="Times New Roman"/>
        </w:rPr>
        <w:t>mengkaji</w:t>
      </w:r>
      <w:proofErr w:type="spellEnd"/>
      <w:r w:rsidRPr="000A3327">
        <w:rPr>
          <w:rFonts w:cs="Times New Roman"/>
        </w:rPr>
        <w:t xml:space="preserve"> </w:t>
      </w:r>
      <w:proofErr w:type="spellStart"/>
      <w:r w:rsidRPr="000A3327">
        <w:rPr>
          <w:rFonts w:cs="Times New Roman"/>
        </w:rPr>
        <w:t>penerapan</w:t>
      </w:r>
      <w:proofErr w:type="spellEnd"/>
      <w:r w:rsidRPr="000A3327">
        <w:rPr>
          <w:rFonts w:cs="Times New Roman"/>
        </w:rPr>
        <w:t xml:space="preserve"> </w:t>
      </w:r>
      <w:proofErr w:type="spellStart"/>
      <w:r w:rsidRPr="000A3327">
        <w:rPr>
          <w:rFonts w:cs="Times New Roman"/>
        </w:rPr>
        <w:t>pendekatan</w:t>
      </w:r>
      <w:proofErr w:type="spellEnd"/>
      <w:r w:rsidRPr="000A3327">
        <w:rPr>
          <w:rFonts w:cs="Times New Roman"/>
        </w:rPr>
        <w:t xml:space="preserve"> </w:t>
      </w:r>
      <w:r w:rsidRPr="000A3327">
        <w:rPr>
          <w:rFonts w:cs="Times New Roman"/>
          <w:i/>
          <w:iCs/>
        </w:rPr>
        <w:t>End-to-End Deep Reinforcement Learning</w:t>
      </w:r>
      <w:r w:rsidRPr="000A3327">
        <w:rPr>
          <w:rFonts w:cs="Times New Roman"/>
        </w:rPr>
        <w:t xml:space="preserve"> (DRL) </w:t>
      </w:r>
      <w:proofErr w:type="spellStart"/>
      <w:r w:rsidRPr="000A3327">
        <w:rPr>
          <w:rFonts w:cs="Times New Roman"/>
        </w:rPr>
        <w:t>untuk</w:t>
      </w:r>
      <w:proofErr w:type="spellEnd"/>
      <w:r w:rsidRPr="000A3327">
        <w:rPr>
          <w:rFonts w:cs="Times New Roman"/>
        </w:rPr>
        <w:t xml:space="preserve"> </w:t>
      </w:r>
      <w:proofErr w:type="spellStart"/>
      <w:r w:rsidRPr="000A3327">
        <w:rPr>
          <w:rFonts w:cs="Times New Roman"/>
        </w:rPr>
        <w:t>membangun</w:t>
      </w:r>
      <w:proofErr w:type="spellEnd"/>
      <w:r w:rsidRPr="000A3327">
        <w:rPr>
          <w:rFonts w:cs="Times New Roman"/>
        </w:rPr>
        <w:t xml:space="preserve"> </w:t>
      </w:r>
      <w:proofErr w:type="spellStart"/>
      <w:r w:rsidRPr="000A3327">
        <w:rPr>
          <w:rFonts w:cs="Times New Roman"/>
        </w:rPr>
        <w:t>agen</w:t>
      </w:r>
      <w:proofErr w:type="spellEnd"/>
      <w:r w:rsidRPr="000A3327">
        <w:rPr>
          <w:rFonts w:cs="Times New Roman"/>
        </w:rPr>
        <w:t xml:space="preserve"> </w:t>
      </w:r>
      <w:proofErr w:type="spellStart"/>
      <w:r w:rsidRPr="000A3327">
        <w:rPr>
          <w:rFonts w:cs="Times New Roman"/>
        </w:rPr>
        <w:t>otonom</w:t>
      </w:r>
      <w:proofErr w:type="spellEnd"/>
      <w:r w:rsidRPr="000A3327">
        <w:rPr>
          <w:rFonts w:cs="Times New Roman"/>
        </w:rPr>
        <w:t xml:space="preserve"> </w:t>
      </w:r>
      <w:proofErr w:type="spellStart"/>
      <w:r w:rsidRPr="000A3327">
        <w:rPr>
          <w:rFonts w:cs="Times New Roman"/>
        </w:rPr>
        <w:t>kendaraan</w:t>
      </w:r>
      <w:proofErr w:type="spellEnd"/>
      <w:r w:rsidRPr="000A3327">
        <w:rPr>
          <w:rFonts w:cs="Times New Roman"/>
        </w:rPr>
        <w:t xml:space="preserve"> </w:t>
      </w:r>
      <w:proofErr w:type="spellStart"/>
      <w:r w:rsidRPr="000A3327">
        <w:rPr>
          <w:rFonts w:cs="Times New Roman"/>
        </w:rPr>
        <w:t>bersendi</w:t>
      </w:r>
      <w:proofErr w:type="spellEnd"/>
      <w:r w:rsidRPr="000A3327">
        <w:rPr>
          <w:rFonts w:cs="Times New Roman"/>
        </w:rPr>
        <w:t xml:space="preserve"> (</w:t>
      </w:r>
      <w:proofErr w:type="spellStart"/>
      <w:r w:rsidRPr="000A3327">
        <w:rPr>
          <w:rFonts w:cs="Times New Roman"/>
        </w:rPr>
        <w:t>truk</w:t>
      </w:r>
      <w:proofErr w:type="spellEnd"/>
      <w:r w:rsidRPr="000A3327">
        <w:rPr>
          <w:rFonts w:cs="Times New Roman"/>
        </w:rPr>
        <w:t xml:space="preserve"> trailer) yang </w:t>
      </w:r>
      <w:proofErr w:type="spellStart"/>
      <w:r w:rsidRPr="000A3327">
        <w:rPr>
          <w:rFonts w:cs="Times New Roman"/>
        </w:rPr>
        <w:t>mampu</w:t>
      </w:r>
      <w:proofErr w:type="spellEnd"/>
      <w:r w:rsidRPr="000A3327">
        <w:rPr>
          <w:rFonts w:cs="Times New Roman"/>
        </w:rPr>
        <w:t xml:space="preserve"> </w:t>
      </w:r>
      <w:proofErr w:type="spellStart"/>
      <w:r w:rsidRPr="000A3327">
        <w:rPr>
          <w:rFonts w:cs="Times New Roman"/>
        </w:rPr>
        <w:t>bernavigasi</w:t>
      </w:r>
      <w:proofErr w:type="spellEnd"/>
      <w:r w:rsidRPr="000A3327">
        <w:rPr>
          <w:rFonts w:cs="Times New Roman"/>
        </w:rPr>
        <w:t xml:space="preserve"> dan </w:t>
      </w:r>
      <w:proofErr w:type="spellStart"/>
      <w:r w:rsidRPr="000A3327">
        <w:rPr>
          <w:rFonts w:cs="Times New Roman"/>
        </w:rPr>
        <w:t>menjaga</w:t>
      </w:r>
      <w:proofErr w:type="spellEnd"/>
      <w:r w:rsidRPr="000A3327">
        <w:rPr>
          <w:rFonts w:cs="Times New Roman"/>
        </w:rPr>
        <w:t xml:space="preserve"> </w:t>
      </w:r>
      <w:proofErr w:type="spellStart"/>
      <w:r w:rsidRPr="000A3327">
        <w:rPr>
          <w:rFonts w:cs="Times New Roman"/>
        </w:rPr>
        <w:t>lajur</w:t>
      </w:r>
      <w:proofErr w:type="spellEnd"/>
      <w:r w:rsidRPr="000A3327">
        <w:rPr>
          <w:rFonts w:cs="Times New Roman"/>
        </w:rPr>
        <w:t xml:space="preserve"> </w:t>
      </w:r>
      <w:proofErr w:type="spellStart"/>
      <w:r w:rsidRPr="000A3327">
        <w:rPr>
          <w:rFonts w:cs="Times New Roman"/>
        </w:rPr>
        <w:t>secara</w:t>
      </w:r>
      <w:proofErr w:type="spellEnd"/>
      <w:r w:rsidRPr="000A3327">
        <w:rPr>
          <w:rFonts w:cs="Times New Roman"/>
        </w:rPr>
        <w:t xml:space="preserve"> </w:t>
      </w:r>
      <w:proofErr w:type="spellStart"/>
      <w:r w:rsidRPr="000A3327">
        <w:rPr>
          <w:rFonts w:cs="Times New Roman"/>
        </w:rPr>
        <w:t>aman</w:t>
      </w:r>
      <w:proofErr w:type="spellEnd"/>
      <w:r w:rsidRPr="000A3327">
        <w:rPr>
          <w:rFonts w:cs="Times New Roman"/>
        </w:rPr>
        <w:t xml:space="preserve"> di </w:t>
      </w:r>
      <w:proofErr w:type="spellStart"/>
      <w:r w:rsidRPr="000A3327">
        <w:rPr>
          <w:rFonts w:cs="Times New Roman"/>
        </w:rPr>
        <w:t>lingkungan</w:t>
      </w:r>
      <w:proofErr w:type="spellEnd"/>
      <w:r w:rsidRPr="000A3327">
        <w:rPr>
          <w:rFonts w:cs="Times New Roman"/>
        </w:rPr>
        <w:t xml:space="preserve"> </w:t>
      </w:r>
      <w:proofErr w:type="spellStart"/>
      <w:r w:rsidRPr="000A3327">
        <w:rPr>
          <w:rFonts w:cs="Times New Roman"/>
        </w:rPr>
        <w:t>perkotaan</w:t>
      </w:r>
      <w:proofErr w:type="spellEnd"/>
      <w:r w:rsidRPr="000A3327">
        <w:rPr>
          <w:rFonts w:cs="Times New Roman"/>
        </w:rPr>
        <w:t xml:space="preserve"> </w:t>
      </w:r>
      <w:proofErr w:type="spellStart"/>
      <w:r w:rsidRPr="000A3327">
        <w:rPr>
          <w:rFonts w:cs="Times New Roman"/>
        </w:rPr>
        <w:t>dinamis</w:t>
      </w:r>
      <w:proofErr w:type="spellEnd"/>
      <w:r w:rsidRPr="000A3327">
        <w:rPr>
          <w:rFonts w:cs="Times New Roman"/>
        </w:rPr>
        <w:t xml:space="preserve"> </w:t>
      </w:r>
      <w:proofErr w:type="spellStart"/>
      <w:r w:rsidRPr="000A3327">
        <w:rPr>
          <w:rFonts w:cs="Times New Roman"/>
        </w:rPr>
        <w:t>dengan</w:t>
      </w:r>
      <w:proofErr w:type="spellEnd"/>
      <w:r w:rsidRPr="000A3327">
        <w:rPr>
          <w:rFonts w:cs="Times New Roman"/>
        </w:rPr>
        <w:t xml:space="preserve"> </w:t>
      </w:r>
      <w:proofErr w:type="spellStart"/>
      <w:r w:rsidRPr="000A3327">
        <w:rPr>
          <w:rFonts w:cs="Times New Roman"/>
        </w:rPr>
        <w:t>hanya</w:t>
      </w:r>
      <w:proofErr w:type="spellEnd"/>
      <w:r w:rsidRPr="000A3327">
        <w:rPr>
          <w:rFonts w:cs="Times New Roman"/>
        </w:rPr>
        <w:t xml:space="preserve"> </w:t>
      </w:r>
      <w:proofErr w:type="spellStart"/>
      <w:r w:rsidRPr="000A3327">
        <w:rPr>
          <w:rFonts w:cs="Times New Roman"/>
        </w:rPr>
        <w:t>mengandalkan</w:t>
      </w:r>
      <w:proofErr w:type="spellEnd"/>
      <w:r w:rsidRPr="000A3327">
        <w:rPr>
          <w:rFonts w:cs="Times New Roman"/>
        </w:rPr>
        <w:t xml:space="preserve"> </w:t>
      </w:r>
      <w:proofErr w:type="spellStart"/>
      <w:r w:rsidRPr="000A3327">
        <w:rPr>
          <w:rFonts w:cs="Times New Roman"/>
        </w:rPr>
        <w:t>masukan</w:t>
      </w:r>
      <w:proofErr w:type="spellEnd"/>
      <w:r w:rsidRPr="000A3327">
        <w:rPr>
          <w:rFonts w:cs="Times New Roman"/>
        </w:rPr>
        <w:t xml:space="preserve"> visual </w:t>
      </w:r>
      <w:proofErr w:type="spellStart"/>
      <w:r w:rsidRPr="000A3327">
        <w:rPr>
          <w:rFonts w:cs="Times New Roman"/>
        </w:rPr>
        <w:t>dari</w:t>
      </w:r>
      <w:proofErr w:type="spellEnd"/>
      <w:r w:rsidRPr="000A3327">
        <w:rPr>
          <w:rFonts w:cs="Times New Roman"/>
        </w:rPr>
        <w:t xml:space="preserve"> sensor </w:t>
      </w:r>
      <w:proofErr w:type="spellStart"/>
      <w:r w:rsidRPr="000A3327">
        <w:rPr>
          <w:rFonts w:cs="Times New Roman"/>
        </w:rPr>
        <w:t>kamera</w:t>
      </w:r>
      <w:proofErr w:type="spellEnd"/>
      <w:r w:rsidRPr="000A3327">
        <w:rPr>
          <w:rFonts w:cs="Times New Roman"/>
        </w:rPr>
        <w:t xml:space="preserve">. </w:t>
      </w:r>
    </w:p>
    <w:p w14:paraId="74BEC441" w14:textId="77777777" w:rsidR="000A3327" w:rsidRDefault="000A3327">
      <w:pPr>
        <w:spacing w:after="0" w:line="240" w:lineRule="auto"/>
        <w:ind w:firstLine="680"/>
        <w:jc w:val="both"/>
        <w:rPr>
          <w:rFonts w:cs="Times New Roman"/>
        </w:rPr>
      </w:pPr>
      <w:proofErr w:type="spellStart"/>
      <w:r w:rsidRPr="000A3327">
        <w:rPr>
          <w:rFonts w:cs="Times New Roman"/>
        </w:rPr>
        <w:t>Penelitian</w:t>
      </w:r>
      <w:proofErr w:type="spellEnd"/>
      <w:r w:rsidRPr="000A3327">
        <w:rPr>
          <w:rFonts w:cs="Times New Roman"/>
        </w:rPr>
        <w:t xml:space="preserve"> </w:t>
      </w:r>
      <w:proofErr w:type="spellStart"/>
      <w:r>
        <w:rPr>
          <w:rFonts w:cs="Times New Roman"/>
        </w:rPr>
        <w:t>dilakukan</w:t>
      </w:r>
      <w:proofErr w:type="spellEnd"/>
      <w:r w:rsidRPr="000A3327">
        <w:rPr>
          <w:rFonts w:cs="Times New Roman"/>
        </w:rPr>
        <w:t xml:space="preserve"> </w:t>
      </w:r>
      <w:proofErr w:type="spellStart"/>
      <w:r>
        <w:rPr>
          <w:rFonts w:cs="Times New Roman"/>
        </w:rPr>
        <w:t>secara</w:t>
      </w:r>
      <w:proofErr w:type="spellEnd"/>
      <w:r>
        <w:rPr>
          <w:rFonts w:cs="Times New Roman"/>
        </w:rPr>
        <w:t xml:space="preserve"> </w:t>
      </w:r>
      <w:proofErr w:type="spellStart"/>
      <w:r>
        <w:rPr>
          <w:rFonts w:cs="Times New Roman"/>
        </w:rPr>
        <w:t>bertahap</w:t>
      </w:r>
      <w:proofErr w:type="spellEnd"/>
      <w:r>
        <w:rPr>
          <w:rFonts w:cs="Times New Roman"/>
        </w:rPr>
        <w:t xml:space="preserve">. </w:t>
      </w:r>
      <w:proofErr w:type="spellStart"/>
      <w:r>
        <w:rPr>
          <w:rFonts w:cs="Times New Roman"/>
        </w:rPr>
        <w:t>Tahap</w:t>
      </w:r>
      <w:proofErr w:type="spellEnd"/>
      <w:r>
        <w:rPr>
          <w:rFonts w:cs="Times New Roman"/>
        </w:rPr>
        <w:t xml:space="preserve"> </w:t>
      </w:r>
      <w:proofErr w:type="spellStart"/>
      <w:r>
        <w:rPr>
          <w:rFonts w:cs="Times New Roman"/>
        </w:rPr>
        <w:t>pertama</w:t>
      </w:r>
      <w:proofErr w:type="spellEnd"/>
      <w:r>
        <w:rPr>
          <w:rFonts w:cs="Times New Roman"/>
        </w:rPr>
        <w:t xml:space="preserve"> </w:t>
      </w:r>
      <w:proofErr w:type="spellStart"/>
      <w:r>
        <w:rPr>
          <w:rFonts w:cs="Times New Roman"/>
        </w:rPr>
        <w:t>berupa</w:t>
      </w:r>
      <w:proofErr w:type="spellEnd"/>
      <w:r w:rsidRPr="000A3327">
        <w:rPr>
          <w:rFonts w:cs="Times New Roman"/>
        </w:rPr>
        <w:t xml:space="preserve"> </w:t>
      </w:r>
      <w:proofErr w:type="spellStart"/>
      <w:r w:rsidRPr="000A3327">
        <w:rPr>
          <w:rFonts w:cs="Times New Roman"/>
        </w:rPr>
        <w:t>studi</w:t>
      </w:r>
      <w:proofErr w:type="spellEnd"/>
      <w:r w:rsidRPr="000A3327">
        <w:rPr>
          <w:rFonts w:cs="Times New Roman"/>
        </w:rPr>
        <w:t xml:space="preserve"> </w:t>
      </w:r>
      <w:proofErr w:type="spellStart"/>
      <w:r w:rsidRPr="000A3327">
        <w:rPr>
          <w:rFonts w:cs="Times New Roman"/>
        </w:rPr>
        <w:t>pendahuluan</w:t>
      </w:r>
      <w:proofErr w:type="spellEnd"/>
      <w:r w:rsidRPr="000A3327">
        <w:rPr>
          <w:rFonts w:cs="Times New Roman"/>
        </w:rPr>
        <w:t xml:space="preserve"> pada </w:t>
      </w:r>
      <w:proofErr w:type="spellStart"/>
      <w:r w:rsidRPr="000A3327">
        <w:rPr>
          <w:rFonts w:cs="Times New Roman"/>
        </w:rPr>
        <w:t>lingkungan</w:t>
      </w:r>
      <w:proofErr w:type="spellEnd"/>
      <w:r w:rsidRPr="000A3327">
        <w:rPr>
          <w:rFonts w:cs="Times New Roman"/>
        </w:rPr>
        <w:t xml:space="preserve"> </w:t>
      </w:r>
      <w:r w:rsidRPr="000A3327">
        <w:rPr>
          <w:rFonts w:cs="Times New Roman"/>
          <w:i/>
          <w:iCs/>
        </w:rPr>
        <w:t>benchmark</w:t>
      </w:r>
      <w:r w:rsidRPr="000A3327">
        <w:rPr>
          <w:rFonts w:cs="Times New Roman"/>
        </w:rPr>
        <w:t xml:space="preserve"> Atari Enduro </w:t>
      </w:r>
      <w:proofErr w:type="spellStart"/>
      <w:r w:rsidRPr="000A3327">
        <w:rPr>
          <w:rFonts w:cs="Times New Roman"/>
        </w:rPr>
        <w:t>untuk</w:t>
      </w:r>
      <w:proofErr w:type="spellEnd"/>
      <w:r w:rsidRPr="000A3327">
        <w:rPr>
          <w:rFonts w:cs="Times New Roman"/>
        </w:rPr>
        <w:t xml:space="preserve"> </w:t>
      </w:r>
      <w:proofErr w:type="spellStart"/>
      <w:r w:rsidRPr="000A3327">
        <w:rPr>
          <w:rFonts w:cs="Times New Roman"/>
        </w:rPr>
        <w:t>memvalidasi</w:t>
      </w:r>
      <w:proofErr w:type="spellEnd"/>
      <w:r w:rsidRPr="000A3327">
        <w:rPr>
          <w:rFonts w:cs="Times New Roman"/>
        </w:rPr>
        <w:t xml:space="preserve"> </w:t>
      </w:r>
      <w:r w:rsidRPr="000A3327">
        <w:rPr>
          <w:rFonts w:cs="Times New Roman"/>
          <w:i/>
          <w:iCs/>
        </w:rPr>
        <w:t>pipeline</w:t>
      </w:r>
      <w:r w:rsidRPr="000A3327">
        <w:rPr>
          <w:rFonts w:cs="Times New Roman"/>
        </w:rPr>
        <w:t xml:space="preserve"> </w:t>
      </w:r>
      <w:proofErr w:type="spellStart"/>
      <w:r w:rsidRPr="000A3327">
        <w:rPr>
          <w:rFonts w:cs="Times New Roman"/>
        </w:rPr>
        <w:t>algoritma</w:t>
      </w:r>
      <w:proofErr w:type="spellEnd"/>
      <w:r w:rsidRPr="000A3327">
        <w:rPr>
          <w:rFonts w:cs="Times New Roman"/>
        </w:rPr>
        <w:t xml:space="preserve">, </w:t>
      </w:r>
      <w:proofErr w:type="spellStart"/>
      <w:r w:rsidRPr="000A3327">
        <w:rPr>
          <w:rFonts w:cs="Times New Roman"/>
        </w:rPr>
        <w:t>serta</w:t>
      </w:r>
      <w:proofErr w:type="spellEnd"/>
      <w:r w:rsidRPr="000A3327">
        <w:rPr>
          <w:rFonts w:cs="Times New Roman"/>
        </w:rPr>
        <w:t xml:space="preserve"> </w:t>
      </w:r>
      <w:proofErr w:type="spellStart"/>
      <w:r w:rsidRPr="000A3327">
        <w:rPr>
          <w:rFonts w:cs="Times New Roman"/>
        </w:rPr>
        <w:t>implementasi</w:t>
      </w:r>
      <w:proofErr w:type="spellEnd"/>
      <w:r w:rsidRPr="000A3327">
        <w:rPr>
          <w:rFonts w:cs="Times New Roman"/>
        </w:rPr>
        <w:t xml:space="preserve"> </w:t>
      </w:r>
      <w:proofErr w:type="spellStart"/>
      <w:r w:rsidRPr="000A3327">
        <w:rPr>
          <w:rFonts w:cs="Times New Roman"/>
        </w:rPr>
        <w:t>sistem</w:t>
      </w:r>
      <w:proofErr w:type="spellEnd"/>
      <w:r w:rsidRPr="000A3327">
        <w:rPr>
          <w:rFonts w:cs="Times New Roman"/>
        </w:rPr>
        <w:t xml:space="preserve"> </w:t>
      </w:r>
      <w:proofErr w:type="spellStart"/>
      <w:r w:rsidRPr="000A3327">
        <w:rPr>
          <w:rFonts w:cs="Times New Roman"/>
        </w:rPr>
        <w:t>utama</w:t>
      </w:r>
      <w:proofErr w:type="spellEnd"/>
      <w:r w:rsidRPr="000A3327">
        <w:rPr>
          <w:rFonts w:cs="Times New Roman"/>
        </w:rPr>
        <w:t xml:space="preserve"> pada simulator </w:t>
      </w:r>
      <w:proofErr w:type="spellStart"/>
      <w:r w:rsidRPr="000A3327">
        <w:rPr>
          <w:rFonts w:cs="Times New Roman"/>
        </w:rPr>
        <w:t>robotika</w:t>
      </w:r>
      <w:proofErr w:type="spellEnd"/>
      <w:r w:rsidRPr="000A3327">
        <w:rPr>
          <w:rFonts w:cs="Times New Roman"/>
        </w:rPr>
        <w:t xml:space="preserve"> 3D </w:t>
      </w:r>
      <w:proofErr w:type="spellStart"/>
      <w:r w:rsidRPr="000A3327">
        <w:rPr>
          <w:rFonts w:cs="Times New Roman"/>
        </w:rPr>
        <w:t>Webots</w:t>
      </w:r>
      <w:proofErr w:type="spellEnd"/>
      <w:r w:rsidRPr="000A3327">
        <w:rPr>
          <w:rFonts w:cs="Times New Roman"/>
        </w:rPr>
        <w:t xml:space="preserve">. </w:t>
      </w:r>
      <w:proofErr w:type="spellStart"/>
      <w:r>
        <w:rPr>
          <w:rFonts w:cs="Times New Roman"/>
        </w:rPr>
        <w:t>Tahap</w:t>
      </w:r>
      <w:proofErr w:type="spellEnd"/>
      <w:r>
        <w:rPr>
          <w:rFonts w:cs="Times New Roman"/>
        </w:rPr>
        <w:t xml:space="preserve"> </w:t>
      </w:r>
      <w:proofErr w:type="spellStart"/>
      <w:r>
        <w:rPr>
          <w:rFonts w:cs="Times New Roman"/>
        </w:rPr>
        <w:t>kedua</w:t>
      </w:r>
      <w:proofErr w:type="spellEnd"/>
      <w:r>
        <w:rPr>
          <w:rFonts w:cs="Times New Roman"/>
        </w:rPr>
        <w:t xml:space="preserve"> </w:t>
      </w:r>
      <w:proofErr w:type="spellStart"/>
      <w:r>
        <w:rPr>
          <w:rFonts w:cs="Times New Roman"/>
        </w:rPr>
        <w:t>berupa</w:t>
      </w:r>
      <w:proofErr w:type="spellEnd"/>
      <w:r>
        <w:rPr>
          <w:rFonts w:cs="Times New Roman"/>
        </w:rPr>
        <w:t xml:space="preserve"> </w:t>
      </w:r>
      <w:proofErr w:type="spellStart"/>
      <w:r>
        <w:rPr>
          <w:rFonts w:cs="Times New Roman"/>
        </w:rPr>
        <w:t>a</w:t>
      </w:r>
      <w:r w:rsidRPr="000A3327">
        <w:rPr>
          <w:rFonts w:cs="Times New Roman"/>
        </w:rPr>
        <w:t>rsitektur</w:t>
      </w:r>
      <w:proofErr w:type="spellEnd"/>
      <w:r w:rsidRPr="000A3327">
        <w:rPr>
          <w:rFonts w:cs="Times New Roman"/>
        </w:rPr>
        <w:t xml:space="preserve"> </w:t>
      </w:r>
      <w:r w:rsidRPr="000A3327">
        <w:rPr>
          <w:rFonts w:cs="Times New Roman"/>
          <w:i/>
          <w:iCs/>
        </w:rPr>
        <w:t>Double Deep Q-Network</w:t>
      </w:r>
      <w:r w:rsidRPr="000A3327">
        <w:rPr>
          <w:rFonts w:cs="Times New Roman"/>
        </w:rPr>
        <w:t xml:space="preserve"> (DDQN) </w:t>
      </w:r>
      <w:proofErr w:type="spellStart"/>
      <w:r w:rsidRPr="000A3327">
        <w:rPr>
          <w:rFonts w:cs="Times New Roman"/>
        </w:rPr>
        <w:t>dengan</w:t>
      </w:r>
      <w:proofErr w:type="spellEnd"/>
      <w:r w:rsidRPr="000A3327">
        <w:rPr>
          <w:rFonts w:cs="Times New Roman"/>
        </w:rPr>
        <w:t xml:space="preserve"> </w:t>
      </w:r>
      <w:r w:rsidRPr="000A3327">
        <w:rPr>
          <w:rFonts w:cs="Times New Roman"/>
          <w:i/>
          <w:iCs/>
        </w:rPr>
        <w:t>Multi-step Return</w:t>
      </w:r>
      <w:r w:rsidRPr="000A3327">
        <w:rPr>
          <w:rFonts w:cs="Times New Roman"/>
        </w:rPr>
        <w:t xml:space="preserve"> (n=3) </w:t>
      </w:r>
      <w:proofErr w:type="spellStart"/>
      <w:r w:rsidRPr="000A3327">
        <w:rPr>
          <w:rFonts w:cs="Times New Roman"/>
        </w:rPr>
        <w:t>diimplementasikan</w:t>
      </w:r>
      <w:proofErr w:type="spellEnd"/>
      <w:r w:rsidRPr="000A3327">
        <w:rPr>
          <w:rFonts w:cs="Times New Roman"/>
        </w:rPr>
        <w:t xml:space="preserve"> </w:t>
      </w:r>
      <w:proofErr w:type="spellStart"/>
      <w:r w:rsidRPr="000A3327">
        <w:rPr>
          <w:rFonts w:cs="Times New Roman"/>
        </w:rPr>
        <w:t>sebagai</w:t>
      </w:r>
      <w:proofErr w:type="spellEnd"/>
      <w:r w:rsidRPr="000A3327">
        <w:rPr>
          <w:rFonts w:cs="Times New Roman"/>
        </w:rPr>
        <w:t xml:space="preserve"> </w:t>
      </w:r>
      <w:proofErr w:type="spellStart"/>
      <w:r w:rsidRPr="000A3327">
        <w:rPr>
          <w:rFonts w:cs="Times New Roman"/>
        </w:rPr>
        <w:t>algoritma</w:t>
      </w:r>
      <w:proofErr w:type="spellEnd"/>
      <w:r w:rsidRPr="000A3327">
        <w:rPr>
          <w:rFonts w:cs="Times New Roman"/>
        </w:rPr>
        <w:t xml:space="preserve"> </w:t>
      </w:r>
      <w:proofErr w:type="spellStart"/>
      <w:r w:rsidRPr="000A3327">
        <w:rPr>
          <w:rFonts w:cs="Times New Roman"/>
        </w:rPr>
        <w:t>utama</w:t>
      </w:r>
      <w:proofErr w:type="spellEnd"/>
      <w:r w:rsidRPr="000A3327">
        <w:rPr>
          <w:rFonts w:cs="Times New Roman"/>
        </w:rPr>
        <w:t xml:space="preserve"> </w:t>
      </w:r>
      <w:proofErr w:type="spellStart"/>
      <w:r w:rsidRPr="000A3327">
        <w:rPr>
          <w:rFonts w:cs="Times New Roman"/>
        </w:rPr>
        <w:t>untuk</w:t>
      </w:r>
      <w:proofErr w:type="spellEnd"/>
      <w:r w:rsidRPr="000A3327">
        <w:rPr>
          <w:rFonts w:cs="Times New Roman"/>
        </w:rPr>
        <w:t xml:space="preserve"> </w:t>
      </w:r>
      <w:proofErr w:type="spellStart"/>
      <w:r w:rsidRPr="000A3327">
        <w:rPr>
          <w:rFonts w:cs="Times New Roman"/>
        </w:rPr>
        <w:t>memitigasi</w:t>
      </w:r>
      <w:proofErr w:type="spellEnd"/>
      <w:r w:rsidRPr="000A3327">
        <w:rPr>
          <w:rFonts w:cs="Times New Roman"/>
        </w:rPr>
        <w:t xml:space="preserve"> </w:t>
      </w:r>
      <w:proofErr w:type="spellStart"/>
      <w:r w:rsidRPr="000A3327">
        <w:rPr>
          <w:rFonts w:cs="Times New Roman"/>
        </w:rPr>
        <w:t>anomali</w:t>
      </w:r>
      <w:proofErr w:type="spellEnd"/>
      <w:r w:rsidRPr="000A3327">
        <w:rPr>
          <w:rFonts w:cs="Times New Roman"/>
        </w:rPr>
        <w:t xml:space="preserve"> </w:t>
      </w:r>
      <w:r w:rsidRPr="000A3327">
        <w:rPr>
          <w:rFonts w:cs="Times New Roman"/>
          <w:i/>
          <w:iCs/>
        </w:rPr>
        <w:t>overestimation bias</w:t>
      </w:r>
      <w:r w:rsidRPr="000A3327">
        <w:rPr>
          <w:rFonts w:cs="Times New Roman"/>
        </w:rPr>
        <w:t xml:space="preserve"> pada DQN </w:t>
      </w:r>
      <w:proofErr w:type="spellStart"/>
      <w:r w:rsidRPr="000A3327">
        <w:rPr>
          <w:rFonts w:cs="Times New Roman"/>
        </w:rPr>
        <w:t>standar</w:t>
      </w:r>
      <w:proofErr w:type="spellEnd"/>
      <w:r w:rsidRPr="000A3327">
        <w:rPr>
          <w:rFonts w:cs="Times New Roman"/>
        </w:rPr>
        <w:t xml:space="preserve">. Proses </w:t>
      </w:r>
      <w:proofErr w:type="spellStart"/>
      <w:r w:rsidRPr="000A3327">
        <w:rPr>
          <w:rFonts w:cs="Times New Roman"/>
        </w:rPr>
        <w:t>pembelajaran</w:t>
      </w:r>
      <w:proofErr w:type="spellEnd"/>
      <w:r w:rsidRPr="000A3327">
        <w:rPr>
          <w:rFonts w:cs="Times New Roman"/>
        </w:rPr>
        <w:t xml:space="preserve"> </w:t>
      </w:r>
      <w:proofErr w:type="spellStart"/>
      <w:r w:rsidRPr="000A3327">
        <w:rPr>
          <w:rFonts w:cs="Times New Roman"/>
        </w:rPr>
        <w:t>agen</w:t>
      </w:r>
      <w:proofErr w:type="spellEnd"/>
      <w:r w:rsidRPr="000A3327">
        <w:rPr>
          <w:rFonts w:cs="Times New Roman"/>
        </w:rPr>
        <w:t xml:space="preserve"> </w:t>
      </w:r>
      <w:proofErr w:type="spellStart"/>
      <w:r w:rsidRPr="000A3327">
        <w:rPr>
          <w:rFonts w:cs="Times New Roman"/>
        </w:rPr>
        <w:t>dipandu</w:t>
      </w:r>
      <w:proofErr w:type="spellEnd"/>
      <w:r w:rsidRPr="000A3327">
        <w:rPr>
          <w:rFonts w:cs="Times New Roman"/>
        </w:rPr>
        <w:t xml:space="preserve"> oleh </w:t>
      </w:r>
      <w:proofErr w:type="spellStart"/>
      <w:r w:rsidRPr="000A3327">
        <w:rPr>
          <w:rFonts w:cs="Times New Roman"/>
        </w:rPr>
        <w:t>desain</w:t>
      </w:r>
      <w:proofErr w:type="spellEnd"/>
      <w:r w:rsidRPr="000A3327">
        <w:rPr>
          <w:rFonts w:cs="Times New Roman"/>
        </w:rPr>
        <w:t xml:space="preserve"> </w:t>
      </w:r>
      <w:r w:rsidRPr="000A3327">
        <w:rPr>
          <w:rFonts w:cs="Times New Roman"/>
          <w:i/>
          <w:iCs/>
        </w:rPr>
        <w:t>asymmetric reward shaping</w:t>
      </w:r>
      <w:r w:rsidRPr="000A3327">
        <w:rPr>
          <w:rFonts w:cs="Times New Roman"/>
        </w:rPr>
        <w:t xml:space="preserve"> </w:t>
      </w:r>
      <w:proofErr w:type="spellStart"/>
      <w:r w:rsidRPr="000A3327">
        <w:rPr>
          <w:rFonts w:cs="Times New Roman"/>
        </w:rPr>
        <w:t>guna</w:t>
      </w:r>
      <w:proofErr w:type="spellEnd"/>
      <w:r w:rsidRPr="000A3327">
        <w:rPr>
          <w:rFonts w:cs="Times New Roman"/>
        </w:rPr>
        <w:t xml:space="preserve"> </w:t>
      </w:r>
      <w:proofErr w:type="spellStart"/>
      <w:r w:rsidRPr="000A3327">
        <w:rPr>
          <w:rFonts w:cs="Times New Roman"/>
        </w:rPr>
        <w:t>membentuk</w:t>
      </w:r>
      <w:proofErr w:type="spellEnd"/>
      <w:r w:rsidRPr="000A3327">
        <w:rPr>
          <w:rFonts w:cs="Times New Roman"/>
        </w:rPr>
        <w:t xml:space="preserve"> </w:t>
      </w:r>
      <w:proofErr w:type="spellStart"/>
      <w:r w:rsidRPr="000A3327">
        <w:rPr>
          <w:rFonts w:cs="Times New Roman"/>
        </w:rPr>
        <w:t>tingkat</w:t>
      </w:r>
      <w:proofErr w:type="spellEnd"/>
      <w:r w:rsidRPr="000A3327">
        <w:rPr>
          <w:rFonts w:cs="Times New Roman"/>
        </w:rPr>
        <w:t xml:space="preserve"> </w:t>
      </w:r>
      <w:proofErr w:type="spellStart"/>
      <w:r w:rsidRPr="000A3327">
        <w:rPr>
          <w:rFonts w:cs="Times New Roman"/>
        </w:rPr>
        <w:t>kepatuhan</w:t>
      </w:r>
      <w:proofErr w:type="spellEnd"/>
      <w:r w:rsidRPr="000A3327">
        <w:rPr>
          <w:rFonts w:cs="Times New Roman"/>
        </w:rPr>
        <w:t xml:space="preserve"> </w:t>
      </w:r>
      <w:proofErr w:type="spellStart"/>
      <w:r w:rsidRPr="000A3327">
        <w:rPr>
          <w:rFonts w:cs="Times New Roman"/>
        </w:rPr>
        <w:t>lajur</w:t>
      </w:r>
      <w:proofErr w:type="spellEnd"/>
      <w:r w:rsidRPr="000A3327">
        <w:rPr>
          <w:rFonts w:cs="Times New Roman"/>
        </w:rPr>
        <w:t xml:space="preserve"> yang </w:t>
      </w:r>
      <w:proofErr w:type="spellStart"/>
      <w:r w:rsidRPr="000A3327">
        <w:rPr>
          <w:rFonts w:cs="Times New Roman"/>
        </w:rPr>
        <w:t>merujuk</w:t>
      </w:r>
      <w:proofErr w:type="spellEnd"/>
      <w:r w:rsidRPr="000A3327">
        <w:rPr>
          <w:rFonts w:cs="Times New Roman"/>
        </w:rPr>
        <w:t xml:space="preserve"> pada </w:t>
      </w:r>
      <w:proofErr w:type="spellStart"/>
      <w:r w:rsidRPr="000A3327">
        <w:rPr>
          <w:rFonts w:cs="Times New Roman"/>
        </w:rPr>
        <w:t>regulasi</w:t>
      </w:r>
      <w:proofErr w:type="spellEnd"/>
      <w:r w:rsidRPr="000A3327">
        <w:rPr>
          <w:rFonts w:cs="Times New Roman"/>
        </w:rPr>
        <w:t xml:space="preserve"> </w:t>
      </w:r>
      <w:proofErr w:type="spellStart"/>
      <w:r w:rsidRPr="000A3327">
        <w:rPr>
          <w:rFonts w:cs="Times New Roman"/>
        </w:rPr>
        <w:t>standar</w:t>
      </w:r>
      <w:proofErr w:type="spellEnd"/>
      <w:r w:rsidRPr="000A3327">
        <w:rPr>
          <w:rFonts w:cs="Times New Roman"/>
        </w:rPr>
        <w:t xml:space="preserve"> </w:t>
      </w:r>
      <w:proofErr w:type="spellStart"/>
      <w:r w:rsidRPr="000A3327">
        <w:rPr>
          <w:rFonts w:cs="Times New Roman"/>
        </w:rPr>
        <w:t>keselamatan</w:t>
      </w:r>
      <w:proofErr w:type="spellEnd"/>
      <w:r w:rsidRPr="000A3327">
        <w:rPr>
          <w:rFonts w:cs="Times New Roman"/>
        </w:rPr>
        <w:t xml:space="preserve"> </w:t>
      </w:r>
      <w:proofErr w:type="spellStart"/>
      <w:r w:rsidRPr="000A3327">
        <w:rPr>
          <w:rFonts w:cs="Times New Roman"/>
        </w:rPr>
        <w:t>otomotif</w:t>
      </w:r>
      <w:proofErr w:type="spellEnd"/>
      <w:r w:rsidRPr="000A3327">
        <w:rPr>
          <w:rFonts w:cs="Times New Roman"/>
        </w:rPr>
        <w:t xml:space="preserve"> ISO 17361. </w:t>
      </w:r>
    </w:p>
    <w:p w14:paraId="1AB7F0FE" w14:textId="549C6209" w:rsidR="00F810AC" w:rsidRDefault="000A3327" w:rsidP="000A3327">
      <w:pPr>
        <w:spacing w:after="0" w:line="240" w:lineRule="auto"/>
        <w:ind w:firstLine="680"/>
        <w:jc w:val="both"/>
        <w:rPr>
          <w:rFonts w:cs="Times New Roman"/>
        </w:rPr>
      </w:pPr>
      <w:r w:rsidRPr="000A3327">
        <w:rPr>
          <w:rFonts w:cs="Times New Roman"/>
        </w:rPr>
        <w:t xml:space="preserve">Hasil </w:t>
      </w:r>
      <w:proofErr w:type="spellStart"/>
      <w:r w:rsidRPr="000A3327">
        <w:rPr>
          <w:rFonts w:cs="Times New Roman"/>
        </w:rPr>
        <w:t>pengujian</w:t>
      </w:r>
      <w:proofErr w:type="spellEnd"/>
      <w:r w:rsidRPr="000A3327">
        <w:rPr>
          <w:rFonts w:cs="Times New Roman"/>
        </w:rPr>
        <w:t xml:space="preserve"> </w:t>
      </w:r>
      <w:proofErr w:type="spellStart"/>
      <w:r w:rsidRPr="000A3327">
        <w:rPr>
          <w:rFonts w:cs="Times New Roman"/>
        </w:rPr>
        <w:t>deterministik</w:t>
      </w:r>
      <w:proofErr w:type="spellEnd"/>
      <w:r w:rsidRPr="000A3327">
        <w:rPr>
          <w:rFonts w:cs="Times New Roman"/>
        </w:rPr>
        <w:t xml:space="preserve"> </w:t>
      </w:r>
      <w:proofErr w:type="spellStart"/>
      <w:r w:rsidRPr="000A3327">
        <w:rPr>
          <w:rFonts w:cs="Times New Roman"/>
        </w:rPr>
        <w:t>membuktikan</w:t>
      </w:r>
      <w:proofErr w:type="spellEnd"/>
      <w:r w:rsidRPr="000A3327">
        <w:rPr>
          <w:rFonts w:cs="Times New Roman"/>
        </w:rPr>
        <w:t xml:space="preserve"> </w:t>
      </w:r>
      <w:proofErr w:type="spellStart"/>
      <w:r w:rsidRPr="000A3327">
        <w:rPr>
          <w:rFonts w:cs="Times New Roman"/>
        </w:rPr>
        <w:t>bahwa</w:t>
      </w:r>
      <w:proofErr w:type="spellEnd"/>
      <w:r w:rsidRPr="000A3327">
        <w:rPr>
          <w:rFonts w:cs="Times New Roman"/>
        </w:rPr>
        <w:t xml:space="preserve"> </w:t>
      </w:r>
      <w:proofErr w:type="spellStart"/>
      <w:r w:rsidRPr="000A3327">
        <w:rPr>
          <w:rFonts w:cs="Times New Roman"/>
        </w:rPr>
        <w:t>agen</w:t>
      </w:r>
      <w:proofErr w:type="spellEnd"/>
      <w:r w:rsidRPr="000A3327">
        <w:rPr>
          <w:rFonts w:cs="Times New Roman"/>
        </w:rPr>
        <w:t xml:space="preserve"> DDQN yang </w:t>
      </w:r>
      <w:proofErr w:type="spellStart"/>
      <w:r w:rsidRPr="000A3327">
        <w:rPr>
          <w:rFonts w:cs="Times New Roman"/>
        </w:rPr>
        <w:t>diusulkan</w:t>
      </w:r>
      <w:proofErr w:type="spellEnd"/>
      <w:r w:rsidRPr="000A3327">
        <w:rPr>
          <w:rFonts w:cs="Times New Roman"/>
        </w:rPr>
        <w:t xml:space="preserve"> </w:t>
      </w:r>
      <w:proofErr w:type="spellStart"/>
      <w:r w:rsidRPr="000A3327">
        <w:rPr>
          <w:rFonts w:cs="Times New Roman"/>
        </w:rPr>
        <w:t>berhasil</w:t>
      </w:r>
      <w:proofErr w:type="spellEnd"/>
      <w:r w:rsidRPr="000A3327">
        <w:rPr>
          <w:rFonts w:cs="Times New Roman"/>
        </w:rPr>
        <w:t xml:space="preserve"> </w:t>
      </w:r>
      <w:proofErr w:type="spellStart"/>
      <w:r w:rsidRPr="000A3327">
        <w:rPr>
          <w:rFonts w:cs="Times New Roman"/>
        </w:rPr>
        <w:t>melampaui</w:t>
      </w:r>
      <w:proofErr w:type="spellEnd"/>
      <w:r w:rsidRPr="000A3327">
        <w:rPr>
          <w:rFonts w:cs="Times New Roman"/>
        </w:rPr>
        <w:t xml:space="preserve"> </w:t>
      </w:r>
      <w:r w:rsidRPr="000A3327">
        <w:rPr>
          <w:rFonts w:cs="Times New Roman"/>
          <w:i/>
          <w:iCs/>
        </w:rPr>
        <w:t>baseline</w:t>
      </w:r>
      <w:r w:rsidRPr="000A3327">
        <w:rPr>
          <w:rFonts w:cs="Times New Roman"/>
        </w:rPr>
        <w:t xml:space="preserve"> </w:t>
      </w:r>
      <w:proofErr w:type="spellStart"/>
      <w:r w:rsidRPr="000A3327">
        <w:rPr>
          <w:rFonts w:cs="Times New Roman"/>
        </w:rPr>
        <w:t>literatur</w:t>
      </w:r>
      <w:proofErr w:type="spellEnd"/>
      <w:r w:rsidRPr="000A3327">
        <w:rPr>
          <w:rFonts w:cs="Times New Roman"/>
        </w:rPr>
        <w:t xml:space="preserve">. </w:t>
      </w:r>
      <w:proofErr w:type="spellStart"/>
      <w:r w:rsidRPr="000A3327">
        <w:rPr>
          <w:rFonts w:cs="Times New Roman"/>
        </w:rPr>
        <w:t>Agen</w:t>
      </w:r>
      <w:proofErr w:type="spellEnd"/>
      <w:r w:rsidRPr="000A3327">
        <w:rPr>
          <w:rFonts w:cs="Times New Roman"/>
        </w:rPr>
        <w:t xml:space="preserve"> </w:t>
      </w:r>
      <w:proofErr w:type="spellStart"/>
      <w:r w:rsidRPr="000A3327">
        <w:rPr>
          <w:rFonts w:cs="Times New Roman"/>
        </w:rPr>
        <w:t>mencatatkan</w:t>
      </w:r>
      <w:proofErr w:type="spellEnd"/>
      <w:r w:rsidRPr="000A3327">
        <w:rPr>
          <w:rFonts w:cs="Times New Roman"/>
        </w:rPr>
        <w:t xml:space="preserve"> </w:t>
      </w:r>
      <w:proofErr w:type="spellStart"/>
      <w:r w:rsidRPr="000A3327">
        <w:rPr>
          <w:rFonts w:cs="Times New Roman"/>
        </w:rPr>
        <w:t>tingkat</w:t>
      </w:r>
      <w:proofErr w:type="spellEnd"/>
      <w:r w:rsidRPr="000A3327">
        <w:rPr>
          <w:rFonts w:cs="Times New Roman"/>
        </w:rPr>
        <w:t xml:space="preserve"> </w:t>
      </w:r>
      <w:proofErr w:type="spellStart"/>
      <w:r w:rsidRPr="000A3327">
        <w:rPr>
          <w:rFonts w:cs="Times New Roman"/>
        </w:rPr>
        <w:t>keberhasilan</w:t>
      </w:r>
      <w:proofErr w:type="spellEnd"/>
      <w:r w:rsidRPr="000A3327">
        <w:rPr>
          <w:rFonts w:cs="Times New Roman"/>
        </w:rPr>
        <w:t xml:space="preserve"> </w:t>
      </w:r>
      <w:proofErr w:type="spellStart"/>
      <w:r w:rsidRPr="000A3327">
        <w:rPr>
          <w:rFonts w:cs="Times New Roman"/>
        </w:rPr>
        <w:t>navigasi</w:t>
      </w:r>
      <w:proofErr w:type="spellEnd"/>
      <w:r w:rsidRPr="000A3327">
        <w:rPr>
          <w:rFonts w:cs="Times New Roman"/>
        </w:rPr>
        <w:t xml:space="preserve"> (</w:t>
      </w:r>
      <w:r w:rsidRPr="000A3327">
        <w:rPr>
          <w:rFonts w:cs="Times New Roman"/>
          <w:i/>
          <w:iCs/>
        </w:rPr>
        <w:t>Success Rate</w:t>
      </w:r>
      <w:r w:rsidRPr="000A3327">
        <w:rPr>
          <w:rFonts w:cs="Times New Roman"/>
        </w:rPr>
        <w:t xml:space="preserve">) </w:t>
      </w:r>
      <w:proofErr w:type="spellStart"/>
      <w:r w:rsidRPr="000A3327">
        <w:rPr>
          <w:rFonts w:cs="Times New Roman"/>
        </w:rPr>
        <w:t>mencapai</w:t>
      </w:r>
      <w:proofErr w:type="spellEnd"/>
      <w:r w:rsidRPr="000A3327">
        <w:rPr>
          <w:rFonts w:cs="Times New Roman"/>
        </w:rPr>
        <w:t xml:space="preserve"> 99,842% </w:t>
      </w:r>
      <w:proofErr w:type="spellStart"/>
      <w:r w:rsidRPr="000A3327">
        <w:rPr>
          <w:rFonts w:cs="Times New Roman"/>
        </w:rPr>
        <w:t>dengan</w:t>
      </w:r>
      <w:proofErr w:type="spellEnd"/>
      <w:r w:rsidRPr="000A3327">
        <w:rPr>
          <w:rFonts w:cs="Times New Roman"/>
        </w:rPr>
        <w:t xml:space="preserve"> </w:t>
      </w:r>
      <w:proofErr w:type="spellStart"/>
      <w:r w:rsidRPr="000A3327">
        <w:rPr>
          <w:rFonts w:cs="Times New Roman"/>
        </w:rPr>
        <w:t>tingkat</w:t>
      </w:r>
      <w:proofErr w:type="spellEnd"/>
      <w:r w:rsidRPr="000A3327">
        <w:rPr>
          <w:rFonts w:cs="Times New Roman"/>
        </w:rPr>
        <w:t xml:space="preserve"> </w:t>
      </w:r>
      <w:proofErr w:type="spellStart"/>
      <w:r w:rsidRPr="000A3327">
        <w:rPr>
          <w:rFonts w:cs="Times New Roman"/>
        </w:rPr>
        <w:t>tabrakan</w:t>
      </w:r>
      <w:proofErr w:type="spellEnd"/>
      <w:r w:rsidRPr="000A3327">
        <w:rPr>
          <w:rFonts w:cs="Times New Roman"/>
        </w:rPr>
        <w:t xml:space="preserve"> </w:t>
      </w:r>
      <w:proofErr w:type="spellStart"/>
      <w:r w:rsidRPr="000A3327">
        <w:rPr>
          <w:rFonts w:cs="Times New Roman"/>
        </w:rPr>
        <w:t>absolut</w:t>
      </w:r>
      <w:proofErr w:type="spellEnd"/>
      <w:r w:rsidRPr="000A3327">
        <w:rPr>
          <w:rFonts w:cs="Times New Roman"/>
        </w:rPr>
        <w:t xml:space="preserve"> (</w:t>
      </w:r>
      <w:r w:rsidRPr="000A3327">
        <w:rPr>
          <w:rFonts w:cs="Times New Roman"/>
          <w:i/>
          <w:iCs/>
        </w:rPr>
        <w:t>Collision Rate</w:t>
      </w:r>
      <w:r w:rsidRPr="000A3327">
        <w:rPr>
          <w:rFonts w:cs="Times New Roman"/>
        </w:rPr>
        <w:t xml:space="preserve">) </w:t>
      </w:r>
      <w:proofErr w:type="spellStart"/>
      <w:r w:rsidRPr="000A3327">
        <w:rPr>
          <w:rFonts w:cs="Times New Roman"/>
        </w:rPr>
        <w:t>ditekan</w:t>
      </w:r>
      <w:proofErr w:type="spellEnd"/>
      <w:r w:rsidRPr="000A3327">
        <w:rPr>
          <w:rFonts w:cs="Times New Roman"/>
        </w:rPr>
        <w:t xml:space="preserve"> </w:t>
      </w:r>
      <w:proofErr w:type="spellStart"/>
      <w:r w:rsidRPr="000A3327">
        <w:rPr>
          <w:rFonts w:cs="Times New Roman"/>
        </w:rPr>
        <w:t>hingga</w:t>
      </w:r>
      <w:proofErr w:type="spellEnd"/>
      <w:r w:rsidRPr="000A3327">
        <w:rPr>
          <w:rFonts w:cs="Times New Roman"/>
        </w:rPr>
        <w:t xml:space="preserve"> 0,00%. Tingkat </w:t>
      </w:r>
      <w:proofErr w:type="spellStart"/>
      <w:r w:rsidRPr="000A3327">
        <w:rPr>
          <w:rFonts w:cs="Times New Roman"/>
        </w:rPr>
        <w:t>deviasi</w:t>
      </w:r>
      <w:proofErr w:type="spellEnd"/>
      <w:r w:rsidRPr="000A3327">
        <w:rPr>
          <w:rFonts w:cs="Times New Roman"/>
        </w:rPr>
        <w:t xml:space="preserve"> </w:t>
      </w:r>
      <w:proofErr w:type="spellStart"/>
      <w:r w:rsidRPr="000A3327">
        <w:rPr>
          <w:rFonts w:cs="Times New Roman"/>
        </w:rPr>
        <w:t>lajur</w:t>
      </w:r>
      <w:proofErr w:type="spellEnd"/>
      <w:r w:rsidRPr="000A3327">
        <w:rPr>
          <w:rFonts w:cs="Times New Roman"/>
        </w:rPr>
        <w:t xml:space="preserve"> (</w:t>
      </w:r>
      <w:r w:rsidRPr="000A3327">
        <w:rPr>
          <w:rFonts w:cs="Times New Roman"/>
          <w:i/>
          <w:iCs/>
        </w:rPr>
        <w:t>Off-Track Rate</w:t>
      </w:r>
      <w:r w:rsidRPr="000A3327">
        <w:rPr>
          <w:rFonts w:cs="Times New Roman"/>
        </w:rPr>
        <w:t xml:space="preserve">) </w:t>
      </w:r>
      <w:proofErr w:type="spellStart"/>
      <w:r w:rsidRPr="000A3327">
        <w:rPr>
          <w:rFonts w:cs="Times New Roman"/>
        </w:rPr>
        <w:t>tercatat</w:t>
      </w:r>
      <w:proofErr w:type="spellEnd"/>
      <w:r w:rsidRPr="000A3327">
        <w:rPr>
          <w:rFonts w:cs="Times New Roman"/>
        </w:rPr>
        <w:t xml:space="preserve"> sangat minor pada </w:t>
      </w:r>
      <w:proofErr w:type="spellStart"/>
      <w:r w:rsidRPr="000A3327">
        <w:rPr>
          <w:rFonts w:cs="Times New Roman"/>
        </w:rPr>
        <w:t>angka</w:t>
      </w:r>
      <w:proofErr w:type="spellEnd"/>
      <w:r w:rsidRPr="000A3327">
        <w:rPr>
          <w:rFonts w:cs="Times New Roman"/>
        </w:rPr>
        <w:t xml:space="preserve"> 0,473%, </w:t>
      </w:r>
      <w:proofErr w:type="spellStart"/>
      <w:r w:rsidRPr="000A3327">
        <w:rPr>
          <w:rFonts w:cs="Times New Roman"/>
        </w:rPr>
        <w:t>membuktikan</w:t>
      </w:r>
      <w:proofErr w:type="spellEnd"/>
      <w:r w:rsidRPr="000A3327">
        <w:rPr>
          <w:rFonts w:cs="Times New Roman"/>
        </w:rPr>
        <w:t xml:space="preserve"> </w:t>
      </w:r>
      <w:proofErr w:type="spellStart"/>
      <w:r w:rsidRPr="000A3327">
        <w:rPr>
          <w:rFonts w:cs="Times New Roman"/>
        </w:rPr>
        <w:t>keandalan</w:t>
      </w:r>
      <w:proofErr w:type="spellEnd"/>
      <w:r w:rsidRPr="000A3327">
        <w:rPr>
          <w:rFonts w:cs="Times New Roman"/>
        </w:rPr>
        <w:t xml:space="preserve"> </w:t>
      </w:r>
      <w:proofErr w:type="spellStart"/>
      <w:r w:rsidRPr="000A3327">
        <w:rPr>
          <w:rFonts w:cs="Times New Roman"/>
        </w:rPr>
        <w:t>sistem</w:t>
      </w:r>
      <w:proofErr w:type="spellEnd"/>
      <w:r w:rsidRPr="000A3327">
        <w:rPr>
          <w:rFonts w:cs="Times New Roman"/>
        </w:rPr>
        <w:t xml:space="preserve"> </w:t>
      </w:r>
      <w:proofErr w:type="spellStart"/>
      <w:r w:rsidRPr="000A3327">
        <w:rPr>
          <w:rFonts w:cs="Times New Roman"/>
        </w:rPr>
        <w:t>dalam</w:t>
      </w:r>
      <w:proofErr w:type="spellEnd"/>
      <w:r w:rsidRPr="000A3327">
        <w:rPr>
          <w:rFonts w:cs="Times New Roman"/>
        </w:rPr>
        <w:t xml:space="preserve"> </w:t>
      </w:r>
      <w:proofErr w:type="spellStart"/>
      <w:r w:rsidRPr="000A3327">
        <w:rPr>
          <w:rFonts w:cs="Times New Roman"/>
        </w:rPr>
        <w:t>mengeksekusi</w:t>
      </w:r>
      <w:proofErr w:type="spellEnd"/>
      <w:r w:rsidRPr="000A3327">
        <w:rPr>
          <w:rFonts w:cs="Times New Roman"/>
        </w:rPr>
        <w:t xml:space="preserve"> </w:t>
      </w:r>
      <w:proofErr w:type="spellStart"/>
      <w:r w:rsidRPr="000A3327">
        <w:rPr>
          <w:rFonts w:cs="Times New Roman"/>
        </w:rPr>
        <w:t>kontrol</w:t>
      </w:r>
      <w:proofErr w:type="spellEnd"/>
      <w:r w:rsidRPr="000A3327">
        <w:rPr>
          <w:rFonts w:cs="Times New Roman"/>
        </w:rPr>
        <w:t xml:space="preserve"> lateral </w:t>
      </w:r>
      <w:proofErr w:type="spellStart"/>
      <w:r w:rsidRPr="000A3327">
        <w:rPr>
          <w:rFonts w:cs="Times New Roman"/>
        </w:rPr>
        <w:t>secara</w:t>
      </w:r>
      <w:proofErr w:type="spellEnd"/>
      <w:r w:rsidRPr="000A3327">
        <w:rPr>
          <w:rFonts w:cs="Times New Roman"/>
        </w:rPr>
        <w:t xml:space="preserve"> </w:t>
      </w:r>
      <w:proofErr w:type="spellStart"/>
      <w:r w:rsidRPr="000A3327">
        <w:rPr>
          <w:rFonts w:cs="Times New Roman"/>
        </w:rPr>
        <w:t>tangguh</w:t>
      </w:r>
      <w:proofErr w:type="spellEnd"/>
      <w:r w:rsidRPr="000A3327">
        <w:rPr>
          <w:rFonts w:cs="Times New Roman"/>
        </w:rPr>
        <w:t xml:space="preserve"> dan </w:t>
      </w:r>
      <w:proofErr w:type="spellStart"/>
      <w:r w:rsidRPr="000A3327">
        <w:rPr>
          <w:rFonts w:cs="Times New Roman"/>
        </w:rPr>
        <w:t>presisi</w:t>
      </w:r>
      <w:proofErr w:type="spellEnd"/>
      <w:r w:rsidRPr="000A3327">
        <w:rPr>
          <w:rFonts w:cs="Times New Roman"/>
        </w:rPr>
        <w:t>.</w:t>
      </w:r>
    </w:p>
    <w:p w14:paraId="0BB7DF4E" w14:textId="77777777" w:rsidR="000A3327" w:rsidRPr="000A3327" w:rsidRDefault="000A3327" w:rsidP="000A3327">
      <w:pPr>
        <w:spacing w:after="0" w:line="240" w:lineRule="auto"/>
        <w:ind w:firstLine="680"/>
        <w:jc w:val="both"/>
        <w:rPr>
          <w:rFonts w:cs="Times New Roman"/>
        </w:rPr>
      </w:pPr>
    </w:p>
    <w:p w14:paraId="5FC574C7" w14:textId="2F6D2FCC" w:rsidR="00F810AC" w:rsidRDefault="00000000" w:rsidP="007F78CD">
      <w:pPr>
        <w:spacing w:after="0" w:line="240" w:lineRule="auto"/>
        <w:jc w:val="both"/>
        <w:rPr>
          <w:rFonts w:cs="Times New Roman"/>
          <w:i/>
        </w:rPr>
      </w:pPr>
      <w:r>
        <w:rPr>
          <w:rFonts w:cs="Times New Roman"/>
          <w:b/>
        </w:rPr>
        <w:t xml:space="preserve">Kata </w:t>
      </w:r>
      <w:proofErr w:type="spellStart"/>
      <w:proofErr w:type="gramStart"/>
      <w:r>
        <w:rPr>
          <w:rFonts w:cs="Times New Roman"/>
          <w:b/>
        </w:rPr>
        <w:t>Kunci</w:t>
      </w:r>
      <w:proofErr w:type="spellEnd"/>
      <w:r>
        <w:rPr>
          <w:rFonts w:cs="Times New Roman"/>
          <w:b/>
        </w:rPr>
        <w:t xml:space="preserve"> :</w:t>
      </w:r>
      <w:proofErr w:type="gramEnd"/>
      <w:r>
        <w:rPr>
          <w:rFonts w:cs="Times New Roman"/>
        </w:rPr>
        <w:t xml:space="preserve"> </w:t>
      </w:r>
      <w:r w:rsidR="000A3327" w:rsidRPr="000A3327">
        <w:rPr>
          <w:rFonts w:cs="Times New Roman"/>
          <w:i/>
          <w:iCs/>
        </w:rPr>
        <w:t>End-to-End Deep Reinforcement Learning</w:t>
      </w:r>
      <w:r w:rsidR="000A3327" w:rsidRPr="000A3327">
        <w:rPr>
          <w:rFonts w:cs="Times New Roman"/>
          <w:i/>
        </w:rPr>
        <w:t xml:space="preserve">, </w:t>
      </w:r>
      <w:r w:rsidR="000A3327" w:rsidRPr="000A3327">
        <w:rPr>
          <w:rFonts w:cs="Times New Roman"/>
          <w:i/>
          <w:iCs/>
        </w:rPr>
        <w:t>Double Deep Q-Network</w:t>
      </w:r>
      <w:r w:rsidR="000A3327" w:rsidRPr="000A3327">
        <w:rPr>
          <w:rFonts w:cs="Times New Roman"/>
          <w:i/>
        </w:rPr>
        <w:t xml:space="preserve">, </w:t>
      </w:r>
      <w:proofErr w:type="spellStart"/>
      <w:r w:rsidR="000A3327" w:rsidRPr="000A3327">
        <w:rPr>
          <w:rFonts w:cs="Times New Roman"/>
          <w:i/>
        </w:rPr>
        <w:t>Kendaraan</w:t>
      </w:r>
      <w:proofErr w:type="spellEnd"/>
      <w:r w:rsidR="000A3327" w:rsidRPr="000A3327">
        <w:rPr>
          <w:rFonts w:cs="Times New Roman"/>
          <w:i/>
        </w:rPr>
        <w:t xml:space="preserve"> </w:t>
      </w:r>
      <w:proofErr w:type="spellStart"/>
      <w:r w:rsidR="000A3327" w:rsidRPr="000A3327">
        <w:rPr>
          <w:rFonts w:cs="Times New Roman"/>
          <w:i/>
        </w:rPr>
        <w:t>Bersendi</w:t>
      </w:r>
      <w:proofErr w:type="spellEnd"/>
      <w:r w:rsidR="000A3327" w:rsidRPr="000A3327">
        <w:rPr>
          <w:rFonts w:cs="Times New Roman"/>
          <w:i/>
        </w:rPr>
        <w:t xml:space="preserve">, </w:t>
      </w:r>
      <w:proofErr w:type="spellStart"/>
      <w:r w:rsidR="000A3327" w:rsidRPr="000A3327">
        <w:rPr>
          <w:rFonts w:cs="Times New Roman"/>
          <w:i/>
        </w:rPr>
        <w:t>Navigasi</w:t>
      </w:r>
      <w:proofErr w:type="spellEnd"/>
      <w:r w:rsidR="000A3327" w:rsidRPr="000A3327">
        <w:rPr>
          <w:rFonts w:cs="Times New Roman"/>
          <w:i/>
        </w:rPr>
        <w:t xml:space="preserve"> </w:t>
      </w:r>
      <w:proofErr w:type="spellStart"/>
      <w:r w:rsidR="000A3327" w:rsidRPr="000A3327">
        <w:rPr>
          <w:rFonts w:cs="Times New Roman"/>
          <w:i/>
        </w:rPr>
        <w:t>Otonom</w:t>
      </w:r>
      <w:proofErr w:type="spellEnd"/>
      <w:r w:rsidR="000A3327" w:rsidRPr="000A3327">
        <w:rPr>
          <w:rFonts w:cs="Times New Roman"/>
          <w:i/>
        </w:rPr>
        <w:t xml:space="preserve">, </w:t>
      </w:r>
      <w:proofErr w:type="spellStart"/>
      <w:r w:rsidR="000A3327" w:rsidRPr="000A3327">
        <w:rPr>
          <w:rFonts w:cs="Times New Roman"/>
          <w:i/>
        </w:rPr>
        <w:t>Webots</w:t>
      </w:r>
      <w:proofErr w:type="spellEnd"/>
      <w:r w:rsidR="000A3327" w:rsidRPr="000A3327">
        <w:rPr>
          <w:rFonts w:cs="Times New Roman"/>
          <w:i/>
        </w:rPr>
        <w:t xml:space="preserve">, </w:t>
      </w:r>
      <w:proofErr w:type="spellStart"/>
      <w:r w:rsidR="000A3327" w:rsidRPr="000A3327">
        <w:rPr>
          <w:rFonts w:cs="Times New Roman"/>
          <w:i/>
        </w:rPr>
        <w:t>Keselamatan</w:t>
      </w:r>
      <w:proofErr w:type="spellEnd"/>
      <w:r w:rsidR="000A3327" w:rsidRPr="000A3327">
        <w:rPr>
          <w:rFonts w:cs="Times New Roman"/>
          <w:i/>
        </w:rPr>
        <w:t xml:space="preserve"> ISO 17361.</w:t>
      </w:r>
    </w:p>
    <w:p w14:paraId="45CC4A86" w14:textId="77777777" w:rsidR="000A3327" w:rsidRDefault="000A3327" w:rsidP="007F78CD">
      <w:pPr>
        <w:spacing w:after="0" w:line="240" w:lineRule="auto"/>
        <w:jc w:val="both"/>
      </w:pPr>
    </w:p>
    <w:p w14:paraId="560EBF7E" w14:textId="5AA6A2F8" w:rsidR="000A3327" w:rsidRPr="00F333B6" w:rsidRDefault="000A3327" w:rsidP="000A3327">
      <w:pPr>
        <w:pStyle w:val="Heading1"/>
        <w:numPr>
          <w:ilvl w:val="0"/>
          <w:numId w:val="0"/>
        </w:numPr>
      </w:pPr>
      <w:bookmarkStart w:id="2" w:name="_Toc233990517"/>
      <w:r w:rsidRPr="000A3327">
        <w:lastRenderedPageBreak/>
        <w:t>ABSTRACT</w:t>
      </w:r>
      <w:bookmarkEnd w:id="2"/>
    </w:p>
    <w:p w14:paraId="3D576AC7" w14:textId="77777777" w:rsidR="000A3327" w:rsidRDefault="000A3327" w:rsidP="000A3327">
      <w:pPr>
        <w:spacing w:after="0" w:line="240" w:lineRule="auto"/>
        <w:ind w:firstLine="680"/>
        <w:jc w:val="both"/>
        <w:rPr>
          <w:rFonts w:cs="Times New Roman"/>
        </w:rPr>
      </w:pPr>
      <w:r w:rsidRPr="000A3327">
        <w:rPr>
          <w:rFonts w:cs="Times New Roman"/>
        </w:rPr>
        <w:t xml:space="preserve">The growth of logistics and public transportation activities in Indonesia has increased the mobility of heavy vehicles in urban areas. This escalation raises the risk of fatal accidents due to the inertia and mass dynamics of heavy vehicles, which are significantly more complex than those of private cars. This study investigates the application of an End-to-End Deep Reinforcement Learning (DRL) approach to develop an autonomous agent for articulated vehicles (truck trailers) capable of navigating and maintaining lanes safely in dynamic urban environments relying solely on visual input from camera sensors. </w:t>
      </w:r>
    </w:p>
    <w:p w14:paraId="27E292A8" w14:textId="5375E5AA" w:rsidR="000A3327" w:rsidRDefault="000A3327" w:rsidP="000A3327">
      <w:pPr>
        <w:spacing w:after="0" w:line="240" w:lineRule="auto"/>
        <w:ind w:firstLine="680"/>
        <w:jc w:val="both"/>
        <w:rPr>
          <w:rFonts w:cs="Times New Roman"/>
        </w:rPr>
      </w:pPr>
      <w:r w:rsidRPr="000A3327">
        <w:rPr>
          <w:rFonts w:cs="Times New Roman"/>
        </w:rPr>
        <w:t xml:space="preserve">The research was conducted in stages. The first stage consisted of a preliminary study on the Atari Enduro benchmark environment to validate the algorithmic pipeline, as well as the implementation of the main system in the </w:t>
      </w:r>
      <w:proofErr w:type="spellStart"/>
      <w:r w:rsidRPr="000A3327">
        <w:rPr>
          <w:rFonts w:cs="Times New Roman"/>
        </w:rPr>
        <w:t>Webots</w:t>
      </w:r>
      <w:proofErr w:type="spellEnd"/>
      <w:r w:rsidRPr="000A3327">
        <w:rPr>
          <w:rFonts w:cs="Times New Roman"/>
        </w:rPr>
        <w:t xml:space="preserve"> 3D robotics simulator. The second stage involved the implementation of the Double Deep Q-Network (DDQN) architecture with Multi-step Return (n=3) as the primary algorithm to mitigate the overestimation bias anomaly present in the standard DQN. The agent's learning process was guided by an asymmetric reward shaping design to establish a level of lane compliance that refers to the ISO 17361 automotive safety standard regulations.</w:t>
      </w:r>
    </w:p>
    <w:p w14:paraId="6963EEF6" w14:textId="58A70F04" w:rsidR="000A3327" w:rsidRDefault="000A3327" w:rsidP="000A3327">
      <w:pPr>
        <w:spacing w:after="0" w:line="240" w:lineRule="auto"/>
        <w:ind w:firstLine="680"/>
        <w:jc w:val="both"/>
        <w:rPr>
          <w:rFonts w:cs="Times New Roman"/>
        </w:rPr>
      </w:pPr>
      <w:r w:rsidRPr="000A3327">
        <w:rPr>
          <w:rFonts w:cs="Times New Roman"/>
        </w:rPr>
        <w:t>Deterministic testing results demonstrated that the proposed DDQN agent successfully outperformed literature baselines. The agent achieved a navigation success rate of 99.842% with an absolute collision rate suppressed to 0.00%. The lane deviation rate (off-track rate) was recorded at a very minor 0.473%, proving the reliability of the system in executing robust and precise lateral control.</w:t>
      </w:r>
    </w:p>
    <w:p w14:paraId="7B669918" w14:textId="77777777" w:rsidR="000A3327" w:rsidRPr="000A3327" w:rsidRDefault="000A3327" w:rsidP="000A3327">
      <w:pPr>
        <w:spacing w:after="0" w:line="240" w:lineRule="auto"/>
        <w:ind w:firstLine="680"/>
        <w:jc w:val="both"/>
        <w:rPr>
          <w:rFonts w:cs="Times New Roman"/>
        </w:rPr>
      </w:pPr>
    </w:p>
    <w:p w14:paraId="5EE6C48A" w14:textId="363B548F" w:rsidR="000A3327" w:rsidRPr="000A3327" w:rsidRDefault="000A3327" w:rsidP="007F78CD">
      <w:pPr>
        <w:spacing w:after="0" w:line="240" w:lineRule="auto"/>
        <w:jc w:val="both"/>
        <w:rPr>
          <w:bCs/>
        </w:rPr>
      </w:pPr>
      <w:r w:rsidRPr="000A3327">
        <w:rPr>
          <w:rFonts w:cs="Times New Roman"/>
          <w:b/>
          <w:bCs/>
        </w:rPr>
        <w:t>Keywords:</w:t>
      </w:r>
      <w:r w:rsidRPr="000A3327">
        <w:rPr>
          <w:rFonts w:cs="Times New Roman"/>
          <w:b/>
        </w:rPr>
        <w:t xml:space="preserve"> </w:t>
      </w:r>
      <w:r w:rsidRPr="000A3327">
        <w:rPr>
          <w:rFonts w:cs="Times New Roman"/>
          <w:bCs/>
          <w:i/>
          <w:iCs/>
        </w:rPr>
        <w:t xml:space="preserve">End-to-End Deep Reinforcement Learning, Double Deep Q-Network, Articulated Vehicles, Autonomous Navigation, </w:t>
      </w:r>
      <w:proofErr w:type="spellStart"/>
      <w:r w:rsidRPr="000A3327">
        <w:rPr>
          <w:rFonts w:cs="Times New Roman"/>
          <w:bCs/>
          <w:i/>
          <w:iCs/>
        </w:rPr>
        <w:t>Webots</w:t>
      </w:r>
      <w:proofErr w:type="spellEnd"/>
      <w:r w:rsidRPr="000A3327">
        <w:rPr>
          <w:rFonts w:cs="Times New Roman"/>
          <w:bCs/>
          <w:i/>
          <w:iCs/>
        </w:rPr>
        <w:t>, ISO 17361 Safety.</w:t>
      </w:r>
    </w:p>
    <w:sdt>
      <w:sdtPr>
        <w:rPr>
          <w:rFonts w:cstheme="minorBidi"/>
          <w:b w:val="0"/>
          <w:sz w:val="22"/>
        </w:rPr>
        <w:id w:val="743760119"/>
        <w:docPartObj>
          <w:docPartGallery w:val="Table of Contents"/>
          <w:docPartUnique/>
        </w:docPartObj>
      </w:sdtPr>
      <w:sdtEndPr>
        <w:rPr>
          <w:bCs/>
          <w:noProof/>
        </w:rPr>
      </w:sdtEndPr>
      <w:sdtContent>
        <w:p w14:paraId="25495D12" w14:textId="3F21253C" w:rsidR="007F78CD" w:rsidRPr="00F333B6" w:rsidRDefault="007F78CD" w:rsidP="00F333B6">
          <w:pPr>
            <w:pStyle w:val="TOCHeading"/>
            <w:numPr>
              <w:ilvl w:val="0"/>
              <w:numId w:val="0"/>
            </w:numPr>
            <w:rPr>
              <w:rStyle w:val="Heading1Char"/>
            </w:rPr>
          </w:pPr>
          <w:r w:rsidRPr="00F333B6">
            <w:rPr>
              <w:rStyle w:val="Heading1Char"/>
            </w:rPr>
            <w:t>DAFTAR ISI</w:t>
          </w:r>
        </w:p>
        <w:p w14:paraId="0567BCE7" w14:textId="07FC817B" w:rsidR="00B32891" w:rsidRDefault="007F78CD">
          <w:pPr>
            <w:pStyle w:val="TOC1"/>
            <w:tabs>
              <w:tab w:val="right" w:leader="dot" w:pos="9061"/>
            </w:tabs>
            <w:rPr>
              <w:rFonts w:asciiTheme="minorHAnsi" w:hAnsiTheme="minorHAnsi"/>
              <w:noProof/>
              <w:kern w:val="2"/>
              <w:sz w:val="24"/>
              <w:szCs w:val="24"/>
              <w:lang w:eastAsia="ja-JP"/>
              <w14:ligatures w14:val="standardContextual"/>
            </w:rPr>
          </w:pPr>
          <w:r>
            <w:fldChar w:fldCharType="begin"/>
          </w:r>
          <w:r>
            <w:instrText xml:space="preserve"> TOC \o "1-3" \h \z \u </w:instrText>
          </w:r>
          <w:r>
            <w:fldChar w:fldCharType="separate"/>
          </w:r>
          <w:hyperlink w:anchor="_Toc233990514" w:history="1">
            <w:r w:rsidR="00B32891" w:rsidRPr="00732F62">
              <w:rPr>
                <w:rStyle w:val="Hyperlink"/>
                <w:noProof/>
              </w:rPr>
              <w:t>LEMBAR PENGESAHAN</w:t>
            </w:r>
            <w:r w:rsidR="00B32891">
              <w:rPr>
                <w:noProof/>
                <w:webHidden/>
              </w:rPr>
              <w:tab/>
            </w:r>
            <w:r w:rsidR="00B32891">
              <w:rPr>
                <w:noProof/>
                <w:webHidden/>
              </w:rPr>
              <w:fldChar w:fldCharType="begin"/>
            </w:r>
            <w:r w:rsidR="00B32891">
              <w:rPr>
                <w:noProof/>
                <w:webHidden/>
              </w:rPr>
              <w:instrText xml:space="preserve"> PAGEREF _Toc233990514 \h </w:instrText>
            </w:r>
            <w:r w:rsidR="00B32891">
              <w:rPr>
                <w:noProof/>
                <w:webHidden/>
              </w:rPr>
            </w:r>
            <w:r w:rsidR="00B32891">
              <w:rPr>
                <w:noProof/>
                <w:webHidden/>
              </w:rPr>
              <w:fldChar w:fldCharType="separate"/>
            </w:r>
            <w:r w:rsidR="00375646">
              <w:rPr>
                <w:noProof/>
                <w:webHidden/>
              </w:rPr>
              <w:t>1-2</w:t>
            </w:r>
            <w:r w:rsidR="00B32891">
              <w:rPr>
                <w:noProof/>
                <w:webHidden/>
              </w:rPr>
              <w:fldChar w:fldCharType="end"/>
            </w:r>
          </w:hyperlink>
        </w:p>
        <w:p w14:paraId="77C6AB54" w14:textId="116C2CDB" w:rsidR="00B32891" w:rsidRDefault="00000000">
          <w:pPr>
            <w:pStyle w:val="TOC1"/>
            <w:tabs>
              <w:tab w:val="right" w:leader="dot" w:pos="9061"/>
            </w:tabs>
            <w:rPr>
              <w:rFonts w:asciiTheme="minorHAnsi" w:hAnsiTheme="minorHAnsi"/>
              <w:noProof/>
              <w:kern w:val="2"/>
              <w:sz w:val="24"/>
              <w:szCs w:val="24"/>
              <w:lang w:eastAsia="ja-JP"/>
              <w14:ligatures w14:val="standardContextual"/>
            </w:rPr>
          </w:pPr>
          <w:hyperlink w:anchor="_Toc233990515" w:history="1">
            <w:r w:rsidR="00B32891" w:rsidRPr="00732F62">
              <w:rPr>
                <w:rStyle w:val="Hyperlink"/>
                <w:noProof/>
              </w:rPr>
              <w:t>KATA PENGANTAR</w:t>
            </w:r>
            <w:r w:rsidR="00B32891">
              <w:rPr>
                <w:noProof/>
                <w:webHidden/>
              </w:rPr>
              <w:tab/>
            </w:r>
            <w:r w:rsidR="00B32891">
              <w:rPr>
                <w:noProof/>
                <w:webHidden/>
              </w:rPr>
              <w:fldChar w:fldCharType="begin"/>
            </w:r>
            <w:r w:rsidR="00B32891">
              <w:rPr>
                <w:noProof/>
                <w:webHidden/>
              </w:rPr>
              <w:instrText xml:space="preserve"> PAGEREF _Toc233990515 \h </w:instrText>
            </w:r>
            <w:r w:rsidR="00B32891">
              <w:rPr>
                <w:noProof/>
                <w:webHidden/>
              </w:rPr>
            </w:r>
            <w:r w:rsidR="00B32891">
              <w:rPr>
                <w:noProof/>
                <w:webHidden/>
              </w:rPr>
              <w:fldChar w:fldCharType="separate"/>
            </w:r>
            <w:r w:rsidR="00375646">
              <w:rPr>
                <w:noProof/>
                <w:webHidden/>
              </w:rPr>
              <w:t>i</w:t>
            </w:r>
            <w:r w:rsidR="00B32891">
              <w:rPr>
                <w:noProof/>
                <w:webHidden/>
              </w:rPr>
              <w:fldChar w:fldCharType="end"/>
            </w:r>
          </w:hyperlink>
        </w:p>
        <w:p w14:paraId="1BA7A550" w14:textId="1BDF7B03" w:rsidR="00B32891" w:rsidRDefault="00000000">
          <w:pPr>
            <w:pStyle w:val="TOC1"/>
            <w:tabs>
              <w:tab w:val="right" w:leader="dot" w:pos="9061"/>
            </w:tabs>
            <w:rPr>
              <w:rFonts w:asciiTheme="minorHAnsi" w:hAnsiTheme="minorHAnsi"/>
              <w:noProof/>
              <w:kern w:val="2"/>
              <w:sz w:val="24"/>
              <w:szCs w:val="24"/>
              <w:lang w:eastAsia="ja-JP"/>
              <w14:ligatures w14:val="standardContextual"/>
            </w:rPr>
          </w:pPr>
          <w:hyperlink w:anchor="_Toc233990516" w:history="1">
            <w:r w:rsidR="00B32891" w:rsidRPr="00732F62">
              <w:rPr>
                <w:rStyle w:val="Hyperlink"/>
                <w:noProof/>
              </w:rPr>
              <w:t>ABSTRAK</w:t>
            </w:r>
            <w:r w:rsidR="00B32891">
              <w:rPr>
                <w:noProof/>
                <w:webHidden/>
              </w:rPr>
              <w:tab/>
            </w:r>
            <w:r w:rsidR="00B32891">
              <w:rPr>
                <w:noProof/>
                <w:webHidden/>
              </w:rPr>
              <w:fldChar w:fldCharType="begin"/>
            </w:r>
            <w:r w:rsidR="00B32891">
              <w:rPr>
                <w:noProof/>
                <w:webHidden/>
              </w:rPr>
              <w:instrText xml:space="preserve"> PAGEREF _Toc233990516 \h </w:instrText>
            </w:r>
            <w:r w:rsidR="00B32891">
              <w:rPr>
                <w:noProof/>
                <w:webHidden/>
              </w:rPr>
            </w:r>
            <w:r w:rsidR="00B32891">
              <w:rPr>
                <w:noProof/>
                <w:webHidden/>
              </w:rPr>
              <w:fldChar w:fldCharType="separate"/>
            </w:r>
            <w:r w:rsidR="00375646">
              <w:rPr>
                <w:noProof/>
                <w:webHidden/>
              </w:rPr>
              <w:t>ii</w:t>
            </w:r>
            <w:r w:rsidR="00B32891">
              <w:rPr>
                <w:noProof/>
                <w:webHidden/>
              </w:rPr>
              <w:fldChar w:fldCharType="end"/>
            </w:r>
          </w:hyperlink>
        </w:p>
        <w:p w14:paraId="097DA1D7" w14:textId="0943DCCC" w:rsidR="00B32891" w:rsidRDefault="00000000">
          <w:pPr>
            <w:pStyle w:val="TOC1"/>
            <w:tabs>
              <w:tab w:val="right" w:leader="dot" w:pos="9061"/>
            </w:tabs>
            <w:rPr>
              <w:rFonts w:asciiTheme="minorHAnsi" w:hAnsiTheme="minorHAnsi"/>
              <w:noProof/>
              <w:kern w:val="2"/>
              <w:sz w:val="24"/>
              <w:szCs w:val="24"/>
              <w:lang w:eastAsia="ja-JP"/>
              <w14:ligatures w14:val="standardContextual"/>
            </w:rPr>
          </w:pPr>
          <w:hyperlink w:anchor="_Toc233990517" w:history="1">
            <w:r w:rsidR="00B32891" w:rsidRPr="00732F62">
              <w:rPr>
                <w:rStyle w:val="Hyperlink"/>
                <w:noProof/>
              </w:rPr>
              <w:t>ABSTRACT</w:t>
            </w:r>
            <w:r w:rsidR="00B32891">
              <w:rPr>
                <w:noProof/>
                <w:webHidden/>
              </w:rPr>
              <w:tab/>
            </w:r>
            <w:r w:rsidR="00B32891">
              <w:rPr>
                <w:noProof/>
                <w:webHidden/>
              </w:rPr>
              <w:fldChar w:fldCharType="begin"/>
            </w:r>
            <w:r w:rsidR="00B32891">
              <w:rPr>
                <w:noProof/>
                <w:webHidden/>
              </w:rPr>
              <w:instrText xml:space="preserve"> PAGEREF _Toc233990517 \h </w:instrText>
            </w:r>
            <w:r w:rsidR="00B32891">
              <w:rPr>
                <w:noProof/>
                <w:webHidden/>
              </w:rPr>
            </w:r>
            <w:r w:rsidR="00B32891">
              <w:rPr>
                <w:noProof/>
                <w:webHidden/>
              </w:rPr>
              <w:fldChar w:fldCharType="separate"/>
            </w:r>
            <w:r w:rsidR="00375646">
              <w:rPr>
                <w:noProof/>
                <w:webHidden/>
              </w:rPr>
              <w:t>iii</w:t>
            </w:r>
            <w:r w:rsidR="00B32891">
              <w:rPr>
                <w:noProof/>
                <w:webHidden/>
              </w:rPr>
              <w:fldChar w:fldCharType="end"/>
            </w:r>
          </w:hyperlink>
        </w:p>
        <w:p w14:paraId="33B67C4A" w14:textId="6B2BC962" w:rsidR="00B32891" w:rsidRDefault="00000000">
          <w:pPr>
            <w:pStyle w:val="TOC1"/>
            <w:tabs>
              <w:tab w:val="right" w:leader="dot" w:pos="9061"/>
            </w:tabs>
            <w:rPr>
              <w:rFonts w:asciiTheme="minorHAnsi" w:hAnsiTheme="minorHAnsi"/>
              <w:noProof/>
              <w:kern w:val="2"/>
              <w:sz w:val="24"/>
              <w:szCs w:val="24"/>
              <w:lang w:eastAsia="ja-JP"/>
              <w14:ligatures w14:val="standardContextual"/>
            </w:rPr>
          </w:pPr>
          <w:hyperlink w:anchor="_Toc233990518" w:history="1">
            <w:r w:rsidR="00B32891" w:rsidRPr="00732F62">
              <w:rPr>
                <w:rStyle w:val="Hyperlink"/>
                <w:noProof/>
              </w:rPr>
              <w:t>DAFTAR GAMBAR</w:t>
            </w:r>
            <w:r w:rsidR="00B32891">
              <w:rPr>
                <w:noProof/>
                <w:webHidden/>
              </w:rPr>
              <w:tab/>
            </w:r>
            <w:r w:rsidR="00B32891">
              <w:rPr>
                <w:noProof/>
                <w:webHidden/>
              </w:rPr>
              <w:fldChar w:fldCharType="begin"/>
            </w:r>
            <w:r w:rsidR="00B32891">
              <w:rPr>
                <w:noProof/>
                <w:webHidden/>
              </w:rPr>
              <w:instrText xml:space="preserve"> PAGEREF _Toc233990518 \h </w:instrText>
            </w:r>
            <w:r w:rsidR="00B32891">
              <w:rPr>
                <w:noProof/>
                <w:webHidden/>
              </w:rPr>
            </w:r>
            <w:r w:rsidR="00B32891">
              <w:rPr>
                <w:noProof/>
                <w:webHidden/>
              </w:rPr>
              <w:fldChar w:fldCharType="separate"/>
            </w:r>
            <w:r w:rsidR="00375646">
              <w:rPr>
                <w:noProof/>
                <w:webHidden/>
              </w:rPr>
              <w:t>vi</w:t>
            </w:r>
            <w:r w:rsidR="00B32891">
              <w:rPr>
                <w:noProof/>
                <w:webHidden/>
              </w:rPr>
              <w:fldChar w:fldCharType="end"/>
            </w:r>
          </w:hyperlink>
        </w:p>
        <w:p w14:paraId="7ACAEBC9" w14:textId="7F4D9C57" w:rsidR="00B32891" w:rsidRDefault="00000000">
          <w:pPr>
            <w:pStyle w:val="TOC1"/>
            <w:tabs>
              <w:tab w:val="right" w:leader="dot" w:pos="9061"/>
            </w:tabs>
            <w:rPr>
              <w:rFonts w:asciiTheme="minorHAnsi" w:hAnsiTheme="minorHAnsi"/>
              <w:noProof/>
              <w:kern w:val="2"/>
              <w:sz w:val="24"/>
              <w:szCs w:val="24"/>
              <w:lang w:eastAsia="ja-JP"/>
              <w14:ligatures w14:val="standardContextual"/>
            </w:rPr>
          </w:pPr>
          <w:hyperlink w:anchor="_Toc233990519" w:history="1">
            <w:r w:rsidR="00B32891" w:rsidRPr="00732F62">
              <w:rPr>
                <w:rStyle w:val="Hyperlink"/>
                <w:noProof/>
              </w:rPr>
              <w:t>DAFTAR TABEL</w:t>
            </w:r>
            <w:r w:rsidR="00B32891">
              <w:rPr>
                <w:noProof/>
                <w:webHidden/>
              </w:rPr>
              <w:tab/>
            </w:r>
            <w:r w:rsidR="00B32891">
              <w:rPr>
                <w:noProof/>
                <w:webHidden/>
              </w:rPr>
              <w:fldChar w:fldCharType="begin"/>
            </w:r>
            <w:r w:rsidR="00B32891">
              <w:rPr>
                <w:noProof/>
                <w:webHidden/>
              </w:rPr>
              <w:instrText xml:space="preserve"> PAGEREF _Toc233990519 \h </w:instrText>
            </w:r>
            <w:r w:rsidR="00B32891">
              <w:rPr>
                <w:noProof/>
                <w:webHidden/>
              </w:rPr>
            </w:r>
            <w:r w:rsidR="00B32891">
              <w:rPr>
                <w:noProof/>
                <w:webHidden/>
              </w:rPr>
              <w:fldChar w:fldCharType="separate"/>
            </w:r>
            <w:r w:rsidR="00375646">
              <w:rPr>
                <w:noProof/>
                <w:webHidden/>
              </w:rPr>
              <w:t>vii</w:t>
            </w:r>
            <w:r w:rsidR="00B32891">
              <w:rPr>
                <w:noProof/>
                <w:webHidden/>
              </w:rPr>
              <w:fldChar w:fldCharType="end"/>
            </w:r>
          </w:hyperlink>
        </w:p>
        <w:p w14:paraId="55C4741B" w14:textId="72DC517F" w:rsidR="00B32891" w:rsidRDefault="00000000">
          <w:pPr>
            <w:pStyle w:val="TOC1"/>
            <w:tabs>
              <w:tab w:val="right" w:leader="dot" w:pos="9061"/>
            </w:tabs>
            <w:rPr>
              <w:rFonts w:asciiTheme="minorHAnsi" w:hAnsiTheme="minorHAnsi"/>
              <w:noProof/>
              <w:kern w:val="2"/>
              <w:sz w:val="24"/>
              <w:szCs w:val="24"/>
              <w:lang w:eastAsia="ja-JP"/>
              <w14:ligatures w14:val="standardContextual"/>
            </w:rPr>
          </w:pPr>
          <w:hyperlink w:anchor="_Toc233990520" w:history="1">
            <w:r w:rsidR="00B32891" w:rsidRPr="00732F62">
              <w:rPr>
                <w:rStyle w:val="Hyperlink"/>
                <w:noProof/>
              </w:rPr>
              <w:t>DAFTAR ISTILAH</w:t>
            </w:r>
            <w:r w:rsidR="00B32891">
              <w:rPr>
                <w:noProof/>
                <w:webHidden/>
              </w:rPr>
              <w:tab/>
            </w:r>
            <w:r w:rsidR="00B32891">
              <w:rPr>
                <w:noProof/>
                <w:webHidden/>
              </w:rPr>
              <w:fldChar w:fldCharType="begin"/>
            </w:r>
            <w:r w:rsidR="00B32891">
              <w:rPr>
                <w:noProof/>
                <w:webHidden/>
              </w:rPr>
              <w:instrText xml:space="preserve"> PAGEREF _Toc233990520 \h </w:instrText>
            </w:r>
            <w:r w:rsidR="00B32891">
              <w:rPr>
                <w:noProof/>
                <w:webHidden/>
              </w:rPr>
            </w:r>
            <w:r w:rsidR="00B32891">
              <w:rPr>
                <w:noProof/>
                <w:webHidden/>
              </w:rPr>
              <w:fldChar w:fldCharType="separate"/>
            </w:r>
            <w:r w:rsidR="00375646">
              <w:rPr>
                <w:noProof/>
                <w:webHidden/>
              </w:rPr>
              <w:t>viii</w:t>
            </w:r>
            <w:r w:rsidR="00B32891">
              <w:rPr>
                <w:noProof/>
                <w:webHidden/>
              </w:rPr>
              <w:fldChar w:fldCharType="end"/>
            </w:r>
          </w:hyperlink>
        </w:p>
        <w:p w14:paraId="6CA713D6" w14:textId="79E99CA0" w:rsidR="00B32891" w:rsidRDefault="00000000">
          <w:pPr>
            <w:pStyle w:val="TOC1"/>
            <w:tabs>
              <w:tab w:val="left" w:pos="440"/>
              <w:tab w:val="right" w:leader="dot" w:pos="9061"/>
            </w:tabs>
            <w:rPr>
              <w:rFonts w:asciiTheme="minorHAnsi" w:hAnsiTheme="minorHAnsi"/>
              <w:noProof/>
              <w:kern w:val="2"/>
              <w:sz w:val="24"/>
              <w:szCs w:val="24"/>
              <w:lang w:eastAsia="ja-JP"/>
              <w14:ligatures w14:val="standardContextual"/>
            </w:rPr>
          </w:pPr>
          <w:hyperlink w:anchor="_Toc233990521" w:history="1">
            <w:r w:rsidR="00B32891" w:rsidRPr="00732F62">
              <w:rPr>
                <w:rStyle w:val="Hyperlink"/>
                <w:noProof/>
              </w:rPr>
              <w:t>1</w:t>
            </w:r>
            <w:r w:rsidR="00B32891">
              <w:rPr>
                <w:rFonts w:asciiTheme="minorHAnsi" w:hAnsiTheme="minorHAnsi"/>
                <w:noProof/>
                <w:kern w:val="2"/>
                <w:sz w:val="24"/>
                <w:szCs w:val="24"/>
                <w:lang w:eastAsia="ja-JP"/>
                <w14:ligatures w14:val="standardContextual"/>
              </w:rPr>
              <w:tab/>
            </w:r>
            <w:r w:rsidR="00B32891" w:rsidRPr="00732F62">
              <w:rPr>
                <w:rStyle w:val="Hyperlink"/>
                <w:noProof/>
              </w:rPr>
              <w:t>BAB 1</w:t>
            </w:r>
            <w:r w:rsidR="00B32891">
              <w:rPr>
                <w:noProof/>
                <w:webHidden/>
              </w:rPr>
              <w:tab/>
            </w:r>
            <w:r w:rsidR="00B32891">
              <w:rPr>
                <w:noProof/>
                <w:webHidden/>
              </w:rPr>
              <w:fldChar w:fldCharType="begin"/>
            </w:r>
            <w:r w:rsidR="00B32891">
              <w:rPr>
                <w:noProof/>
                <w:webHidden/>
              </w:rPr>
              <w:instrText xml:space="preserve"> PAGEREF _Toc233990521 \h </w:instrText>
            </w:r>
            <w:r w:rsidR="00B32891">
              <w:rPr>
                <w:noProof/>
                <w:webHidden/>
              </w:rPr>
            </w:r>
            <w:r w:rsidR="00B32891">
              <w:rPr>
                <w:noProof/>
                <w:webHidden/>
              </w:rPr>
              <w:fldChar w:fldCharType="separate"/>
            </w:r>
            <w:r w:rsidR="00375646">
              <w:rPr>
                <w:noProof/>
                <w:webHidden/>
              </w:rPr>
              <w:t>1-1</w:t>
            </w:r>
            <w:r w:rsidR="00B32891">
              <w:rPr>
                <w:noProof/>
                <w:webHidden/>
              </w:rPr>
              <w:fldChar w:fldCharType="end"/>
            </w:r>
          </w:hyperlink>
        </w:p>
        <w:p w14:paraId="60B0E563" w14:textId="09CE4FBF"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22" w:history="1">
            <w:r w:rsidR="00B32891" w:rsidRPr="00732F62">
              <w:rPr>
                <w:rStyle w:val="Hyperlink"/>
                <w:noProof/>
              </w:rPr>
              <w:t>1.1  Latar Belakang</w:t>
            </w:r>
            <w:r w:rsidR="00B32891">
              <w:rPr>
                <w:noProof/>
                <w:webHidden/>
              </w:rPr>
              <w:tab/>
            </w:r>
            <w:r w:rsidR="00B32891">
              <w:rPr>
                <w:noProof/>
                <w:webHidden/>
              </w:rPr>
              <w:fldChar w:fldCharType="begin"/>
            </w:r>
            <w:r w:rsidR="00B32891">
              <w:rPr>
                <w:noProof/>
                <w:webHidden/>
              </w:rPr>
              <w:instrText xml:space="preserve"> PAGEREF _Toc233990522 \h </w:instrText>
            </w:r>
            <w:r w:rsidR="00B32891">
              <w:rPr>
                <w:noProof/>
                <w:webHidden/>
              </w:rPr>
            </w:r>
            <w:r w:rsidR="00B32891">
              <w:rPr>
                <w:noProof/>
                <w:webHidden/>
              </w:rPr>
              <w:fldChar w:fldCharType="separate"/>
            </w:r>
            <w:r w:rsidR="00375646">
              <w:rPr>
                <w:noProof/>
                <w:webHidden/>
              </w:rPr>
              <w:t>1-1</w:t>
            </w:r>
            <w:r w:rsidR="00B32891">
              <w:rPr>
                <w:noProof/>
                <w:webHidden/>
              </w:rPr>
              <w:fldChar w:fldCharType="end"/>
            </w:r>
          </w:hyperlink>
        </w:p>
        <w:p w14:paraId="7D5CEF7D" w14:textId="0EF0E95E"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23" w:history="1">
            <w:r w:rsidR="00B32891" w:rsidRPr="00732F62">
              <w:rPr>
                <w:rStyle w:val="Hyperlink"/>
                <w:noProof/>
              </w:rPr>
              <w:t>1.2  Rumusan Masalah</w:t>
            </w:r>
            <w:r w:rsidR="00B32891">
              <w:rPr>
                <w:noProof/>
                <w:webHidden/>
              </w:rPr>
              <w:tab/>
            </w:r>
            <w:r w:rsidR="00B32891">
              <w:rPr>
                <w:noProof/>
                <w:webHidden/>
              </w:rPr>
              <w:fldChar w:fldCharType="begin"/>
            </w:r>
            <w:r w:rsidR="00B32891">
              <w:rPr>
                <w:noProof/>
                <w:webHidden/>
              </w:rPr>
              <w:instrText xml:space="preserve"> PAGEREF _Toc233990523 \h </w:instrText>
            </w:r>
            <w:r w:rsidR="00B32891">
              <w:rPr>
                <w:noProof/>
                <w:webHidden/>
              </w:rPr>
            </w:r>
            <w:r w:rsidR="00B32891">
              <w:rPr>
                <w:noProof/>
                <w:webHidden/>
              </w:rPr>
              <w:fldChar w:fldCharType="separate"/>
            </w:r>
            <w:r w:rsidR="00375646">
              <w:rPr>
                <w:noProof/>
                <w:webHidden/>
              </w:rPr>
              <w:t>1-3</w:t>
            </w:r>
            <w:r w:rsidR="00B32891">
              <w:rPr>
                <w:noProof/>
                <w:webHidden/>
              </w:rPr>
              <w:fldChar w:fldCharType="end"/>
            </w:r>
          </w:hyperlink>
        </w:p>
        <w:p w14:paraId="715C7728" w14:textId="5BB6A3BC"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24" w:history="1">
            <w:r w:rsidR="00B32891" w:rsidRPr="00732F62">
              <w:rPr>
                <w:rStyle w:val="Hyperlink"/>
                <w:noProof/>
              </w:rPr>
              <w:t>1.3  Tujuan Tugas Akhir</w:t>
            </w:r>
            <w:r w:rsidR="00B32891">
              <w:rPr>
                <w:noProof/>
                <w:webHidden/>
              </w:rPr>
              <w:tab/>
            </w:r>
            <w:r w:rsidR="00B32891">
              <w:rPr>
                <w:noProof/>
                <w:webHidden/>
              </w:rPr>
              <w:fldChar w:fldCharType="begin"/>
            </w:r>
            <w:r w:rsidR="00B32891">
              <w:rPr>
                <w:noProof/>
                <w:webHidden/>
              </w:rPr>
              <w:instrText xml:space="preserve"> PAGEREF _Toc233990524 \h </w:instrText>
            </w:r>
            <w:r w:rsidR="00B32891">
              <w:rPr>
                <w:noProof/>
                <w:webHidden/>
              </w:rPr>
            </w:r>
            <w:r w:rsidR="00B32891">
              <w:rPr>
                <w:noProof/>
                <w:webHidden/>
              </w:rPr>
              <w:fldChar w:fldCharType="separate"/>
            </w:r>
            <w:r w:rsidR="00375646">
              <w:rPr>
                <w:noProof/>
                <w:webHidden/>
              </w:rPr>
              <w:t>1-3</w:t>
            </w:r>
            <w:r w:rsidR="00B32891">
              <w:rPr>
                <w:noProof/>
                <w:webHidden/>
              </w:rPr>
              <w:fldChar w:fldCharType="end"/>
            </w:r>
          </w:hyperlink>
        </w:p>
        <w:p w14:paraId="03543757" w14:textId="090CB1B0"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25" w:history="1">
            <w:r w:rsidR="00B32891" w:rsidRPr="00732F62">
              <w:rPr>
                <w:rStyle w:val="Hyperlink"/>
                <w:noProof/>
              </w:rPr>
              <w:t>1.4  Lingkup Tugas Akhir</w:t>
            </w:r>
            <w:r w:rsidR="00B32891">
              <w:rPr>
                <w:noProof/>
                <w:webHidden/>
              </w:rPr>
              <w:tab/>
            </w:r>
            <w:r w:rsidR="00B32891">
              <w:rPr>
                <w:noProof/>
                <w:webHidden/>
              </w:rPr>
              <w:fldChar w:fldCharType="begin"/>
            </w:r>
            <w:r w:rsidR="00B32891">
              <w:rPr>
                <w:noProof/>
                <w:webHidden/>
              </w:rPr>
              <w:instrText xml:space="preserve"> PAGEREF _Toc233990525 \h </w:instrText>
            </w:r>
            <w:r w:rsidR="00B32891">
              <w:rPr>
                <w:noProof/>
                <w:webHidden/>
              </w:rPr>
            </w:r>
            <w:r w:rsidR="00B32891">
              <w:rPr>
                <w:noProof/>
                <w:webHidden/>
              </w:rPr>
              <w:fldChar w:fldCharType="separate"/>
            </w:r>
            <w:r w:rsidR="00375646">
              <w:rPr>
                <w:noProof/>
                <w:webHidden/>
              </w:rPr>
              <w:t>1-3</w:t>
            </w:r>
            <w:r w:rsidR="00B32891">
              <w:rPr>
                <w:noProof/>
                <w:webHidden/>
              </w:rPr>
              <w:fldChar w:fldCharType="end"/>
            </w:r>
          </w:hyperlink>
        </w:p>
        <w:p w14:paraId="50DBB72E" w14:textId="4DD2F388"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26" w:history="1">
            <w:r w:rsidR="00B32891" w:rsidRPr="00732F62">
              <w:rPr>
                <w:rStyle w:val="Hyperlink"/>
                <w:noProof/>
              </w:rPr>
              <w:t>1.5  Metodologi Tugas Akhir</w:t>
            </w:r>
            <w:r w:rsidR="00B32891">
              <w:rPr>
                <w:noProof/>
                <w:webHidden/>
              </w:rPr>
              <w:tab/>
            </w:r>
            <w:r w:rsidR="00B32891">
              <w:rPr>
                <w:noProof/>
                <w:webHidden/>
              </w:rPr>
              <w:fldChar w:fldCharType="begin"/>
            </w:r>
            <w:r w:rsidR="00B32891">
              <w:rPr>
                <w:noProof/>
                <w:webHidden/>
              </w:rPr>
              <w:instrText xml:space="preserve"> PAGEREF _Toc233990526 \h </w:instrText>
            </w:r>
            <w:r w:rsidR="00B32891">
              <w:rPr>
                <w:noProof/>
                <w:webHidden/>
              </w:rPr>
            </w:r>
            <w:r w:rsidR="00B32891">
              <w:rPr>
                <w:noProof/>
                <w:webHidden/>
              </w:rPr>
              <w:fldChar w:fldCharType="separate"/>
            </w:r>
            <w:r w:rsidR="00375646">
              <w:rPr>
                <w:noProof/>
                <w:webHidden/>
              </w:rPr>
              <w:t>1-4</w:t>
            </w:r>
            <w:r w:rsidR="00B32891">
              <w:rPr>
                <w:noProof/>
                <w:webHidden/>
              </w:rPr>
              <w:fldChar w:fldCharType="end"/>
            </w:r>
          </w:hyperlink>
        </w:p>
        <w:p w14:paraId="180F50DC" w14:textId="0C8A7EB0"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27" w:history="1">
            <w:r w:rsidR="00B32891" w:rsidRPr="00732F62">
              <w:rPr>
                <w:rStyle w:val="Hyperlink"/>
                <w:noProof/>
              </w:rPr>
              <w:t>1.6  Sistematika Penulisan</w:t>
            </w:r>
            <w:r w:rsidR="00B32891">
              <w:rPr>
                <w:noProof/>
                <w:webHidden/>
              </w:rPr>
              <w:tab/>
            </w:r>
            <w:r w:rsidR="00B32891">
              <w:rPr>
                <w:noProof/>
                <w:webHidden/>
              </w:rPr>
              <w:fldChar w:fldCharType="begin"/>
            </w:r>
            <w:r w:rsidR="00B32891">
              <w:rPr>
                <w:noProof/>
                <w:webHidden/>
              </w:rPr>
              <w:instrText xml:space="preserve"> PAGEREF _Toc233990527 \h </w:instrText>
            </w:r>
            <w:r w:rsidR="00B32891">
              <w:rPr>
                <w:noProof/>
                <w:webHidden/>
              </w:rPr>
            </w:r>
            <w:r w:rsidR="00B32891">
              <w:rPr>
                <w:noProof/>
                <w:webHidden/>
              </w:rPr>
              <w:fldChar w:fldCharType="separate"/>
            </w:r>
            <w:r w:rsidR="00375646">
              <w:rPr>
                <w:noProof/>
                <w:webHidden/>
              </w:rPr>
              <w:t>1-6</w:t>
            </w:r>
            <w:r w:rsidR="00B32891">
              <w:rPr>
                <w:noProof/>
                <w:webHidden/>
              </w:rPr>
              <w:fldChar w:fldCharType="end"/>
            </w:r>
          </w:hyperlink>
        </w:p>
        <w:p w14:paraId="1E9DB6AE" w14:textId="5FE35DAB" w:rsidR="00B32891" w:rsidRDefault="00000000">
          <w:pPr>
            <w:pStyle w:val="TOC1"/>
            <w:tabs>
              <w:tab w:val="left" w:pos="440"/>
              <w:tab w:val="right" w:leader="dot" w:pos="9061"/>
            </w:tabs>
            <w:rPr>
              <w:rFonts w:asciiTheme="minorHAnsi" w:hAnsiTheme="minorHAnsi"/>
              <w:noProof/>
              <w:kern w:val="2"/>
              <w:sz w:val="24"/>
              <w:szCs w:val="24"/>
              <w:lang w:eastAsia="ja-JP"/>
              <w14:ligatures w14:val="standardContextual"/>
            </w:rPr>
          </w:pPr>
          <w:hyperlink w:anchor="_Toc233990528" w:history="1">
            <w:r w:rsidR="00B32891" w:rsidRPr="00732F62">
              <w:rPr>
                <w:rStyle w:val="Hyperlink"/>
                <w:noProof/>
              </w:rPr>
              <w:t>2</w:t>
            </w:r>
            <w:r w:rsidR="00B32891">
              <w:rPr>
                <w:rFonts w:asciiTheme="minorHAnsi" w:hAnsiTheme="minorHAnsi"/>
                <w:noProof/>
                <w:kern w:val="2"/>
                <w:sz w:val="24"/>
                <w:szCs w:val="24"/>
                <w:lang w:eastAsia="ja-JP"/>
                <w14:ligatures w14:val="standardContextual"/>
              </w:rPr>
              <w:tab/>
            </w:r>
            <w:r w:rsidR="00B32891" w:rsidRPr="00732F62">
              <w:rPr>
                <w:rStyle w:val="Hyperlink"/>
                <w:noProof/>
              </w:rPr>
              <w:t>BAB 2</w:t>
            </w:r>
            <w:r w:rsidR="00B32891">
              <w:rPr>
                <w:noProof/>
                <w:webHidden/>
              </w:rPr>
              <w:tab/>
            </w:r>
            <w:r w:rsidR="00B32891">
              <w:rPr>
                <w:noProof/>
                <w:webHidden/>
              </w:rPr>
              <w:fldChar w:fldCharType="begin"/>
            </w:r>
            <w:r w:rsidR="00B32891">
              <w:rPr>
                <w:noProof/>
                <w:webHidden/>
              </w:rPr>
              <w:instrText xml:space="preserve"> PAGEREF _Toc233990528 \h </w:instrText>
            </w:r>
            <w:r w:rsidR="00B32891">
              <w:rPr>
                <w:noProof/>
                <w:webHidden/>
              </w:rPr>
            </w:r>
            <w:r w:rsidR="00B32891">
              <w:rPr>
                <w:noProof/>
                <w:webHidden/>
              </w:rPr>
              <w:fldChar w:fldCharType="separate"/>
            </w:r>
            <w:r w:rsidR="00375646">
              <w:rPr>
                <w:noProof/>
                <w:webHidden/>
              </w:rPr>
              <w:t>2-1</w:t>
            </w:r>
            <w:r w:rsidR="00B32891">
              <w:rPr>
                <w:noProof/>
                <w:webHidden/>
              </w:rPr>
              <w:fldChar w:fldCharType="end"/>
            </w:r>
          </w:hyperlink>
        </w:p>
        <w:p w14:paraId="2375F1E0" w14:textId="38C42CB8"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29" w:history="1">
            <w:r w:rsidR="00B32891" w:rsidRPr="00732F62">
              <w:rPr>
                <w:rStyle w:val="Hyperlink"/>
                <w:noProof/>
              </w:rPr>
              <w:t>2.1  Pembelajaran Mesin</w:t>
            </w:r>
            <w:r w:rsidR="00B32891">
              <w:rPr>
                <w:noProof/>
                <w:webHidden/>
              </w:rPr>
              <w:tab/>
            </w:r>
            <w:r w:rsidR="00B32891">
              <w:rPr>
                <w:noProof/>
                <w:webHidden/>
              </w:rPr>
              <w:fldChar w:fldCharType="begin"/>
            </w:r>
            <w:r w:rsidR="00B32891">
              <w:rPr>
                <w:noProof/>
                <w:webHidden/>
              </w:rPr>
              <w:instrText xml:space="preserve"> PAGEREF _Toc233990529 \h </w:instrText>
            </w:r>
            <w:r w:rsidR="00B32891">
              <w:rPr>
                <w:noProof/>
                <w:webHidden/>
              </w:rPr>
            </w:r>
            <w:r w:rsidR="00B32891">
              <w:rPr>
                <w:noProof/>
                <w:webHidden/>
              </w:rPr>
              <w:fldChar w:fldCharType="separate"/>
            </w:r>
            <w:r w:rsidR="00375646">
              <w:rPr>
                <w:noProof/>
                <w:webHidden/>
              </w:rPr>
              <w:t>2-1</w:t>
            </w:r>
            <w:r w:rsidR="00B32891">
              <w:rPr>
                <w:noProof/>
                <w:webHidden/>
              </w:rPr>
              <w:fldChar w:fldCharType="end"/>
            </w:r>
          </w:hyperlink>
        </w:p>
        <w:p w14:paraId="7ECCEED8" w14:textId="304A56D0" w:rsidR="00B32891" w:rsidRDefault="00000000">
          <w:pPr>
            <w:pStyle w:val="TOC3"/>
            <w:tabs>
              <w:tab w:val="right" w:leader="dot" w:pos="9061"/>
            </w:tabs>
            <w:rPr>
              <w:rFonts w:asciiTheme="minorHAnsi" w:hAnsiTheme="minorHAnsi"/>
              <w:noProof/>
              <w:kern w:val="2"/>
              <w:sz w:val="24"/>
              <w:szCs w:val="24"/>
              <w:lang w:eastAsia="ja-JP"/>
              <w14:ligatures w14:val="standardContextual"/>
            </w:rPr>
          </w:pPr>
          <w:hyperlink w:anchor="_Toc233990530" w:history="1">
            <w:r w:rsidR="00B32891" w:rsidRPr="00732F62">
              <w:rPr>
                <w:rStyle w:val="Hyperlink"/>
                <w:noProof/>
              </w:rPr>
              <w:t>2.1.1  Supervised Learning</w:t>
            </w:r>
            <w:r w:rsidR="00B32891">
              <w:rPr>
                <w:noProof/>
                <w:webHidden/>
              </w:rPr>
              <w:tab/>
            </w:r>
            <w:r w:rsidR="00B32891">
              <w:rPr>
                <w:noProof/>
                <w:webHidden/>
              </w:rPr>
              <w:fldChar w:fldCharType="begin"/>
            </w:r>
            <w:r w:rsidR="00B32891">
              <w:rPr>
                <w:noProof/>
                <w:webHidden/>
              </w:rPr>
              <w:instrText xml:space="preserve"> PAGEREF _Toc233990530 \h </w:instrText>
            </w:r>
            <w:r w:rsidR="00B32891">
              <w:rPr>
                <w:noProof/>
                <w:webHidden/>
              </w:rPr>
            </w:r>
            <w:r w:rsidR="00B32891">
              <w:rPr>
                <w:noProof/>
                <w:webHidden/>
              </w:rPr>
              <w:fldChar w:fldCharType="separate"/>
            </w:r>
            <w:r w:rsidR="00375646">
              <w:rPr>
                <w:noProof/>
                <w:webHidden/>
              </w:rPr>
              <w:t>2-1</w:t>
            </w:r>
            <w:r w:rsidR="00B32891">
              <w:rPr>
                <w:noProof/>
                <w:webHidden/>
              </w:rPr>
              <w:fldChar w:fldCharType="end"/>
            </w:r>
          </w:hyperlink>
        </w:p>
        <w:p w14:paraId="16F3D7D2" w14:textId="75FED741" w:rsidR="00B32891" w:rsidRDefault="00000000">
          <w:pPr>
            <w:pStyle w:val="TOC3"/>
            <w:tabs>
              <w:tab w:val="right" w:leader="dot" w:pos="9061"/>
            </w:tabs>
            <w:rPr>
              <w:rFonts w:asciiTheme="minorHAnsi" w:hAnsiTheme="minorHAnsi"/>
              <w:noProof/>
              <w:kern w:val="2"/>
              <w:sz w:val="24"/>
              <w:szCs w:val="24"/>
              <w:lang w:eastAsia="ja-JP"/>
              <w14:ligatures w14:val="standardContextual"/>
            </w:rPr>
          </w:pPr>
          <w:hyperlink w:anchor="_Toc233990531" w:history="1">
            <w:r w:rsidR="00B32891" w:rsidRPr="00732F62">
              <w:rPr>
                <w:rStyle w:val="Hyperlink"/>
                <w:noProof/>
              </w:rPr>
              <w:t>2.1.2  Unsupervised Learning</w:t>
            </w:r>
            <w:r w:rsidR="00B32891">
              <w:rPr>
                <w:noProof/>
                <w:webHidden/>
              </w:rPr>
              <w:tab/>
            </w:r>
            <w:r w:rsidR="00B32891">
              <w:rPr>
                <w:noProof/>
                <w:webHidden/>
              </w:rPr>
              <w:fldChar w:fldCharType="begin"/>
            </w:r>
            <w:r w:rsidR="00B32891">
              <w:rPr>
                <w:noProof/>
                <w:webHidden/>
              </w:rPr>
              <w:instrText xml:space="preserve"> PAGEREF _Toc233990531 \h </w:instrText>
            </w:r>
            <w:r w:rsidR="00B32891">
              <w:rPr>
                <w:noProof/>
                <w:webHidden/>
              </w:rPr>
            </w:r>
            <w:r w:rsidR="00B32891">
              <w:rPr>
                <w:noProof/>
                <w:webHidden/>
              </w:rPr>
              <w:fldChar w:fldCharType="separate"/>
            </w:r>
            <w:r w:rsidR="00375646">
              <w:rPr>
                <w:noProof/>
                <w:webHidden/>
              </w:rPr>
              <w:t>2-1</w:t>
            </w:r>
            <w:r w:rsidR="00B32891">
              <w:rPr>
                <w:noProof/>
                <w:webHidden/>
              </w:rPr>
              <w:fldChar w:fldCharType="end"/>
            </w:r>
          </w:hyperlink>
        </w:p>
        <w:p w14:paraId="23AB56CD" w14:textId="049983C0" w:rsidR="00B32891" w:rsidRDefault="00000000">
          <w:pPr>
            <w:pStyle w:val="TOC3"/>
            <w:tabs>
              <w:tab w:val="right" w:leader="dot" w:pos="9061"/>
            </w:tabs>
            <w:rPr>
              <w:rFonts w:asciiTheme="minorHAnsi" w:hAnsiTheme="minorHAnsi"/>
              <w:noProof/>
              <w:kern w:val="2"/>
              <w:sz w:val="24"/>
              <w:szCs w:val="24"/>
              <w:lang w:eastAsia="ja-JP"/>
              <w14:ligatures w14:val="standardContextual"/>
            </w:rPr>
          </w:pPr>
          <w:hyperlink w:anchor="_Toc233990532" w:history="1">
            <w:r w:rsidR="00B32891" w:rsidRPr="00732F62">
              <w:rPr>
                <w:rStyle w:val="Hyperlink"/>
                <w:noProof/>
              </w:rPr>
              <w:t>2.1.3  Reinforcement Learning</w:t>
            </w:r>
            <w:r w:rsidR="00B32891">
              <w:rPr>
                <w:noProof/>
                <w:webHidden/>
              </w:rPr>
              <w:tab/>
            </w:r>
            <w:r w:rsidR="00B32891">
              <w:rPr>
                <w:noProof/>
                <w:webHidden/>
              </w:rPr>
              <w:fldChar w:fldCharType="begin"/>
            </w:r>
            <w:r w:rsidR="00B32891">
              <w:rPr>
                <w:noProof/>
                <w:webHidden/>
              </w:rPr>
              <w:instrText xml:space="preserve"> PAGEREF _Toc233990532 \h </w:instrText>
            </w:r>
            <w:r w:rsidR="00B32891">
              <w:rPr>
                <w:noProof/>
                <w:webHidden/>
              </w:rPr>
            </w:r>
            <w:r w:rsidR="00B32891">
              <w:rPr>
                <w:noProof/>
                <w:webHidden/>
              </w:rPr>
              <w:fldChar w:fldCharType="separate"/>
            </w:r>
            <w:r w:rsidR="00375646">
              <w:rPr>
                <w:noProof/>
                <w:webHidden/>
              </w:rPr>
              <w:t>2-2</w:t>
            </w:r>
            <w:r w:rsidR="00B32891">
              <w:rPr>
                <w:noProof/>
                <w:webHidden/>
              </w:rPr>
              <w:fldChar w:fldCharType="end"/>
            </w:r>
          </w:hyperlink>
        </w:p>
        <w:p w14:paraId="7F2DC332" w14:textId="4EF402E8"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33" w:history="1">
            <w:r w:rsidR="00B32891" w:rsidRPr="00732F62">
              <w:rPr>
                <w:rStyle w:val="Hyperlink"/>
                <w:noProof/>
              </w:rPr>
              <w:t>2.2  Reinforcement Learning</w:t>
            </w:r>
            <w:r w:rsidR="00B32891">
              <w:rPr>
                <w:noProof/>
                <w:webHidden/>
              </w:rPr>
              <w:tab/>
            </w:r>
            <w:r w:rsidR="00B32891">
              <w:rPr>
                <w:noProof/>
                <w:webHidden/>
              </w:rPr>
              <w:fldChar w:fldCharType="begin"/>
            </w:r>
            <w:r w:rsidR="00B32891">
              <w:rPr>
                <w:noProof/>
                <w:webHidden/>
              </w:rPr>
              <w:instrText xml:space="preserve"> PAGEREF _Toc233990533 \h </w:instrText>
            </w:r>
            <w:r w:rsidR="00B32891">
              <w:rPr>
                <w:noProof/>
                <w:webHidden/>
              </w:rPr>
            </w:r>
            <w:r w:rsidR="00B32891">
              <w:rPr>
                <w:noProof/>
                <w:webHidden/>
              </w:rPr>
              <w:fldChar w:fldCharType="separate"/>
            </w:r>
            <w:r w:rsidR="00375646">
              <w:rPr>
                <w:noProof/>
                <w:webHidden/>
              </w:rPr>
              <w:t>2-2</w:t>
            </w:r>
            <w:r w:rsidR="00B32891">
              <w:rPr>
                <w:noProof/>
                <w:webHidden/>
              </w:rPr>
              <w:fldChar w:fldCharType="end"/>
            </w:r>
          </w:hyperlink>
        </w:p>
        <w:p w14:paraId="19A6555E" w14:textId="3045B363"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34" w:history="1">
            <w:r w:rsidR="00B32891" w:rsidRPr="00732F62">
              <w:rPr>
                <w:rStyle w:val="Hyperlink"/>
                <w:noProof/>
              </w:rPr>
              <w:t>2.3  Deep Q-Network (DQN)</w:t>
            </w:r>
            <w:r w:rsidR="00B32891">
              <w:rPr>
                <w:noProof/>
                <w:webHidden/>
              </w:rPr>
              <w:tab/>
            </w:r>
            <w:r w:rsidR="00B32891">
              <w:rPr>
                <w:noProof/>
                <w:webHidden/>
              </w:rPr>
              <w:fldChar w:fldCharType="begin"/>
            </w:r>
            <w:r w:rsidR="00B32891">
              <w:rPr>
                <w:noProof/>
                <w:webHidden/>
              </w:rPr>
              <w:instrText xml:space="preserve"> PAGEREF _Toc233990534 \h </w:instrText>
            </w:r>
            <w:r w:rsidR="00B32891">
              <w:rPr>
                <w:noProof/>
                <w:webHidden/>
              </w:rPr>
            </w:r>
            <w:r w:rsidR="00B32891">
              <w:rPr>
                <w:noProof/>
                <w:webHidden/>
              </w:rPr>
              <w:fldChar w:fldCharType="separate"/>
            </w:r>
            <w:r w:rsidR="00375646">
              <w:rPr>
                <w:noProof/>
                <w:webHidden/>
              </w:rPr>
              <w:t>2-4</w:t>
            </w:r>
            <w:r w:rsidR="00B32891">
              <w:rPr>
                <w:noProof/>
                <w:webHidden/>
              </w:rPr>
              <w:fldChar w:fldCharType="end"/>
            </w:r>
          </w:hyperlink>
        </w:p>
        <w:p w14:paraId="1D25C8E6" w14:textId="79B2FE65"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35" w:history="1">
            <w:r w:rsidR="00B32891" w:rsidRPr="00732F62">
              <w:rPr>
                <w:rStyle w:val="Hyperlink"/>
                <w:noProof/>
              </w:rPr>
              <w:t xml:space="preserve">2.4  Ekstensi DQN: </w:t>
            </w:r>
            <w:r w:rsidR="00B32891" w:rsidRPr="00732F62">
              <w:rPr>
                <w:rStyle w:val="Hyperlink"/>
                <w:i/>
                <w:noProof/>
              </w:rPr>
              <w:t>Double DQN</w:t>
            </w:r>
            <w:r w:rsidR="00B32891" w:rsidRPr="00732F62">
              <w:rPr>
                <w:rStyle w:val="Hyperlink"/>
                <w:noProof/>
              </w:rPr>
              <w:t xml:space="preserve"> dan </w:t>
            </w:r>
            <w:r w:rsidR="00B32891" w:rsidRPr="00732F62">
              <w:rPr>
                <w:rStyle w:val="Hyperlink"/>
                <w:i/>
                <w:noProof/>
              </w:rPr>
              <w:t>n-step Return</w:t>
            </w:r>
            <w:r w:rsidR="00B32891">
              <w:rPr>
                <w:noProof/>
                <w:webHidden/>
              </w:rPr>
              <w:tab/>
            </w:r>
            <w:r w:rsidR="00B32891">
              <w:rPr>
                <w:noProof/>
                <w:webHidden/>
              </w:rPr>
              <w:fldChar w:fldCharType="begin"/>
            </w:r>
            <w:r w:rsidR="00B32891">
              <w:rPr>
                <w:noProof/>
                <w:webHidden/>
              </w:rPr>
              <w:instrText xml:space="preserve"> PAGEREF _Toc233990535 \h </w:instrText>
            </w:r>
            <w:r w:rsidR="00B32891">
              <w:rPr>
                <w:noProof/>
                <w:webHidden/>
              </w:rPr>
            </w:r>
            <w:r w:rsidR="00B32891">
              <w:rPr>
                <w:noProof/>
                <w:webHidden/>
              </w:rPr>
              <w:fldChar w:fldCharType="separate"/>
            </w:r>
            <w:r w:rsidR="00375646">
              <w:rPr>
                <w:noProof/>
                <w:webHidden/>
              </w:rPr>
              <w:t>2-6</w:t>
            </w:r>
            <w:r w:rsidR="00B32891">
              <w:rPr>
                <w:noProof/>
                <w:webHidden/>
              </w:rPr>
              <w:fldChar w:fldCharType="end"/>
            </w:r>
          </w:hyperlink>
        </w:p>
        <w:p w14:paraId="4D98D98C" w14:textId="559CF549" w:rsidR="00B32891" w:rsidRDefault="00000000">
          <w:pPr>
            <w:pStyle w:val="TOC3"/>
            <w:tabs>
              <w:tab w:val="right" w:leader="dot" w:pos="9061"/>
            </w:tabs>
            <w:rPr>
              <w:rFonts w:asciiTheme="minorHAnsi" w:hAnsiTheme="minorHAnsi"/>
              <w:noProof/>
              <w:kern w:val="2"/>
              <w:sz w:val="24"/>
              <w:szCs w:val="24"/>
              <w:lang w:eastAsia="ja-JP"/>
              <w14:ligatures w14:val="standardContextual"/>
            </w:rPr>
          </w:pPr>
          <w:hyperlink w:anchor="_Toc233990536" w:history="1">
            <w:r w:rsidR="00B32891" w:rsidRPr="00732F62">
              <w:rPr>
                <w:rStyle w:val="Hyperlink"/>
                <w:noProof/>
              </w:rPr>
              <w:t xml:space="preserve">2.4.1  </w:t>
            </w:r>
            <w:r w:rsidR="00B32891" w:rsidRPr="00732F62">
              <w:rPr>
                <w:rStyle w:val="Hyperlink"/>
                <w:i/>
                <w:iCs/>
                <w:noProof/>
              </w:rPr>
              <w:t xml:space="preserve">Double </w:t>
            </w:r>
            <w:r w:rsidR="00B32891" w:rsidRPr="00732F62">
              <w:rPr>
                <w:rStyle w:val="Hyperlink"/>
                <w:noProof/>
              </w:rPr>
              <w:t>DQN</w:t>
            </w:r>
            <w:r w:rsidR="00B32891">
              <w:rPr>
                <w:noProof/>
                <w:webHidden/>
              </w:rPr>
              <w:tab/>
            </w:r>
            <w:r w:rsidR="00B32891">
              <w:rPr>
                <w:noProof/>
                <w:webHidden/>
              </w:rPr>
              <w:fldChar w:fldCharType="begin"/>
            </w:r>
            <w:r w:rsidR="00B32891">
              <w:rPr>
                <w:noProof/>
                <w:webHidden/>
              </w:rPr>
              <w:instrText xml:space="preserve"> PAGEREF _Toc233990536 \h </w:instrText>
            </w:r>
            <w:r w:rsidR="00B32891">
              <w:rPr>
                <w:noProof/>
                <w:webHidden/>
              </w:rPr>
            </w:r>
            <w:r w:rsidR="00B32891">
              <w:rPr>
                <w:noProof/>
                <w:webHidden/>
              </w:rPr>
              <w:fldChar w:fldCharType="separate"/>
            </w:r>
            <w:r w:rsidR="00375646">
              <w:rPr>
                <w:noProof/>
                <w:webHidden/>
              </w:rPr>
              <w:t>2-6</w:t>
            </w:r>
            <w:r w:rsidR="00B32891">
              <w:rPr>
                <w:noProof/>
                <w:webHidden/>
              </w:rPr>
              <w:fldChar w:fldCharType="end"/>
            </w:r>
          </w:hyperlink>
        </w:p>
        <w:p w14:paraId="7BDEC053" w14:textId="5D7C89BE" w:rsidR="00B32891" w:rsidRDefault="00000000">
          <w:pPr>
            <w:pStyle w:val="TOC3"/>
            <w:tabs>
              <w:tab w:val="right" w:leader="dot" w:pos="9061"/>
            </w:tabs>
            <w:rPr>
              <w:rFonts w:asciiTheme="minorHAnsi" w:hAnsiTheme="minorHAnsi"/>
              <w:noProof/>
              <w:kern w:val="2"/>
              <w:sz w:val="24"/>
              <w:szCs w:val="24"/>
              <w:lang w:eastAsia="ja-JP"/>
              <w14:ligatures w14:val="standardContextual"/>
            </w:rPr>
          </w:pPr>
          <w:hyperlink w:anchor="_Toc233990537" w:history="1">
            <w:r w:rsidR="00B32891" w:rsidRPr="00732F62">
              <w:rPr>
                <w:rStyle w:val="Hyperlink"/>
                <w:noProof/>
              </w:rPr>
              <w:t xml:space="preserve">2.4.2  </w:t>
            </w:r>
            <w:r w:rsidR="00B32891" w:rsidRPr="00732F62">
              <w:rPr>
                <w:rStyle w:val="Hyperlink"/>
                <w:i/>
                <w:iCs/>
                <w:noProof/>
              </w:rPr>
              <w:t>n-step Return</w:t>
            </w:r>
            <w:r w:rsidR="00B32891">
              <w:rPr>
                <w:noProof/>
                <w:webHidden/>
              </w:rPr>
              <w:tab/>
            </w:r>
            <w:r w:rsidR="00B32891">
              <w:rPr>
                <w:noProof/>
                <w:webHidden/>
              </w:rPr>
              <w:fldChar w:fldCharType="begin"/>
            </w:r>
            <w:r w:rsidR="00B32891">
              <w:rPr>
                <w:noProof/>
                <w:webHidden/>
              </w:rPr>
              <w:instrText xml:space="preserve"> PAGEREF _Toc233990537 \h </w:instrText>
            </w:r>
            <w:r w:rsidR="00B32891">
              <w:rPr>
                <w:noProof/>
                <w:webHidden/>
              </w:rPr>
            </w:r>
            <w:r w:rsidR="00B32891">
              <w:rPr>
                <w:noProof/>
                <w:webHidden/>
              </w:rPr>
              <w:fldChar w:fldCharType="separate"/>
            </w:r>
            <w:r w:rsidR="00375646">
              <w:rPr>
                <w:noProof/>
                <w:webHidden/>
              </w:rPr>
              <w:t>2-6</w:t>
            </w:r>
            <w:r w:rsidR="00B32891">
              <w:rPr>
                <w:noProof/>
                <w:webHidden/>
              </w:rPr>
              <w:fldChar w:fldCharType="end"/>
            </w:r>
          </w:hyperlink>
        </w:p>
        <w:p w14:paraId="2B8522A5" w14:textId="2A353754"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38" w:history="1">
            <w:r w:rsidR="00B32891" w:rsidRPr="00732F62">
              <w:rPr>
                <w:rStyle w:val="Hyperlink"/>
                <w:noProof/>
              </w:rPr>
              <w:t>2.5  Convolutional Neural Network</w:t>
            </w:r>
            <w:r w:rsidR="00B32891">
              <w:rPr>
                <w:noProof/>
                <w:webHidden/>
              </w:rPr>
              <w:tab/>
            </w:r>
            <w:r w:rsidR="00B32891">
              <w:rPr>
                <w:noProof/>
                <w:webHidden/>
              </w:rPr>
              <w:fldChar w:fldCharType="begin"/>
            </w:r>
            <w:r w:rsidR="00B32891">
              <w:rPr>
                <w:noProof/>
                <w:webHidden/>
              </w:rPr>
              <w:instrText xml:space="preserve"> PAGEREF _Toc233990538 \h </w:instrText>
            </w:r>
            <w:r w:rsidR="00B32891">
              <w:rPr>
                <w:noProof/>
                <w:webHidden/>
              </w:rPr>
            </w:r>
            <w:r w:rsidR="00B32891">
              <w:rPr>
                <w:noProof/>
                <w:webHidden/>
              </w:rPr>
              <w:fldChar w:fldCharType="separate"/>
            </w:r>
            <w:r w:rsidR="00375646">
              <w:rPr>
                <w:noProof/>
                <w:webHidden/>
              </w:rPr>
              <w:t>2-7</w:t>
            </w:r>
            <w:r w:rsidR="00B32891">
              <w:rPr>
                <w:noProof/>
                <w:webHidden/>
              </w:rPr>
              <w:fldChar w:fldCharType="end"/>
            </w:r>
          </w:hyperlink>
        </w:p>
        <w:p w14:paraId="2D8EDC66" w14:textId="2DA972C5"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39" w:history="1">
            <w:r w:rsidR="00B32891" w:rsidRPr="00732F62">
              <w:rPr>
                <w:rStyle w:val="Hyperlink"/>
                <w:noProof/>
              </w:rPr>
              <w:t xml:space="preserve">2.6  </w:t>
            </w:r>
            <w:r w:rsidR="00B32891" w:rsidRPr="00732F62">
              <w:rPr>
                <w:rStyle w:val="Hyperlink"/>
                <w:i/>
                <w:noProof/>
              </w:rPr>
              <w:t>End-to-End Learning</w:t>
            </w:r>
            <w:r w:rsidR="00B32891" w:rsidRPr="00732F62">
              <w:rPr>
                <w:rStyle w:val="Hyperlink"/>
                <w:noProof/>
              </w:rPr>
              <w:t xml:space="preserve"> untuk Kendaraan Otonom</w:t>
            </w:r>
            <w:r w:rsidR="00B32891">
              <w:rPr>
                <w:noProof/>
                <w:webHidden/>
              </w:rPr>
              <w:tab/>
            </w:r>
            <w:r w:rsidR="00B32891">
              <w:rPr>
                <w:noProof/>
                <w:webHidden/>
              </w:rPr>
              <w:fldChar w:fldCharType="begin"/>
            </w:r>
            <w:r w:rsidR="00B32891">
              <w:rPr>
                <w:noProof/>
                <w:webHidden/>
              </w:rPr>
              <w:instrText xml:space="preserve"> PAGEREF _Toc233990539 \h </w:instrText>
            </w:r>
            <w:r w:rsidR="00B32891">
              <w:rPr>
                <w:noProof/>
                <w:webHidden/>
              </w:rPr>
            </w:r>
            <w:r w:rsidR="00B32891">
              <w:rPr>
                <w:noProof/>
                <w:webHidden/>
              </w:rPr>
              <w:fldChar w:fldCharType="separate"/>
            </w:r>
            <w:r w:rsidR="00375646">
              <w:rPr>
                <w:noProof/>
                <w:webHidden/>
              </w:rPr>
              <w:t>2-8</w:t>
            </w:r>
            <w:r w:rsidR="00B32891">
              <w:rPr>
                <w:noProof/>
                <w:webHidden/>
              </w:rPr>
              <w:fldChar w:fldCharType="end"/>
            </w:r>
          </w:hyperlink>
        </w:p>
        <w:p w14:paraId="5CAA0155" w14:textId="437C3BB7"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40" w:history="1">
            <w:r w:rsidR="00B32891" w:rsidRPr="00732F62">
              <w:rPr>
                <w:rStyle w:val="Hyperlink"/>
                <w:noProof/>
              </w:rPr>
              <w:t>2.7  Arcade Learning Environment dan Atari Enduro</w:t>
            </w:r>
            <w:r w:rsidR="00B32891">
              <w:rPr>
                <w:noProof/>
                <w:webHidden/>
              </w:rPr>
              <w:tab/>
            </w:r>
            <w:r w:rsidR="00B32891">
              <w:rPr>
                <w:noProof/>
                <w:webHidden/>
              </w:rPr>
              <w:fldChar w:fldCharType="begin"/>
            </w:r>
            <w:r w:rsidR="00B32891">
              <w:rPr>
                <w:noProof/>
                <w:webHidden/>
              </w:rPr>
              <w:instrText xml:space="preserve"> PAGEREF _Toc233990540 \h </w:instrText>
            </w:r>
            <w:r w:rsidR="00B32891">
              <w:rPr>
                <w:noProof/>
                <w:webHidden/>
              </w:rPr>
            </w:r>
            <w:r w:rsidR="00B32891">
              <w:rPr>
                <w:noProof/>
                <w:webHidden/>
              </w:rPr>
              <w:fldChar w:fldCharType="separate"/>
            </w:r>
            <w:r w:rsidR="00375646">
              <w:rPr>
                <w:noProof/>
                <w:webHidden/>
              </w:rPr>
              <w:t>2-8</w:t>
            </w:r>
            <w:r w:rsidR="00B32891">
              <w:rPr>
                <w:noProof/>
                <w:webHidden/>
              </w:rPr>
              <w:fldChar w:fldCharType="end"/>
            </w:r>
          </w:hyperlink>
        </w:p>
        <w:p w14:paraId="0101F047" w14:textId="2A4972B5"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41" w:history="1">
            <w:r w:rsidR="00B32891" w:rsidRPr="00732F62">
              <w:rPr>
                <w:rStyle w:val="Hyperlink"/>
                <w:noProof/>
              </w:rPr>
              <w:t xml:space="preserve">2.8  Webots </w:t>
            </w:r>
            <w:r w:rsidR="00B32891" w:rsidRPr="00732F62">
              <w:rPr>
                <w:rStyle w:val="Hyperlink"/>
                <w:i/>
                <w:noProof/>
              </w:rPr>
              <w:t>Simulator</w:t>
            </w:r>
            <w:r w:rsidR="00B32891">
              <w:rPr>
                <w:noProof/>
                <w:webHidden/>
              </w:rPr>
              <w:tab/>
            </w:r>
            <w:r w:rsidR="00B32891">
              <w:rPr>
                <w:noProof/>
                <w:webHidden/>
              </w:rPr>
              <w:fldChar w:fldCharType="begin"/>
            </w:r>
            <w:r w:rsidR="00B32891">
              <w:rPr>
                <w:noProof/>
                <w:webHidden/>
              </w:rPr>
              <w:instrText xml:space="preserve"> PAGEREF _Toc233990541 \h </w:instrText>
            </w:r>
            <w:r w:rsidR="00B32891">
              <w:rPr>
                <w:noProof/>
                <w:webHidden/>
              </w:rPr>
            </w:r>
            <w:r w:rsidR="00B32891">
              <w:rPr>
                <w:noProof/>
                <w:webHidden/>
              </w:rPr>
              <w:fldChar w:fldCharType="separate"/>
            </w:r>
            <w:r w:rsidR="00375646">
              <w:rPr>
                <w:noProof/>
                <w:webHidden/>
              </w:rPr>
              <w:t>2-9</w:t>
            </w:r>
            <w:r w:rsidR="00B32891">
              <w:rPr>
                <w:noProof/>
                <w:webHidden/>
              </w:rPr>
              <w:fldChar w:fldCharType="end"/>
            </w:r>
          </w:hyperlink>
        </w:p>
        <w:p w14:paraId="426B7177" w14:textId="5F5FF353"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42" w:history="1">
            <w:r w:rsidR="00B32891" w:rsidRPr="00732F62">
              <w:rPr>
                <w:rStyle w:val="Hyperlink"/>
                <w:noProof/>
              </w:rPr>
              <w:t xml:space="preserve">2.9  </w:t>
            </w:r>
            <w:r w:rsidR="00B32891" w:rsidRPr="00732F62">
              <w:rPr>
                <w:rStyle w:val="Hyperlink"/>
                <w:i/>
                <w:noProof/>
              </w:rPr>
              <w:t>Stable-Baselines3</w:t>
            </w:r>
            <w:r w:rsidR="00B32891" w:rsidRPr="00732F62">
              <w:rPr>
                <w:rStyle w:val="Hyperlink"/>
                <w:noProof/>
              </w:rPr>
              <w:t xml:space="preserve"> dan Gymnasium</w:t>
            </w:r>
            <w:r w:rsidR="00B32891">
              <w:rPr>
                <w:noProof/>
                <w:webHidden/>
              </w:rPr>
              <w:tab/>
            </w:r>
            <w:r w:rsidR="00B32891">
              <w:rPr>
                <w:noProof/>
                <w:webHidden/>
              </w:rPr>
              <w:fldChar w:fldCharType="begin"/>
            </w:r>
            <w:r w:rsidR="00B32891">
              <w:rPr>
                <w:noProof/>
                <w:webHidden/>
              </w:rPr>
              <w:instrText xml:space="preserve"> PAGEREF _Toc233990542 \h </w:instrText>
            </w:r>
            <w:r w:rsidR="00B32891">
              <w:rPr>
                <w:noProof/>
                <w:webHidden/>
              </w:rPr>
            </w:r>
            <w:r w:rsidR="00B32891">
              <w:rPr>
                <w:noProof/>
                <w:webHidden/>
              </w:rPr>
              <w:fldChar w:fldCharType="separate"/>
            </w:r>
            <w:r w:rsidR="00375646">
              <w:rPr>
                <w:noProof/>
                <w:webHidden/>
              </w:rPr>
              <w:t>2-9</w:t>
            </w:r>
            <w:r w:rsidR="00B32891">
              <w:rPr>
                <w:noProof/>
                <w:webHidden/>
              </w:rPr>
              <w:fldChar w:fldCharType="end"/>
            </w:r>
          </w:hyperlink>
        </w:p>
        <w:p w14:paraId="2EECB960" w14:textId="3C621603"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43" w:history="1">
            <w:r w:rsidR="00B32891" w:rsidRPr="00732F62">
              <w:rPr>
                <w:rStyle w:val="Hyperlink"/>
                <w:noProof/>
              </w:rPr>
              <w:t>2.10  TensorBoard</w:t>
            </w:r>
            <w:r w:rsidR="00B32891">
              <w:rPr>
                <w:noProof/>
                <w:webHidden/>
              </w:rPr>
              <w:tab/>
            </w:r>
            <w:r w:rsidR="00B32891">
              <w:rPr>
                <w:noProof/>
                <w:webHidden/>
              </w:rPr>
              <w:fldChar w:fldCharType="begin"/>
            </w:r>
            <w:r w:rsidR="00B32891">
              <w:rPr>
                <w:noProof/>
                <w:webHidden/>
              </w:rPr>
              <w:instrText xml:space="preserve"> PAGEREF _Toc233990543 \h </w:instrText>
            </w:r>
            <w:r w:rsidR="00B32891">
              <w:rPr>
                <w:noProof/>
                <w:webHidden/>
              </w:rPr>
            </w:r>
            <w:r w:rsidR="00B32891">
              <w:rPr>
                <w:noProof/>
                <w:webHidden/>
              </w:rPr>
              <w:fldChar w:fldCharType="separate"/>
            </w:r>
            <w:r w:rsidR="00375646">
              <w:rPr>
                <w:noProof/>
                <w:webHidden/>
              </w:rPr>
              <w:t>2-9</w:t>
            </w:r>
            <w:r w:rsidR="00B32891">
              <w:rPr>
                <w:noProof/>
                <w:webHidden/>
              </w:rPr>
              <w:fldChar w:fldCharType="end"/>
            </w:r>
          </w:hyperlink>
        </w:p>
        <w:p w14:paraId="4A906055" w14:textId="2457EC1A"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44" w:history="1">
            <w:r w:rsidR="00B32891" w:rsidRPr="00964FEC">
              <w:rPr>
                <w:rStyle w:val="Hyperlink"/>
                <w:noProof/>
              </w:rPr>
              <w:t>2.11  Standar Keselamatan dan Metrik Evaluasi Kendaraan Otonom</w:t>
            </w:r>
            <w:r w:rsidR="00B32891" w:rsidRPr="00964FEC">
              <w:rPr>
                <w:noProof/>
                <w:webHidden/>
              </w:rPr>
              <w:tab/>
            </w:r>
            <w:r w:rsidR="00B32891" w:rsidRPr="00964FEC">
              <w:rPr>
                <w:noProof/>
                <w:webHidden/>
              </w:rPr>
              <w:fldChar w:fldCharType="begin"/>
            </w:r>
            <w:r w:rsidR="00B32891" w:rsidRPr="00964FEC">
              <w:rPr>
                <w:noProof/>
                <w:webHidden/>
              </w:rPr>
              <w:instrText xml:space="preserve"> PAGEREF _Toc233990544 \h </w:instrText>
            </w:r>
            <w:r w:rsidR="00B32891" w:rsidRPr="00964FEC">
              <w:rPr>
                <w:noProof/>
                <w:webHidden/>
              </w:rPr>
            </w:r>
            <w:r w:rsidR="00B32891" w:rsidRPr="00964FEC">
              <w:rPr>
                <w:noProof/>
                <w:webHidden/>
              </w:rPr>
              <w:fldChar w:fldCharType="separate"/>
            </w:r>
            <w:r w:rsidR="00375646">
              <w:rPr>
                <w:noProof/>
                <w:webHidden/>
              </w:rPr>
              <w:t>2-10</w:t>
            </w:r>
            <w:r w:rsidR="00B32891" w:rsidRPr="00964FEC">
              <w:rPr>
                <w:noProof/>
                <w:webHidden/>
              </w:rPr>
              <w:fldChar w:fldCharType="end"/>
            </w:r>
          </w:hyperlink>
        </w:p>
        <w:p w14:paraId="1FCC6928" w14:textId="706FCC59"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45" w:history="1">
            <w:r w:rsidR="00B32891" w:rsidRPr="00732F62">
              <w:rPr>
                <w:rStyle w:val="Hyperlink"/>
                <w:noProof/>
              </w:rPr>
              <w:t>2.12  Penelitian Terdahulu</w:t>
            </w:r>
            <w:r w:rsidR="00B32891">
              <w:rPr>
                <w:noProof/>
                <w:webHidden/>
              </w:rPr>
              <w:tab/>
            </w:r>
            <w:r w:rsidR="00B32891">
              <w:rPr>
                <w:noProof/>
                <w:webHidden/>
              </w:rPr>
              <w:fldChar w:fldCharType="begin"/>
            </w:r>
            <w:r w:rsidR="00B32891">
              <w:rPr>
                <w:noProof/>
                <w:webHidden/>
              </w:rPr>
              <w:instrText xml:space="preserve"> PAGEREF _Toc233990545 \h </w:instrText>
            </w:r>
            <w:r w:rsidR="00B32891">
              <w:rPr>
                <w:noProof/>
                <w:webHidden/>
              </w:rPr>
            </w:r>
            <w:r w:rsidR="00B32891">
              <w:rPr>
                <w:noProof/>
                <w:webHidden/>
              </w:rPr>
              <w:fldChar w:fldCharType="separate"/>
            </w:r>
            <w:r w:rsidR="00375646">
              <w:rPr>
                <w:noProof/>
                <w:webHidden/>
              </w:rPr>
              <w:t>2-11</w:t>
            </w:r>
            <w:r w:rsidR="00B32891">
              <w:rPr>
                <w:noProof/>
                <w:webHidden/>
              </w:rPr>
              <w:fldChar w:fldCharType="end"/>
            </w:r>
          </w:hyperlink>
        </w:p>
        <w:p w14:paraId="7FEAF9EC" w14:textId="5F3EE185" w:rsidR="00B32891" w:rsidRDefault="00000000">
          <w:pPr>
            <w:pStyle w:val="TOC1"/>
            <w:tabs>
              <w:tab w:val="left" w:pos="440"/>
              <w:tab w:val="right" w:leader="dot" w:pos="9061"/>
            </w:tabs>
            <w:rPr>
              <w:rFonts w:asciiTheme="minorHAnsi" w:hAnsiTheme="minorHAnsi"/>
              <w:noProof/>
              <w:kern w:val="2"/>
              <w:sz w:val="24"/>
              <w:szCs w:val="24"/>
              <w:lang w:eastAsia="ja-JP"/>
              <w14:ligatures w14:val="standardContextual"/>
            </w:rPr>
          </w:pPr>
          <w:hyperlink w:anchor="_Toc233990546" w:history="1">
            <w:r w:rsidR="00B32891" w:rsidRPr="00732F62">
              <w:rPr>
                <w:rStyle w:val="Hyperlink"/>
                <w:noProof/>
              </w:rPr>
              <w:t>3</w:t>
            </w:r>
            <w:r w:rsidR="00B32891">
              <w:rPr>
                <w:rFonts w:asciiTheme="minorHAnsi" w:hAnsiTheme="minorHAnsi"/>
                <w:noProof/>
                <w:kern w:val="2"/>
                <w:sz w:val="24"/>
                <w:szCs w:val="24"/>
                <w:lang w:eastAsia="ja-JP"/>
                <w14:ligatures w14:val="standardContextual"/>
              </w:rPr>
              <w:tab/>
            </w:r>
            <w:r w:rsidR="00B32891" w:rsidRPr="00732F62">
              <w:rPr>
                <w:rStyle w:val="Hyperlink"/>
                <w:noProof/>
              </w:rPr>
              <w:t>BAB 3</w:t>
            </w:r>
            <w:r w:rsidR="00B32891">
              <w:rPr>
                <w:noProof/>
                <w:webHidden/>
              </w:rPr>
              <w:tab/>
            </w:r>
            <w:r w:rsidR="00B32891">
              <w:rPr>
                <w:noProof/>
                <w:webHidden/>
              </w:rPr>
              <w:fldChar w:fldCharType="begin"/>
            </w:r>
            <w:r w:rsidR="00B32891">
              <w:rPr>
                <w:noProof/>
                <w:webHidden/>
              </w:rPr>
              <w:instrText xml:space="preserve"> PAGEREF _Toc233990546 \h </w:instrText>
            </w:r>
            <w:r w:rsidR="00B32891">
              <w:rPr>
                <w:noProof/>
                <w:webHidden/>
              </w:rPr>
            </w:r>
            <w:r w:rsidR="00B32891">
              <w:rPr>
                <w:noProof/>
                <w:webHidden/>
              </w:rPr>
              <w:fldChar w:fldCharType="separate"/>
            </w:r>
            <w:r w:rsidR="00375646">
              <w:rPr>
                <w:noProof/>
                <w:webHidden/>
              </w:rPr>
              <w:t>3-1</w:t>
            </w:r>
            <w:r w:rsidR="00B32891">
              <w:rPr>
                <w:noProof/>
                <w:webHidden/>
              </w:rPr>
              <w:fldChar w:fldCharType="end"/>
            </w:r>
          </w:hyperlink>
        </w:p>
        <w:p w14:paraId="7482BD21" w14:textId="67AE3B1F"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47" w:history="1">
            <w:r w:rsidR="00B32891" w:rsidRPr="00732F62">
              <w:rPr>
                <w:rStyle w:val="Hyperlink"/>
                <w:noProof/>
              </w:rPr>
              <w:t>3.1  Alur Penelitian Tugas Akhir</w:t>
            </w:r>
            <w:r w:rsidR="00B32891">
              <w:rPr>
                <w:noProof/>
                <w:webHidden/>
              </w:rPr>
              <w:tab/>
            </w:r>
            <w:r w:rsidR="00B32891">
              <w:rPr>
                <w:noProof/>
                <w:webHidden/>
              </w:rPr>
              <w:fldChar w:fldCharType="begin"/>
            </w:r>
            <w:r w:rsidR="00B32891">
              <w:rPr>
                <w:noProof/>
                <w:webHidden/>
              </w:rPr>
              <w:instrText xml:space="preserve"> PAGEREF _Toc233990547 \h </w:instrText>
            </w:r>
            <w:r w:rsidR="00B32891">
              <w:rPr>
                <w:noProof/>
                <w:webHidden/>
              </w:rPr>
            </w:r>
            <w:r w:rsidR="00B32891">
              <w:rPr>
                <w:noProof/>
                <w:webHidden/>
              </w:rPr>
              <w:fldChar w:fldCharType="separate"/>
            </w:r>
            <w:r w:rsidR="00375646">
              <w:rPr>
                <w:noProof/>
                <w:webHidden/>
              </w:rPr>
              <w:t>3-1</w:t>
            </w:r>
            <w:r w:rsidR="00B32891">
              <w:rPr>
                <w:noProof/>
                <w:webHidden/>
              </w:rPr>
              <w:fldChar w:fldCharType="end"/>
            </w:r>
          </w:hyperlink>
        </w:p>
        <w:p w14:paraId="569E987E" w14:textId="1D07CEEA"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48" w:history="1">
            <w:r w:rsidR="00B32891" w:rsidRPr="00732F62">
              <w:rPr>
                <w:rStyle w:val="Hyperlink"/>
                <w:noProof/>
              </w:rPr>
              <w:t>3.2  Perumusan Masalah</w:t>
            </w:r>
            <w:r w:rsidR="00B32891">
              <w:rPr>
                <w:noProof/>
                <w:webHidden/>
              </w:rPr>
              <w:tab/>
            </w:r>
            <w:r w:rsidR="00B32891">
              <w:rPr>
                <w:noProof/>
                <w:webHidden/>
              </w:rPr>
              <w:fldChar w:fldCharType="begin"/>
            </w:r>
            <w:r w:rsidR="00B32891">
              <w:rPr>
                <w:noProof/>
                <w:webHidden/>
              </w:rPr>
              <w:instrText xml:space="preserve"> PAGEREF _Toc233990548 \h </w:instrText>
            </w:r>
            <w:r w:rsidR="00B32891">
              <w:rPr>
                <w:noProof/>
                <w:webHidden/>
              </w:rPr>
            </w:r>
            <w:r w:rsidR="00B32891">
              <w:rPr>
                <w:noProof/>
                <w:webHidden/>
              </w:rPr>
              <w:fldChar w:fldCharType="separate"/>
            </w:r>
            <w:r w:rsidR="00375646">
              <w:rPr>
                <w:noProof/>
                <w:webHidden/>
              </w:rPr>
              <w:t>3-2</w:t>
            </w:r>
            <w:r w:rsidR="00B32891">
              <w:rPr>
                <w:noProof/>
                <w:webHidden/>
              </w:rPr>
              <w:fldChar w:fldCharType="end"/>
            </w:r>
          </w:hyperlink>
        </w:p>
        <w:p w14:paraId="1D4CFD35" w14:textId="549CE3A3"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49" w:history="1">
            <w:r w:rsidR="00B32891" w:rsidRPr="00732F62">
              <w:rPr>
                <w:rStyle w:val="Hyperlink"/>
                <w:noProof/>
              </w:rPr>
              <w:t>3.2.1  Analisis Sebab-Akibat</w:t>
            </w:r>
            <w:r w:rsidR="00B32891">
              <w:rPr>
                <w:noProof/>
                <w:webHidden/>
              </w:rPr>
              <w:tab/>
            </w:r>
            <w:r w:rsidR="00B32891">
              <w:rPr>
                <w:noProof/>
                <w:webHidden/>
              </w:rPr>
              <w:fldChar w:fldCharType="begin"/>
            </w:r>
            <w:r w:rsidR="00B32891">
              <w:rPr>
                <w:noProof/>
                <w:webHidden/>
              </w:rPr>
              <w:instrText xml:space="preserve"> PAGEREF _Toc233990549 \h </w:instrText>
            </w:r>
            <w:r w:rsidR="00B32891">
              <w:rPr>
                <w:noProof/>
                <w:webHidden/>
              </w:rPr>
            </w:r>
            <w:r w:rsidR="00B32891">
              <w:rPr>
                <w:noProof/>
                <w:webHidden/>
              </w:rPr>
              <w:fldChar w:fldCharType="separate"/>
            </w:r>
            <w:r w:rsidR="00375646">
              <w:rPr>
                <w:noProof/>
                <w:webHidden/>
              </w:rPr>
              <w:t>3-3</w:t>
            </w:r>
            <w:r w:rsidR="00B32891">
              <w:rPr>
                <w:noProof/>
                <w:webHidden/>
              </w:rPr>
              <w:fldChar w:fldCharType="end"/>
            </w:r>
          </w:hyperlink>
        </w:p>
        <w:p w14:paraId="2D9A8F28" w14:textId="22A93113"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50" w:history="1">
            <w:r w:rsidR="00B32891" w:rsidRPr="00732F62">
              <w:rPr>
                <w:rStyle w:val="Hyperlink"/>
                <w:noProof/>
              </w:rPr>
              <w:t>3.2.2  Solusi Masalah</w:t>
            </w:r>
            <w:r w:rsidR="00B32891">
              <w:rPr>
                <w:noProof/>
                <w:webHidden/>
              </w:rPr>
              <w:tab/>
            </w:r>
            <w:r w:rsidR="00B32891">
              <w:rPr>
                <w:noProof/>
                <w:webHidden/>
              </w:rPr>
              <w:fldChar w:fldCharType="begin"/>
            </w:r>
            <w:r w:rsidR="00B32891">
              <w:rPr>
                <w:noProof/>
                <w:webHidden/>
              </w:rPr>
              <w:instrText xml:space="preserve"> PAGEREF _Toc233990550 \h </w:instrText>
            </w:r>
            <w:r w:rsidR="00B32891">
              <w:rPr>
                <w:noProof/>
                <w:webHidden/>
              </w:rPr>
            </w:r>
            <w:r w:rsidR="00B32891">
              <w:rPr>
                <w:noProof/>
                <w:webHidden/>
              </w:rPr>
              <w:fldChar w:fldCharType="separate"/>
            </w:r>
            <w:r w:rsidR="00375646">
              <w:rPr>
                <w:noProof/>
                <w:webHidden/>
              </w:rPr>
              <w:t>3-3</w:t>
            </w:r>
            <w:r w:rsidR="00B32891">
              <w:rPr>
                <w:noProof/>
                <w:webHidden/>
              </w:rPr>
              <w:fldChar w:fldCharType="end"/>
            </w:r>
          </w:hyperlink>
        </w:p>
        <w:p w14:paraId="1D72AE27" w14:textId="7167A38C"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51" w:history="1">
            <w:r w:rsidR="00B32891" w:rsidRPr="00732F62">
              <w:rPr>
                <w:rStyle w:val="Hyperlink"/>
                <w:noProof/>
              </w:rPr>
              <w:t>3.3  Kerangka Pemikiran Teoritis</w:t>
            </w:r>
            <w:r w:rsidR="00B32891">
              <w:rPr>
                <w:noProof/>
                <w:webHidden/>
              </w:rPr>
              <w:tab/>
            </w:r>
            <w:r w:rsidR="00B32891">
              <w:rPr>
                <w:noProof/>
                <w:webHidden/>
              </w:rPr>
              <w:fldChar w:fldCharType="begin"/>
            </w:r>
            <w:r w:rsidR="00B32891">
              <w:rPr>
                <w:noProof/>
                <w:webHidden/>
              </w:rPr>
              <w:instrText xml:space="preserve"> PAGEREF _Toc233990551 \h </w:instrText>
            </w:r>
            <w:r w:rsidR="00B32891">
              <w:rPr>
                <w:noProof/>
                <w:webHidden/>
              </w:rPr>
            </w:r>
            <w:r w:rsidR="00B32891">
              <w:rPr>
                <w:noProof/>
                <w:webHidden/>
              </w:rPr>
              <w:fldChar w:fldCharType="separate"/>
            </w:r>
            <w:r w:rsidR="00375646">
              <w:rPr>
                <w:noProof/>
                <w:webHidden/>
              </w:rPr>
              <w:t>3-3</w:t>
            </w:r>
            <w:r w:rsidR="00B32891">
              <w:rPr>
                <w:noProof/>
                <w:webHidden/>
              </w:rPr>
              <w:fldChar w:fldCharType="end"/>
            </w:r>
          </w:hyperlink>
        </w:p>
        <w:p w14:paraId="538FBF9F" w14:textId="2D31380C"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52" w:history="1">
            <w:r w:rsidR="00B32891" w:rsidRPr="00732F62">
              <w:rPr>
                <w:rStyle w:val="Hyperlink"/>
                <w:noProof/>
              </w:rPr>
              <w:t>3.4  Gambaran Produk Tugas Akhir</w:t>
            </w:r>
            <w:r w:rsidR="00B32891">
              <w:rPr>
                <w:noProof/>
                <w:webHidden/>
              </w:rPr>
              <w:tab/>
            </w:r>
            <w:r w:rsidR="00B32891">
              <w:rPr>
                <w:noProof/>
                <w:webHidden/>
              </w:rPr>
              <w:fldChar w:fldCharType="begin"/>
            </w:r>
            <w:r w:rsidR="00B32891">
              <w:rPr>
                <w:noProof/>
                <w:webHidden/>
              </w:rPr>
              <w:instrText xml:space="preserve"> PAGEREF _Toc233990552 \h </w:instrText>
            </w:r>
            <w:r w:rsidR="00B32891">
              <w:rPr>
                <w:noProof/>
                <w:webHidden/>
              </w:rPr>
            </w:r>
            <w:r w:rsidR="00B32891">
              <w:rPr>
                <w:noProof/>
                <w:webHidden/>
              </w:rPr>
              <w:fldChar w:fldCharType="separate"/>
            </w:r>
            <w:r w:rsidR="00375646">
              <w:rPr>
                <w:noProof/>
                <w:webHidden/>
              </w:rPr>
              <w:t>3-4</w:t>
            </w:r>
            <w:r w:rsidR="00B32891">
              <w:rPr>
                <w:noProof/>
                <w:webHidden/>
              </w:rPr>
              <w:fldChar w:fldCharType="end"/>
            </w:r>
          </w:hyperlink>
        </w:p>
        <w:p w14:paraId="4CB70C1B" w14:textId="311F94B7"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53" w:history="1">
            <w:r w:rsidR="00B32891" w:rsidRPr="00732F62">
              <w:rPr>
                <w:rStyle w:val="Hyperlink"/>
                <w:noProof/>
              </w:rPr>
              <w:t>3.5  Profil Tempat Penelitian</w:t>
            </w:r>
            <w:r w:rsidR="00B32891">
              <w:rPr>
                <w:noProof/>
                <w:webHidden/>
              </w:rPr>
              <w:tab/>
            </w:r>
            <w:r w:rsidR="00B32891">
              <w:rPr>
                <w:noProof/>
                <w:webHidden/>
              </w:rPr>
              <w:fldChar w:fldCharType="begin"/>
            </w:r>
            <w:r w:rsidR="00B32891">
              <w:rPr>
                <w:noProof/>
                <w:webHidden/>
              </w:rPr>
              <w:instrText xml:space="preserve"> PAGEREF _Toc233990553 \h </w:instrText>
            </w:r>
            <w:r w:rsidR="00B32891">
              <w:rPr>
                <w:noProof/>
                <w:webHidden/>
              </w:rPr>
            </w:r>
            <w:r w:rsidR="00B32891">
              <w:rPr>
                <w:noProof/>
                <w:webHidden/>
              </w:rPr>
              <w:fldChar w:fldCharType="separate"/>
            </w:r>
            <w:r w:rsidR="00375646">
              <w:rPr>
                <w:noProof/>
                <w:webHidden/>
              </w:rPr>
              <w:t>3-6</w:t>
            </w:r>
            <w:r w:rsidR="00B32891">
              <w:rPr>
                <w:noProof/>
                <w:webHidden/>
              </w:rPr>
              <w:fldChar w:fldCharType="end"/>
            </w:r>
          </w:hyperlink>
        </w:p>
        <w:p w14:paraId="25583D61" w14:textId="40C921FD" w:rsidR="00B32891" w:rsidRDefault="00000000">
          <w:pPr>
            <w:pStyle w:val="TOC1"/>
            <w:tabs>
              <w:tab w:val="left" w:pos="440"/>
              <w:tab w:val="right" w:leader="dot" w:pos="9061"/>
            </w:tabs>
            <w:rPr>
              <w:rFonts w:asciiTheme="minorHAnsi" w:hAnsiTheme="minorHAnsi"/>
              <w:noProof/>
              <w:kern w:val="2"/>
              <w:sz w:val="24"/>
              <w:szCs w:val="24"/>
              <w:lang w:eastAsia="ja-JP"/>
              <w14:ligatures w14:val="standardContextual"/>
            </w:rPr>
          </w:pPr>
          <w:hyperlink w:anchor="_Toc233990554" w:history="1">
            <w:r w:rsidR="00B32891" w:rsidRPr="00732F62">
              <w:rPr>
                <w:rStyle w:val="Hyperlink"/>
                <w:noProof/>
              </w:rPr>
              <w:t>4</w:t>
            </w:r>
            <w:r w:rsidR="00B32891">
              <w:rPr>
                <w:rFonts w:asciiTheme="minorHAnsi" w:hAnsiTheme="minorHAnsi"/>
                <w:noProof/>
                <w:kern w:val="2"/>
                <w:sz w:val="24"/>
                <w:szCs w:val="24"/>
                <w:lang w:eastAsia="ja-JP"/>
                <w14:ligatures w14:val="standardContextual"/>
              </w:rPr>
              <w:tab/>
            </w:r>
            <w:r w:rsidR="00B32891" w:rsidRPr="00732F62">
              <w:rPr>
                <w:rStyle w:val="Hyperlink"/>
                <w:noProof/>
              </w:rPr>
              <w:t>BAB 4</w:t>
            </w:r>
            <w:r w:rsidR="00B32891">
              <w:rPr>
                <w:noProof/>
                <w:webHidden/>
              </w:rPr>
              <w:tab/>
            </w:r>
            <w:r w:rsidR="00B32891">
              <w:rPr>
                <w:noProof/>
                <w:webHidden/>
              </w:rPr>
              <w:fldChar w:fldCharType="begin"/>
            </w:r>
            <w:r w:rsidR="00B32891">
              <w:rPr>
                <w:noProof/>
                <w:webHidden/>
              </w:rPr>
              <w:instrText xml:space="preserve"> PAGEREF _Toc233990554 \h </w:instrText>
            </w:r>
            <w:r w:rsidR="00B32891">
              <w:rPr>
                <w:noProof/>
                <w:webHidden/>
              </w:rPr>
            </w:r>
            <w:r w:rsidR="00B32891">
              <w:rPr>
                <w:noProof/>
                <w:webHidden/>
              </w:rPr>
              <w:fldChar w:fldCharType="separate"/>
            </w:r>
            <w:r w:rsidR="00375646">
              <w:rPr>
                <w:noProof/>
                <w:webHidden/>
              </w:rPr>
              <w:t>4-1</w:t>
            </w:r>
            <w:r w:rsidR="00B32891">
              <w:rPr>
                <w:noProof/>
                <w:webHidden/>
              </w:rPr>
              <w:fldChar w:fldCharType="end"/>
            </w:r>
          </w:hyperlink>
        </w:p>
        <w:p w14:paraId="45377659" w14:textId="7E61881A"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55" w:history="1">
            <w:r w:rsidR="00B32891" w:rsidRPr="00732F62">
              <w:rPr>
                <w:rStyle w:val="Hyperlink"/>
                <w:noProof/>
              </w:rPr>
              <w:t>4.1  Analisis Sistem</w:t>
            </w:r>
            <w:r w:rsidR="00B32891">
              <w:rPr>
                <w:noProof/>
                <w:webHidden/>
              </w:rPr>
              <w:tab/>
            </w:r>
            <w:r w:rsidR="00B32891">
              <w:rPr>
                <w:noProof/>
                <w:webHidden/>
              </w:rPr>
              <w:fldChar w:fldCharType="begin"/>
            </w:r>
            <w:r w:rsidR="00B32891">
              <w:rPr>
                <w:noProof/>
                <w:webHidden/>
              </w:rPr>
              <w:instrText xml:space="preserve"> PAGEREF _Toc233990555 \h </w:instrText>
            </w:r>
            <w:r w:rsidR="00B32891">
              <w:rPr>
                <w:noProof/>
                <w:webHidden/>
              </w:rPr>
            </w:r>
            <w:r w:rsidR="00B32891">
              <w:rPr>
                <w:noProof/>
                <w:webHidden/>
              </w:rPr>
              <w:fldChar w:fldCharType="separate"/>
            </w:r>
            <w:r w:rsidR="00375646">
              <w:rPr>
                <w:noProof/>
                <w:webHidden/>
              </w:rPr>
              <w:t>4-1</w:t>
            </w:r>
            <w:r w:rsidR="00B32891">
              <w:rPr>
                <w:noProof/>
                <w:webHidden/>
              </w:rPr>
              <w:fldChar w:fldCharType="end"/>
            </w:r>
          </w:hyperlink>
        </w:p>
        <w:p w14:paraId="7BC41270" w14:textId="25627524"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56" w:history="1">
            <w:r w:rsidR="00B32891" w:rsidRPr="00732F62">
              <w:rPr>
                <w:rStyle w:val="Hyperlink"/>
                <w:noProof/>
              </w:rPr>
              <w:t>4.2  Perangkat dan Modul Pustaka</w:t>
            </w:r>
            <w:r w:rsidR="00B32891">
              <w:rPr>
                <w:noProof/>
                <w:webHidden/>
              </w:rPr>
              <w:tab/>
            </w:r>
            <w:r w:rsidR="00B32891">
              <w:rPr>
                <w:noProof/>
                <w:webHidden/>
              </w:rPr>
              <w:fldChar w:fldCharType="begin"/>
            </w:r>
            <w:r w:rsidR="00B32891">
              <w:rPr>
                <w:noProof/>
                <w:webHidden/>
              </w:rPr>
              <w:instrText xml:space="preserve"> PAGEREF _Toc233990556 \h </w:instrText>
            </w:r>
            <w:r w:rsidR="00B32891">
              <w:rPr>
                <w:noProof/>
                <w:webHidden/>
              </w:rPr>
            </w:r>
            <w:r w:rsidR="00B32891">
              <w:rPr>
                <w:noProof/>
                <w:webHidden/>
              </w:rPr>
              <w:fldChar w:fldCharType="separate"/>
            </w:r>
            <w:r w:rsidR="00375646">
              <w:rPr>
                <w:noProof/>
                <w:webHidden/>
              </w:rPr>
              <w:t>4-2</w:t>
            </w:r>
            <w:r w:rsidR="00B32891">
              <w:rPr>
                <w:noProof/>
                <w:webHidden/>
              </w:rPr>
              <w:fldChar w:fldCharType="end"/>
            </w:r>
          </w:hyperlink>
        </w:p>
        <w:p w14:paraId="2C045849" w14:textId="791E49C9"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57" w:history="1">
            <w:r w:rsidR="00B32891" w:rsidRPr="00732F62">
              <w:rPr>
                <w:rStyle w:val="Hyperlink"/>
                <w:noProof/>
              </w:rPr>
              <w:t>4.3  Rancangan Sistem</w:t>
            </w:r>
            <w:r w:rsidR="00B32891">
              <w:rPr>
                <w:noProof/>
                <w:webHidden/>
              </w:rPr>
              <w:tab/>
            </w:r>
            <w:r w:rsidR="00B32891">
              <w:rPr>
                <w:noProof/>
                <w:webHidden/>
              </w:rPr>
              <w:fldChar w:fldCharType="begin"/>
            </w:r>
            <w:r w:rsidR="00B32891">
              <w:rPr>
                <w:noProof/>
                <w:webHidden/>
              </w:rPr>
              <w:instrText xml:space="preserve"> PAGEREF _Toc233990557 \h </w:instrText>
            </w:r>
            <w:r w:rsidR="00B32891">
              <w:rPr>
                <w:noProof/>
                <w:webHidden/>
              </w:rPr>
            </w:r>
            <w:r w:rsidR="00B32891">
              <w:rPr>
                <w:noProof/>
                <w:webHidden/>
              </w:rPr>
              <w:fldChar w:fldCharType="separate"/>
            </w:r>
            <w:r w:rsidR="00375646">
              <w:rPr>
                <w:noProof/>
                <w:webHidden/>
              </w:rPr>
              <w:t>4-2</w:t>
            </w:r>
            <w:r w:rsidR="00B32891">
              <w:rPr>
                <w:noProof/>
                <w:webHidden/>
              </w:rPr>
              <w:fldChar w:fldCharType="end"/>
            </w:r>
          </w:hyperlink>
        </w:p>
        <w:p w14:paraId="3DBBBD44" w14:textId="4A4584A1"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58" w:history="1">
            <w:r w:rsidR="00B32891" w:rsidRPr="00732F62">
              <w:rPr>
                <w:rStyle w:val="Hyperlink"/>
                <w:noProof/>
              </w:rPr>
              <w:t>4.3.1  Perancangan Lingkungan</w:t>
            </w:r>
            <w:r w:rsidR="00B32891">
              <w:rPr>
                <w:noProof/>
                <w:webHidden/>
              </w:rPr>
              <w:tab/>
            </w:r>
            <w:r w:rsidR="00B32891">
              <w:rPr>
                <w:noProof/>
                <w:webHidden/>
              </w:rPr>
              <w:fldChar w:fldCharType="begin"/>
            </w:r>
            <w:r w:rsidR="00B32891">
              <w:rPr>
                <w:noProof/>
                <w:webHidden/>
              </w:rPr>
              <w:instrText xml:space="preserve"> PAGEREF _Toc233990558 \h </w:instrText>
            </w:r>
            <w:r w:rsidR="00B32891">
              <w:rPr>
                <w:noProof/>
                <w:webHidden/>
              </w:rPr>
            </w:r>
            <w:r w:rsidR="00B32891">
              <w:rPr>
                <w:noProof/>
                <w:webHidden/>
              </w:rPr>
              <w:fldChar w:fldCharType="separate"/>
            </w:r>
            <w:r w:rsidR="00375646">
              <w:rPr>
                <w:noProof/>
                <w:webHidden/>
              </w:rPr>
              <w:t>4-3</w:t>
            </w:r>
            <w:r w:rsidR="00B32891">
              <w:rPr>
                <w:noProof/>
                <w:webHidden/>
              </w:rPr>
              <w:fldChar w:fldCharType="end"/>
            </w:r>
          </w:hyperlink>
        </w:p>
        <w:p w14:paraId="66589DE3" w14:textId="134282FA"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59" w:history="1">
            <w:r w:rsidR="00B32891" w:rsidRPr="00732F62">
              <w:rPr>
                <w:rStyle w:val="Hyperlink"/>
                <w:noProof/>
              </w:rPr>
              <w:t xml:space="preserve">4.3.2  Perancangan </w:t>
            </w:r>
            <w:r w:rsidR="00B32891" w:rsidRPr="00732F62">
              <w:rPr>
                <w:rStyle w:val="Hyperlink"/>
                <w:i/>
                <w:iCs/>
                <w:noProof/>
              </w:rPr>
              <w:t>State</w:t>
            </w:r>
            <w:r w:rsidR="00B32891">
              <w:rPr>
                <w:noProof/>
                <w:webHidden/>
              </w:rPr>
              <w:tab/>
            </w:r>
            <w:r w:rsidR="00B32891">
              <w:rPr>
                <w:noProof/>
                <w:webHidden/>
              </w:rPr>
              <w:fldChar w:fldCharType="begin"/>
            </w:r>
            <w:r w:rsidR="00B32891">
              <w:rPr>
                <w:noProof/>
                <w:webHidden/>
              </w:rPr>
              <w:instrText xml:space="preserve"> PAGEREF _Toc233990559 \h </w:instrText>
            </w:r>
            <w:r w:rsidR="00B32891">
              <w:rPr>
                <w:noProof/>
                <w:webHidden/>
              </w:rPr>
            </w:r>
            <w:r w:rsidR="00B32891">
              <w:rPr>
                <w:noProof/>
                <w:webHidden/>
              </w:rPr>
              <w:fldChar w:fldCharType="separate"/>
            </w:r>
            <w:r w:rsidR="00375646">
              <w:rPr>
                <w:noProof/>
                <w:webHidden/>
              </w:rPr>
              <w:t>4-5</w:t>
            </w:r>
            <w:r w:rsidR="00B32891">
              <w:rPr>
                <w:noProof/>
                <w:webHidden/>
              </w:rPr>
              <w:fldChar w:fldCharType="end"/>
            </w:r>
          </w:hyperlink>
        </w:p>
        <w:p w14:paraId="70ADF28A" w14:textId="2588EBBE"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60" w:history="1">
            <w:r w:rsidR="00B32891" w:rsidRPr="00732F62">
              <w:rPr>
                <w:rStyle w:val="Hyperlink"/>
                <w:noProof/>
              </w:rPr>
              <w:t>4.3.3  Perancangan Aksi</w:t>
            </w:r>
            <w:r w:rsidR="00B32891">
              <w:rPr>
                <w:noProof/>
                <w:webHidden/>
              </w:rPr>
              <w:tab/>
            </w:r>
            <w:r w:rsidR="00B32891">
              <w:rPr>
                <w:noProof/>
                <w:webHidden/>
              </w:rPr>
              <w:fldChar w:fldCharType="begin"/>
            </w:r>
            <w:r w:rsidR="00B32891">
              <w:rPr>
                <w:noProof/>
                <w:webHidden/>
              </w:rPr>
              <w:instrText xml:space="preserve"> PAGEREF _Toc233990560 \h </w:instrText>
            </w:r>
            <w:r w:rsidR="00B32891">
              <w:rPr>
                <w:noProof/>
                <w:webHidden/>
              </w:rPr>
            </w:r>
            <w:r w:rsidR="00B32891">
              <w:rPr>
                <w:noProof/>
                <w:webHidden/>
              </w:rPr>
              <w:fldChar w:fldCharType="separate"/>
            </w:r>
            <w:r w:rsidR="00375646">
              <w:rPr>
                <w:noProof/>
                <w:webHidden/>
              </w:rPr>
              <w:t>4-5</w:t>
            </w:r>
            <w:r w:rsidR="00B32891">
              <w:rPr>
                <w:noProof/>
                <w:webHidden/>
              </w:rPr>
              <w:fldChar w:fldCharType="end"/>
            </w:r>
          </w:hyperlink>
        </w:p>
        <w:p w14:paraId="5C3E999C" w14:textId="78CA7D19"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61" w:history="1">
            <w:r w:rsidR="00B32891" w:rsidRPr="00732F62">
              <w:rPr>
                <w:rStyle w:val="Hyperlink"/>
                <w:noProof/>
              </w:rPr>
              <w:t>4.3.4  Perancangan Reward Function</w:t>
            </w:r>
            <w:r w:rsidR="00B32891">
              <w:rPr>
                <w:noProof/>
                <w:webHidden/>
              </w:rPr>
              <w:tab/>
            </w:r>
            <w:r w:rsidR="00B32891">
              <w:rPr>
                <w:noProof/>
                <w:webHidden/>
              </w:rPr>
              <w:fldChar w:fldCharType="begin"/>
            </w:r>
            <w:r w:rsidR="00B32891">
              <w:rPr>
                <w:noProof/>
                <w:webHidden/>
              </w:rPr>
              <w:instrText xml:space="preserve"> PAGEREF _Toc233990561 \h </w:instrText>
            </w:r>
            <w:r w:rsidR="00B32891">
              <w:rPr>
                <w:noProof/>
                <w:webHidden/>
              </w:rPr>
            </w:r>
            <w:r w:rsidR="00B32891">
              <w:rPr>
                <w:noProof/>
                <w:webHidden/>
              </w:rPr>
              <w:fldChar w:fldCharType="separate"/>
            </w:r>
            <w:r w:rsidR="00375646">
              <w:rPr>
                <w:noProof/>
                <w:webHidden/>
              </w:rPr>
              <w:t>4-6</w:t>
            </w:r>
            <w:r w:rsidR="00B32891">
              <w:rPr>
                <w:noProof/>
                <w:webHidden/>
              </w:rPr>
              <w:fldChar w:fldCharType="end"/>
            </w:r>
          </w:hyperlink>
        </w:p>
        <w:p w14:paraId="6897CAB7" w14:textId="0658F86C"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62" w:history="1">
            <w:r w:rsidR="00B32891" w:rsidRPr="00732F62">
              <w:rPr>
                <w:rStyle w:val="Hyperlink"/>
                <w:noProof/>
              </w:rPr>
              <w:t>4.3.5 Perancangan Model RL</w:t>
            </w:r>
            <w:r w:rsidR="00B32891">
              <w:rPr>
                <w:noProof/>
                <w:webHidden/>
              </w:rPr>
              <w:tab/>
            </w:r>
            <w:r w:rsidR="00B32891">
              <w:rPr>
                <w:noProof/>
                <w:webHidden/>
              </w:rPr>
              <w:fldChar w:fldCharType="begin"/>
            </w:r>
            <w:r w:rsidR="00B32891">
              <w:rPr>
                <w:noProof/>
                <w:webHidden/>
              </w:rPr>
              <w:instrText xml:space="preserve"> PAGEREF _Toc233990562 \h </w:instrText>
            </w:r>
            <w:r w:rsidR="00B32891">
              <w:rPr>
                <w:noProof/>
                <w:webHidden/>
              </w:rPr>
            </w:r>
            <w:r w:rsidR="00B32891">
              <w:rPr>
                <w:noProof/>
                <w:webHidden/>
              </w:rPr>
              <w:fldChar w:fldCharType="separate"/>
            </w:r>
            <w:r w:rsidR="00375646">
              <w:rPr>
                <w:noProof/>
                <w:webHidden/>
              </w:rPr>
              <w:t>4-10</w:t>
            </w:r>
            <w:r w:rsidR="00B32891">
              <w:rPr>
                <w:noProof/>
                <w:webHidden/>
              </w:rPr>
              <w:fldChar w:fldCharType="end"/>
            </w:r>
          </w:hyperlink>
        </w:p>
        <w:p w14:paraId="2248AE8A" w14:textId="7321B2E5"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63" w:history="1">
            <w:r w:rsidR="00B32891" w:rsidRPr="00732F62">
              <w:rPr>
                <w:rStyle w:val="Hyperlink"/>
                <w:noProof/>
              </w:rPr>
              <w:t>4.3.6 Perancangan Algoritma</w:t>
            </w:r>
            <w:r w:rsidR="00B32891">
              <w:rPr>
                <w:noProof/>
                <w:webHidden/>
              </w:rPr>
              <w:tab/>
            </w:r>
            <w:r w:rsidR="00B32891">
              <w:rPr>
                <w:noProof/>
                <w:webHidden/>
              </w:rPr>
              <w:fldChar w:fldCharType="begin"/>
            </w:r>
            <w:r w:rsidR="00B32891">
              <w:rPr>
                <w:noProof/>
                <w:webHidden/>
              </w:rPr>
              <w:instrText xml:space="preserve"> PAGEREF _Toc233990563 \h </w:instrText>
            </w:r>
            <w:r w:rsidR="00B32891">
              <w:rPr>
                <w:noProof/>
                <w:webHidden/>
              </w:rPr>
            </w:r>
            <w:r w:rsidR="00B32891">
              <w:rPr>
                <w:noProof/>
                <w:webHidden/>
              </w:rPr>
              <w:fldChar w:fldCharType="separate"/>
            </w:r>
            <w:r w:rsidR="00375646">
              <w:rPr>
                <w:noProof/>
                <w:webHidden/>
              </w:rPr>
              <w:t>4-10</w:t>
            </w:r>
            <w:r w:rsidR="00B32891">
              <w:rPr>
                <w:noProof/>
                <w:webHidden/>
              </w:rPr>
              <w:fldChar w:fldCharType="end"/>
            </w:r>
          </w:hyperlink>
        </w:p>
        <w:p w14:paraId="595CB8BA" w14:textId="150BC533"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64" w:history="1">
            <w:r w:rsidR="00B32891" w:rsidRPr="00732F62">
              <w:rPr>
                <w:rStyle w:val="Hyperlink"/>
                <w:noProof/>
              </w:rPr>
              <w:t>4.3.7 Perancangan Simulasi</w:t>
            </w:r>
            <w:r w:rsidR="00B32891">
              <w:rPr>
                <w:noProof/>
                <w:webHidden/>
              </w:rPr>
              <w:tab/>
            </w:r>
            <w:r w:rsidR="00B32891">
              <w:rPr>
                <w:noProof/>
                <w:webHidden/>
              </w:rPr>
              <w:fldChar w:fldCharType="begin"/>
            </w:r>
            <w:r w:rsidR="00B32891">
              <w:rPr>
                <w:noProof/>
                <w:webHidden/>
              </w:rPr>
              <w:instrText xml:space="preserve"> PAGEREF _Toc233990564 \h </w:instrText>
            </w:r>
            <w:r w:rsidR="00B32891">
              <w:rPr>
                <w:noProof/>
                <w:webHidden/>
              </w:rPr>
            </w:r>
            <w:r w:rsidR="00B32891">
              <w:rPr>
                <w:noProof/>
                <w:webHidden/>
              </w:rPr>
              <w:fldChar w:fldCharType="separate"/>
            </w:r>
            <w:r w:rsidR="00375646">
              <w:rPr>
                <w:noProof/>
                <w:webHidden/>
              </w:rPr>
              <w:t>4-13</w:t>
            </w:r>
            <w:r w:rsidR="00B32891">
              <w:rPr>
                <w:noProof/>
                <w:webHidden/>
              </w:rPr>
              <w:fldChar w:fldCharType="end"/>
            </w:r>
          </w:hyperlink>
        </w:p>
        <w:p w14:paraId="5527942E" w14:textId="26BFAD97"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65" w:history="1">
            <w:r w:rsidR="00B32891" w:rsidRPr="00732F62">
              <w:rPr>
                <w:rStyle w:val="Hyperlink"/>
                <w:noProof/>
              </w:rPr>
              <w:t>4.4  Pelatihan Agen</w:t>
            </w:r>
            <w:r w:rsidR="00B32891">
              <w:rPr>
                <w:noProof/>
                <w:webHidden/>
              </w:rPr>
              <w:tab/>
            </w:r>
            <w:r w:rsidR="00B32891">
              <w:rPr>
                <w:noProof/>
                <w:webHidden/>
              </w:rPr>
              <w:fldChar w:fldCharType="begin"/>
            </w:r>
            <w:r w:rsidR="00B32891">
              <w:rPr>
                <w:noProof/>
                <w:webHidden/>
              </w:rPr>
              <w:instrText xml:space="preserve"> PAGEREF _Toc233990565 \h </w:instrText>
            </w:r>
            <w:r w:rsidR="00B32891">
              <w:rPr>
                <w:noProof/>
                <w:webHidden/>
              </w:rPr>
            </w:r>
            <w:r w:rsidR="00B32891">
              <w:rPr>
                <w:noProof/>
                <w:webHidden/>
              </w:rPr>
              <w:fldChar w:fldCharType="separate"/>
            </w:r>
            <w:r w:rsidR="00375646">
              <w:rPr>
                <w:noProof/>
                <w:webHidden/>
              </w:rPr>
              <w:t>4-15</w:t>
            </w:r>
            <w:r w:rsidR="00B32891">
              <w:rPr>
                <w:noProof/>
                <w:webHidden/>
              </w:rPr>
              <w:fldChar w:fldCharType="end"/>
            </w:r>
          </w:hyperlink>
        </w:p>
        <w:p w14:paraId="6A6C9607" w14:textId="3BE33668"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66" w:history="1">
            <w:r w:rsidR="00B32891" w:rsidRPr="00732F62">
              <w:rPr>
                <w:rStyle w:val="Hyperlink"/>
                <w:noProof/>
              </w:rPr>
              <w:t>4.5 Hasil Pelatihan Agen</w:t>
            </w:r>
            <w:r w:rsidR="00B32891">
              <w:rPr>
                <w:noProof/>
                <w:webHidden/>
              </w:rPr>
              <w:tab/>
            </w:r>
            <w:r w:rsidR="00B32891">
              <w:rPr>
                <w:noProof/>
                <w:webHidden/>
              </w:rPr>
              <w:fldChar w:fldCharType="begin"/>
            </w:r>
            <w:r w:rsidR="00B32891">
              <w:rPr>
                <w:noProof/>
                <w:webHidden/>
              </w:rPr>
              <w:instrText xml:space="preserve"> PAGEREF _Toc233990566 \h </w:instrText>
            </w:r>
            <w:r w:rsidR="00B32891">
              <w:rPr>
                <w:noProof/>
                <w:webHidden/>
              </w:rPr>
            </w:r>
            <w:r w:rsidR="00B32891">
              <w:rPr>
                <w:noProof/>
                <w:webHidden/>
              </w:rPr>
              <w:fldChar w:fldCharType="separate"/>
            </w:r>
            <w:r w:rsidR="00375646">
              <w:rPr>
                <w:noProof/>
                <w:webHidden/>
              </w:rPr>
              <w:t>4-18</w:t>
            </w:r>
            <w:r w:rsidR="00B32891">
              <w:rPr>
                <w:noProof/>
                <w:webHidden/>
              </w:rPr>
              <w:fldChar w:fldCharType="end"/>
            </w:r>
          </w:hyperlink>
        </w:p>
        <w:p w14:paraId="62C48B45" w14:textId="3C2D9350"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67" w:history="1">
            <w:r w:rsidR="00B32891" w:rsidRPr="00732F62">
              <w:rPr>
                <w:rStyle w:val="Hyperlink"/>
                <w:noProof/>
              </w:rPr>
              <w:t>4.5.1 Hasil Evaluasi Studi Pendahuluan (Enduro-v5)</w:t>
            </w:r>
            <w:r w:rsidR="00B32891">
              <w:rPr>
                <w:noProof/>
                <w:webHidden/>
              </w:rPr>
              <w:tab/>
            </w:r>
            <w:r w:rsidR="00B32891">
              <w:rPr>
                <w:noProof/>
                <w:webHidden/>
              </w:rPr>
              <w:fldChar w:fldCharType="begin"/>
            </w:r>
            <w:r w:rsidR="00B32891">
              <w:rPr>
                <w:noProof/>
                <w:webHidden/>
              </w:rPr>
              <w:instrText xml:space="preserve"> PAGEREF _Toc233990567 \h </w:instrText>
            </w:r>
            <w:r w:rsidR="00B32891">
              <w:rPr>
                <w:noProof/>
                <w:webHidden/>
              </w:rPr>
            </w:r>
            <w:r w:rsidR="00B32891">
              <w:rPr>
                <w:noProof/>
                <w:webHidden/>
              </w:rPr>
              <w:fldChar w:fldCharType="separate"/>
            </w:r>
            <w:r w:rsidR="00375646">
              <w:rPr>
                <w:noProof/>
                <w:webHidden/>
              </w:rPr>
              <w:t>4-18</w:t>
            </w:r>
            <w:r w:rsidR="00B32891">
              <w:rPr>
                <w:noProof/>
                <w:webHidden/>
              </w:rPr>
              <w:fldChar w:fldCharType="end"/>
            </w:r>
          </w:hyperlink>
        </w:p>
        <w:p w14:paraId="291FB228" w14:textId="33D8A925"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68" w:history="1">
            <w:r w:rsidR="00B32891" w:rsidRPr="00732F62">
              <w:rPr>
                <w:rStyle w:val="Hyperlink"/>
                <w:noProof/>
              </w:rPr>
              <w:t>4.5.2 Penetapan Parameter Validasi dan Hasil (Webots)</w:t>
            </w:r>
            <w:r w:rsidR="00B32891">
              <w:rPr>
                <w:noProof/>
                <w:webHidden/>
              </w:rPr>
              <w:tab/>
            </w:r>
            <w:r w:rsidR="00B32891">
              <w:rPr>
                <w:noProof/>
                <w:webHidden/>
              </w:rPr>
              <w:fldChar w:fldCharType="begin"/>
            </w:r>
            <w:r w:rsidR="00B32891">
              <w:rPr>
                <w:noProof/>
                <w:webHidden/>
              </w:rPr>
              <w:instrText xml:space="preserve"> PAGEREF _Toc233990568 \h </w:instrText>
            </w:r>
            <w:r w:rsidR="00B32891">
              <w:rPr>
                <w:noProof/>
                <w:webHidden/>
              </w:rPr>
            </w:r>
            <w:r w:rsidR="00B32891">
              <w:rPr>
                <w:noProof/>
                <w:webHidden/>
              </w:rPr>
              <w:fldChar w:fldCharType="separate"/>
            </w:r>
            <w:r w:rsidR="00375646">
              <w:rPr>
                <w:noProof/>
                <w:webHidden/>
              </w:rPr>
              <w:t>4-19</w:t>
            </w:r>
            <w:r w:rsidR="00B32891">
              <w:rPr>
                <w:noProof/>
                <w:webHidden/>
              </w:rPr>
              <w:fldChar w:fldCharType="end"/>
            </w:r>
          </w:hyperlink>
        </w:p>
        <w:p w14:paraId="40026513" w14:textId="6B24CF28"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69" w:history="1">
            <w:r w:rsidR="00B32891" w:rsidRPr="00732F62">
              <w:rPr>
                <w:rStyle w:val="Hyperlink"/>
                <w:noProof/>
              </w:rPr>
              <w:t>4.6 Implementasi Mekanisme Resume Training</w:t>
            </w:r>
            <w:r w:rsidR="00B32891">
              <w:rPr>
                <w:noProof/>
                <w:webHidden/>
              </w:rPr>
              <w:tab/>
            </w:r>
            <w:r w:rsidR="00B32891">
              <w:rPr>
                <w:noProof/>
                <w:webHidden/>
              </w:rPr>
              <w:fldChar w:fldCharType="begin"/>
            </w:r>
            <w:r w:rsidR="00B32891">
              <w:rPr>
                <w:noProof/>
                <w:webHidden/>
              </w:rPr>
              <w:instrText xml:space="preserve"> PAGEREF _Toc233990569 \h </w:instrText>
            </w:r>
            <w:r w:rsidR="00B32891">
              <w:rPr>
                <w:noProof/>
                <w:webHidden/>
              </w:rPr>
            </w:r>
            <w:r w:rsidR="00B32891">
              <w:rPr>
                <w:noProof/>
                <w:webHidden/>
              </w:rPr>
              <w:fldChar w:fldCharType="separate"/>
            </w:r>
            <w:r w:rsidR="00375646">
              <w:rPr>
                <w:noProof/>
                <w:webHidden/>
              </w:rPr>
              <w:t>4-19</w:t>
            </w:r>
            <w:r w:rsidR="00B32891">
              <w:rPr>
                <w:noProof/>
                <w:webHidden/>
              </w:rPr>
              <w:fldChar w:fldCharType="end"/>
            </w:r>
          </w:hyperlink>
        </w:p>
        <w:p w14:paraId="36EC5AC0" w14:textId="7CF073E8" w:rsidR="00B32891" w:rsidRDefault="00000000">
          <w:pPr>
            <w:pStyle w:val="TOC1"/>
            <w:tabs>
              <w:tab w:val="left" w:pos="440"/>
              <w:tab w:val="right" w:leader="dot" w:pos="9061"/>
            </w:tabs>
            <w:rPr>
              <w:rFonts w:asciiTheme="minorHAnsi" w:hAnsiTheme="minorHAnsi"/>
              <w:noProof/>
              <w:kern w:val="2"/>
              <w:sz w:val="24"/>
              <w:szCs w:val="24"/>
              <w:lang w:eastAsia="ja-JP"/>
              <w14:ligatures w14:val="standardContextual"/>
            </w:rPr>
          </w:pPr>
          <w:hyperlink w:anchor="_Toc233990570" w:history="1">
            <w:r w:rsidR="00B32891" w:rsidRPr="00732F62">
              <w:rPr>
                <w:rStyle w:val="Hyperlink"/>
                <w:noProof/>
              </w:rPr>
              <w:t>5.</w:t>
            </w:r>
            <w:r w:rsidR="00B32891">
              <w:rPr>
                <w:rFonts w:asciiTheme="minorHAnsi" w:hAnsiTheme="minorHAnsi"/>
                <w:noProof/>
                <w:kern w:val="2"/>
                <w:sz w:val="24"/>
                <w:szCs w:val="24"/>
                <w:lang w:eastAsia="ja-JP"/>
                <w14:ligatures w14:val="standardContextual"/>
              </w:rPr>
              <w:tab/>
            </w:r>
            <w:r w:rsidR="00B32891" w:rsidRPr="00732F62">
              <w:rPr>
                <w:rStyle w:val="Hyperlink"/>
                <w:noProof/>
              </w:rPr>
              <w:t>BAB 5</w:t>
            </w:r>
            <w:r w:rsidR="00B32891">
              <w:rPr>
                <w:noProof/>
                <w:webHidden/>
              </w:rPr>
              <w:tab/>
            </w:r>
            <w:r w:rsidR="00B32891">
              <w:rPr>
                <w:noProof/>
                <w:webHidden/>
              </w:rPr>
              <w:fldChar w:fldCharType="begin"/>
            </w:r>
            <w:r w:rsidR="00B32891">
              <w:rPr>
                <w:noProof/>
                <w:webHidden/>
              </w:rPr>
              <w:instrText xml:space="preserve"> PAGEREF _Toc233990570 \h </w:instrText>
            </w:r>
            <w:r w:rsidR="00B32891">
              <w:rPr>
                <w:noProof/>
                <w:webHidden/>
              </w:rPr>
            </w:r>
            <w:r w:rsidR="00B32891">
              <w:rPr>
                <w:noProof/>
                <w:webHidden/>
              </w:rPr>
              <w:fldChar w:fldCharType="separate"/>
            </w:r>
            <w:r w:rsidR="00375646">
              <w:rPr>
                <w:noProof/>
                <w:webHidden/>
              </w:rPr>
              <w:t>4-1</w:t>
            </w:r>
            <w:r w:rsidR="00B32891">
              <w:rPr>
                <w:noProof/>
                <w:webHidden/>
              </w:rPr>
              <w:fldChar w:fldCharType="end"/>
            </w:r>
          </w:hyperlink>
        </w:p>
        <w:p w14:paraId="24625137" w14:textId="7DEF5E08"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71" w:history="1">
            <w:r w:rsidR="00B32891" w:rsidRPr="00732F62">
              <w:rPr>
                <w:rStyle w:val="Hyperlink"/>
                <w:noProof/>
              </w:rPr>
              <w:t>5.1  Pengujian (Testing)</w:t>
            </w:r>
            <w:r w:rsidR="00B32891">
              <w:rPr>
                <w:noProof/>
                <w:webHidden/>
              </w:rPr>
              <w:tab/>
            </w:r>
            <w:r w:rsidR="00B32891">
              <w:rPr>
                <w:noProof/>
                <w:webHidden/>
              </w:rPr>
              <w:fldChar w:fldCharType="begin"/>
            </w:r>
            <w:r w:rsidR="00B32891">
              <w:rPr>
                <w:noProof/>
                <w:webHidden/>
              </w:rPr>
              <w:instrText xml:space="preserve"> PAGEREF _Toc233990571 \h </w:instrText>
            </w:r>
            <w:r w:rsidR="00B32891">
              <w:rPr>
                <w:noProof/>
                <w:webHidden/>
              </w:rPr>
            </w:r>
            <w:r w:rsidR="00B32891">
              <w:rPr>
                <w:noProof/>
                <w:webHidden/>
              </w:rPr>
              <w:fldChar w:fldCharType="separate"/>
            </w:r>
            <w:r w:rsidR="00375646">
              <w:rPr>
                <w:noProof/>
                <w:webHidden/>
              </w:rPr>
              <w:t>4-1</w:t>
            </w:r>
            <w:r w:rsidR="00B32891">
              <w:rPr>
                <w:noProof/>
                <w:webHidden/>
              </w:rPr>
              <w:fldChar w:fldCharType="end"/>
            </w:r>
          </w:hyperlink>
        </w:p>
        <w:p w14:paraId="6AD2802C" w14:textId="448D0B3B"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72" w:history="1">
            <w:r w:rsidR="00B32891" w:rsidRPr="00732F62">
              <w:rPr>
                <w:rStyle w:val="Hyperlink"/>
                <w:noProof/>
              </w:rPr>
              <w:t>5.1.1  Struktur Direktori dan Pengelolaan Data Eksperimen</w:t>
            </w:r>
            <w:r w:rsidR="00B32891">
              <w:rPr>
                <w:noProof/>
                <w:webHidden/>
              </w:rPr>
              <w:tab/>
            </w:r>
            <w:r w:rsidR="00B32891">
              <w:rPr>
                <w:noProof/>
                <w:webHidden/>
              </w:rPr>
              <w:fldChar w:fldCharType="begin"/>
            </w:r>
            <w:r w:rsidR="00B32891">
              <w:rPr>
                <w:noProof/>
                <w:webHidden/>
              </w:rPr>
              <w:instrText xml:space="preserve"> PAGEREF _Toc233990572 \h </w:instrText>
            </w:r>
            <w:r w:rsidR="00B32891">
              <w:rPr>
                <w:noProof/>
                <w:webHidden/>
              </w:rPr>
            </w:r>
            <w:r w:rsidR="00B32891">
              <w:rPr>
                <w:noProof/>
                <w:webHidden/>
              </w:rPr>
              <w:fldChar w:fldCharType="separate"/>
            </w:r>
            <w:r w:rsidR="00375646">
              <w:rPr>
                <w:noProof/>
                <w:webHidden/>
              </w:rPr>
              <w:t>4-3</w:t>
            </w:r>
            <w:r w:rsidR="00B32891">
              <w:rPr>
                <w:noProof/>
                <w:webHidden/>
              </w:rPr>
              <w:fldChar w:fldCharType="end"/>
            </w:r>
          </w:hyperlink>
        </w:p>
        <w:p w14:paraId="288C05FB" w14:textId="50388056"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73" w:history="1">
            <w:r w:rsidR="00B32891" w:rsidRPr="00732F62">
              <w:rPr>
                <w:rStyle w:val="Hyperlink"/>
                <w:noProof/>
              </w:rPr>
              <w:t>5.1.2  Kode Pengujian dan Evaluasi</w:t>
            </w:r>
            <w:r w:rsidR="00B32891">
              <w:rPr>
                <w:noProof/>
                <w:webHidden/>
              </w:rPr>
              <w:tab/>
            </w:r>
            <w:r w:rsidR="00B32891">
              <w:rPr>
                <w:noProof/>
                <w:webHidden/>
              </w:rPr>
              <w:fldChar w:fldCharType="begin"/>
            </w:r>
            <w:r w:rsidR="00B32891">
              <w:rPr>
                <w:noProof/>
                <w:webHidden/>
              </w:rPr>
              <w:instrText xml:space="preserve"> PAGEREF _Toc233990573 \h </w:instrText>
            </w:r>
            <w:r w:rsidR="00B32891">
              <w:rPr>
                <w:noProof/>
                <w:webHidden/>
              </w:rPr>
            </w:r>
            <w:r w:rsidR="00B32891">
              <w:rPr>
                <w:noProof/>
                <w:webHidden/>
              </w:rPr>
              <w:fldChar w:fldCharType="separate"/>
            </w:r>
            <w:r w:rsidR="00375646">
              <w:rPr>
                <w:noProof/>
                <w:webHidden/>
              </w:rPr>
              <w:t>4-5</w:t>
            </w:r>
            <w:r w:rsidR="00B32891">
              <w:rPr>
                <w:noProof/>
                <w:webHidden/>
              </w:rPr>
              <w:fldChar w:fldCharType="end"/>
            </w:r>
          </w:hyperlink>
        </w:p>
        <w:p w14:paraId="1ECE3A8A" w14:textId="7BC3B8B9"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74" w:history="1">
            <w:r w:rsidR="00B32891" w:rsidRPr="00732F62">
              <w:rPr>
                <w:rStyle w:val="Hyperlink"/>
                <w:noProof/>
              </w:rPr>
              <w:t>5.1.3  Hasil Simulasi Pengujian Model Terbaik</w:t>
            </w:r>
            <w:r w:rsidR="00B32891">
              <w:rPr>
                <w:noProof/>
                <w:webHidden/>
              </w:rPr>
              <w:tab/>
            </w:r>
            <w:r w:rsidR="00B32891">
              <w:rPr>
                <w:noProof/>
                <w:webHidden/>
              </w:rPr>
              <w:fldChar w:fldCharType="begin"/>
            </w:r>
            <w:r w:rsidR="00B32891">
              <w:rPr>
                <w:noProof/>
                <w:webHidden/>
              </w:rPr>
              <w:instrText xml:space="preserve"> PAGEREF _Toc233990574 \h </w:instrText>
            </w:r>
            <w:r w:rsidR="00B32891">
              <w:rPr>
                <w:noProof/>
                <w:webHidden/>
              </w:rPr>
            </w:r>
            <w:r w:rsidR="00B32891">
              <w:rPr>
                <w:noProof/>
                <w:webHidden/>
              </w:rPr>
              <w:fldChar w:fldCharType="separate"/>
            </w:r>
            <w:r w:rsidR="00375646">
              <w:rPr>
                <w:noProof/>
                <w:webHidden/>
              </w:rPr>
              <w:t>4-7</w:t>
            </w:r>
            <w:r w:rsidR="00B32891">
              <w:rPr>
                <w:noProof/>
                <w:webHidden/>
              </w:rPr>
              <w:fldChar w:fldCharType="end"/>
            </w:r>
          </w:hyperlink>
        </w:p>
        <w:p w14:paraId="68A87721" w14:textId="788DB321"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75" w:history="1">
            <w:r w:rsidR="00B32891" w:rsidRPr="00732F62">
              <w:rPr>
                <w:rStyle w:val="Hyperlink"/>
                <w:noProof/>
              </w:rPr>
              <w:t>5.2  Evaluasi</w:t>
            </w:r>
            <w:r w:rsidR="00B32891">
              <w:rPr>
                <w:noProof/>
                <w:webHidden/>
              </w:rPr>
              <w:tab/>
            </w:r>
            <w:r w:rsidR="00B32891">
              <w:rPr>
                <w:noProof/>
                <w:webHidden/>
              </w:rPr>
              <w:fldChar w:fldCharType="begin"/>
            </w:r>
            <w:r w:rsidR="00B32891">
              <w:rPr>
                <w:noProof/>
                <w:webHidden/>
              </w:rPr>
              <w:instrText xml:space="preserve"> PAGEREF _Toc233990575 \h </w:instrText>
            </w:r>
            <w:r w:rsidR="00B32891">
              <w:rPr>
                <w:noProof/>
                <w:webHidden/>
              </w:rPr>
            </w:r>
            <w:r w:rsidR="00B32891">
              <w:rPr>
                <w:noProof/>
                <w:webHidden/>
              </w:rPr>
              <w:fldChar w:fldCharType="separate"/>
            </w:r>
            <w:r w:rsidR="00375646">
              <w:rPr>
                <w:noProof/>
                <w:webHidden/>
              </w:rPr>
              <w:t>4-9</w:t>
            </w:r>
            <w:r w:rsidR="00B32891">
              <w:rPr>
                <w:noProof/>
                <w:webHidden/>
              </w:rPr>
              <w:fldChar w:fldCharType="end"/>
            </w:r>
          </w:hyperlink>
        </w:p>
        <w:p w14:paraId="21EF1344" w14:textId="6A5850DB"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76" w:history="1">
            <w:r w:rsidR="00B32891" w:rsidRPr="00732F62">
              <w:rPr>
                <w:rStyle w:val="Hyperlink"/>
                <w:noProof/>
              </w:rPr>
              <w:t>5.2.1  Evaluasi Studi Pendahuluan</w:t>
            </w:r>
            <w:r w:rsidR="00B32891">
              <w:rPr>
                <w:noProof/>
                <w:webHidden/>
              </w:rPr>
              <w:tab/>
            </w:r>
            <w:r w:rsidR="00B32891">
              <w:rPr>
                <w:noProof/>
                <w:webHidden/>
              </w:rPr>
              <w:fldChar w:fldCharType="begin"/>
            </w:r>
            <w:r w:rsidR="00B32891">
              <w:rPr>
                <w:noProof/>
                <w:webHidden/>
              </w:rPr>
              <w:instrText xml:space="preserve"> PAGEREF _Toc233990576 \h </w:instrText>
            </w:r>
            <w:r w:rsidR="00B32891">
              <w:rPr>
                <w:noProof/>
                <w:webHidden/>
              </w:rPr>
            </w:r>
            <w:r w:rsidR="00B32891">
              <w:rPr>
                <w:noProof/>
                <w:webHidden/>
              </w:rPr>
              <w:fldChar w:fldCharType="separate"/>
            </w:r>
            <w:r w:rsidR="00375646">
              <w:rPr>
                <w:noProof/>
                <w:webHidden/>
              </w:rPr>
              <w:t>4-10</w:t>
            </w:r>
            <w:r w:rsidR="00B32891">
              <w:rPr>
                <w:noProof/>
                <w:webHidden/>
              </w:rPr>
              <w:fldChar w:fldCharType="end"/>
            </w:r>
          </w:hyperlink>
        </w:p>
        <w:p w14:paraId="6BC2EF38" w14:textId="275BE89F"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77" w:history="1">
            <w:r w:rsidR="00B32891" w:rsidRPr="00732F62">
              <w:rPr>
                <w:rStyle w:val="Hyperlink"/>
                <w:noProof/>
              </w:rPr>
              <w:t>5.2.2  Evaluasi Sistem Utama</w:t>
            </w:r>
            <w:r w:rsidR="00B32891">
              <w:rPr>
                <w:noProof/>
                <w:webHidden/>
              </w:rPr>
              <w:tab/>
            </w:r>
            <w:r w:rsidR="00B32891">
              <w:rPr>
                <w:noProof/>
                <w:webHidden/>
              </w:rPr>
              <w:fldChar w:fldCharType="begin"/>
            </w:r>
            <w:r w:rsidR="00B32891">
              <w:rPr>
                <w:noProof/>
                <w:webHidden/>
              </w:rPr>
              <w:instrText xml:space="preserve"> PAGEREF _Toc233990577 \h </w:instrText>
            </w:r>
            <w:r w:rsidR="00B32891">
              <w:rPr>
                <w:noProof/>
                <w:webHidden/>
              </w:rPr>
            </w:r>
            <w:r w:rsidR="00B32891">
              <w:rPr>
                <w:noProof/>
                <w:webHidden/>
              </w:rPr>
              <w:fldChar w:fldCharType="separate"/>
            </w:r>
            <w:r w:rsidR="00375646">
              <w:rPr>
                <w:noProof/>
                <w:webHidden/>
              </w:rPr>
              <w:t>4-10</w:t>
            </w:r>
            <w:r w:rsidR="00B32891">
              <w:rPr>
                <w:noProof/>
                <w:webHidden/>
              </w:rPr>
              <w:fldChar w:fldCharType="end"/>
            </w:r>
          </w:hyperlink>
        </w:p>
        <w:p w14:paraId="3060172E" w14:textId="3FA4C880"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78" w:history="1">
            <w:r w:rsidR="00B32891" w:rsidRPr="00732F62">
              <w:rPr>
                <w:rStyle w:val="Hyperlink"/>
                <w:noProof/>
              </w:rPr>
              <w:t>5.2.3  Batasan dan Limitasi Eksperimen</w:t>
            </w:r>
            <w:r w:rsidR="00B32891">
              <w:rPr>
                <w:noProof/>
                <w:webHidden/>
              </w:rPr>
              <w:tab/>
            </w:r>
            <w:r w:rsidR="00B32891">
              <w:rPr>
                <w:noProof/>
                <w:webHidden/>
              </w:rPr>
              <w:fldChar w:fldCharType="begin"/>
            </w:r>
            <w:r w:rsidR="00B32891">
              <w:rPr>
                <w:noProof/>
                <w:webHidden/>
              </w:rPr>
              <w:instrText xml:space="preserve"> PAGEREF _Toc233990578 \h </w:instrText>
            </w:r>
            <w:r w:rsidR="00B32891">
              <w:rPr>
                <w:noProof/>
                <w:webHidden/>
              </w:rPr>
            </w:r>
            <w:r w:rsidR="00B32891">
              <w:rPr>
                <w:noProof/>
                <w:webHidden/>
              </w:rPr>
              <w:fldChar w:fldCharType="separate"/>
            </w:r>
            <w:r w:rsidR="00375646">
              <w:rPr>
                <w:noProof/>
                <w:webHidden/>
              </w:rPr>
              <w:t>4-11</w:t>
            </w:r>
            <w:r w:rsidR="00B32891">
              <w:rPr>
                <w:noProof/>
                <w:webHidden/>
              </w:rPr>
              <w:fldChar w:fldCharType="end"/>
            </w:r>
          </w:hyperlink>
        </w:p>
        <w:p w14:paraId="7165FF79" w14:textId="0FB9427D" w:rsidR="00B32891" w:rsidRDefault="00000000">
          <w:pPr>
            <w:pStyle w:val="TOC1"/>
            <w:tabs>
              <w:tab w:val="left" w:pos="440"/>
              <w:tab w:val="right" w:leader="dot" w:pos="9061"/>
            </w:tabs>
            <w:rPr>
              <w:rFonts w:asciiTheme="minorHAnsi" w:hAnsiTheme="minorHAnsi"/>
              <w:noProof/>
              <w:kern w:val="2"/>
              <w:sz w:val="24"/>
              <w:szCs w:val="24"/>
              <w:lang w:eastAsia="ja-JP"/>
              <w14:ligatures w14:val="standardContextual"/>
            </w:rPr>
          </w:pPr>
          <w:hyperlink w:anchor="_Toc233990579" w:history="1">
            <w:r w:rsidR="00B32891" w:rsidRPr="00732F62">
              <w:rPr>
                <w:rStyle w:val="Hyperlink"/>
                <w:noProof/>
              </w:rPr>
              <w:t>6</w:t>
            </w:r>
            <w:r w:rsidR="00B32891">
              <w:rPr>
                <w:rFonts w:asciiTheme="minorHAnsi" w:hAnsiTheme="minorHAnsi"/>
                <w:noProof/>
                <w:kern w:val="2"/>
                <w:sz w:val="24"/>
                <w:szCs w:val="24"/>
                <w:lang w:eastAsia="ja-JP"/>
                <w14:ligatures w14:val="standardContextual"/>
              </w:rPr>
              <w:tab/>
            </w:r>
            <w:r w:rsidR="00B32891" w:rsidRPr="00732F62">
              <w:rPr>
                <w:rStyle w:val="Hyperlink"/>
                <w:noProof/>
              </w:rPr>
              <w:t>BAB 6</w:t>
            </w:r>
            <w:r w:rsidR="00B32891">
              <w:rPr>
                <w:noProof/>
                <w:webHidden/>
              </w:rPr>
              <w:tab/>
            </w:r>
            <w:r w:rsidR="00B32891">
              <w:rPr>
                <w:noProof/>
                <w:webHidden/>
              </w:rPr>
              <w:fldChar w:fldCharType="begin"/>
            </w:r>
            <w:r w:rsidR="00B32891">
              <w:rPr>
                <w:noProof/>
                <w:webHidden/>
              </w:rPr>
              <w:instrText xml:space="preserve"> PAGEREF _Toc233990579 \h </w:instrText>
            </w:r>
            <w:r w:rsidR="00B32891">
              <w:rPr>
                <w:noProof/>
                <w:webHidden/>
              </w:rPr>
            </w:r>
            <w:r w:rsidR="00B32891">
              <w:rPr>
                <w:noProof/>
                <w:webHidden/>
              </w:rPr>
              <w:fldChar w:fldCharType="separate"/>
            </w:r>
            <w:r w:rsidR="00375646">
              <w:rPr>
                <w:noProof/>
                <w:webHidden/>
              </w:rPr>
              <w:t>4-1</w:t>
            </w:r>
            <w:r w:rsidR="00B32891">
              <w:rPr>
                <w:noProof/>
                <w:webHidden/>
              </w:rPr>
              <w:fldChar w:fldCharType="end"/>
            </w:r>
          </w:hyperlink>
        </w:p>
        <w:p w14:paraId="7106B4E6" w14:textId="7A4AF316"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80" w:history="1">
            <w:r w:rsidR="00B32891" w:rsidRPr="00732F62">
              <w:rPr>
                <w:rStyle w:val="Hyperlink"/>
                <w:noProof/>
              </w:rPr>
              <w:t>6.1 Kesimpulan</w:t>
            </w:r>
            <w:r w:rsidR="00B32891">
              <w:rPr>
                <w:noProof/>
                <w:webHidden/>
              </w:rPr>
              <w:tab/>
            </w:r>
            <w:r w:rsidR="00B32891">
              <w:rPr>
                <w:noProof/>
                <w:webHidden/>
              </w:rPr>
              <w:fldChar w:fldCharType="begin"/>
            </w:r>
            <w:r w:rsidR="00B32891">
              <w:rPr>
                <w:noProof/>
                <w:webHidden/>
              </w:rPr>
              <w:instrText xml:space="preserve"> PAGEREF _Toc233990580 \h </w:instrText>
            </w:r>
            <w:r w:rsidR="00B32891">
              <w:rPr>
                <w:noProof/>
                <w:webHidden/>
              </w:rPr>
            </w:r>
            <w:r w:rsidR="00B32891">
              <w:rPr>
                <w:noProof/>
                <w:webHidden/>
              </w:rPr>
              <w:fldChar w:fldCharType="separate"/>
            </w:r>
            <w:r w:rsidR="00375646">
              <w:rPr>
                <w:noProof/>
                <w:webHidden/>
              </w:rPr>
              <w:t>4-1</w:t>
            </w:r>
            <w:r w:rsidR="00B32891">
              <w:rPr>
                <w:noProof/>
                <w:webHidden/>
              </w:rPr>
              <w:fldChar w:fldCharType="end"/>
            </w:r>
          </w:hyperlink>
        </w:p>
        <w:p w14:paraId="2956C3C8" w14:textId="7F06DF42" w:rsidR="00B32891" w:rsidRDefault="00000000">
          <w:pPr>
            <w:pStyle w:val="TOC2"/>
            <w:tabs>
              <w:tab w:val="right" w:leader="dot" w:pos="9061"/>
            </w:tabs>
            <w:rPr>
              <w:rFonts w:asciiTheme="minorHAnsi" w:hAnsiTheme="minorHAnsi"/>
              <w:noProof/>
              <w:kern w:val="2"/>
              <w:sz w:val="24"/>
              <w:szCs w:val="24"/>
              <w:lang w:eastAsia="ja-JP"/>
              <w14:ligatures w14:val="standardContextual"/>
            </w:rPr>
          </w:pPr>
          <w:hyperlink w:anchor="_Toc233990581" w:history="1">
            <w:r w:rsidR="00B32891" w:rsidRPr="00732F62">
              <w:rPr>
                <w:rStyle w:val="Hyperlink"/>
                <w:noProof/>
              </w:rPr>
              <w:t>6.2 Saran</w:t>
            </w:r>
            <w:r w:rsidR="00B32891">
              <w:rPr>
                <w:noProof/>
                <w:webHidden/>
              </w:rPr>
              <w:tab/>
            </w:r>
            <w:r w:rsidR="00B32891">
              <w:rPr>
                <w:noProof/>
                <w:webHidden/>
              </w:rPr>
              <w:fldChar w:fldCharType="begin"/>
            </w:r>
            <w:r w:rsidR="00B32891">
              <w:rPr>
                <w:noProof/>
                <w:webHidden/>
              </w:rPr>
              <w:instrText xml:space="preserve"> PAGEREF _Toc233990581 \h </w:instrText>
            </w:r>
            <w:r w:rsidR="00B32891">
              <w:rPr>
                <w:noProof/>
                <w:webHidden/>
              </w:rPr>
            </w:r>
            <w:r w:rsidR="00B32891">
              <w:rPr>
                <w:noProof/>
                <w:webHidden/>
              </w:rPr>
              <w:fldChar w:fldCharType="separate"/>
            </w:r>
            <w:r w:rsidR="00375646">
              <w:rPr>
                <w:noProof/>
                <w:webHidden/>
              </w:rPr>
              <w:t>4-1</w:t>
            </w:r>
            <w:r w:rsidR="00B32891">
              <w:rPr>
                <w:noProof/>
                <w:webHidden/>
              </w:rPr>
              <w:fldChar w:fldCharType="end"/>
            </w:r>
          </w:hyperlink>
        </w:p>
        <w:p w14:paraId="0A8451DC" w14:textId="00A19C9D" w:rsidR="007F78CD" w:rsidRDefault="007F78CD">
          <w:r>
            <w:rPr>
              <w:b/>
              <w:bCs/>
              <w:noProof/>
            </w:rPr>
            <w:fldChar w:fldCharType="end"/>
          </w:r>
        </w:p>
      </w:sdtContent>
    </w:sdt>
    <w:p w14:paraId="09046E2A" w14:textId="35E2217B" w:rsidR="00F810AC" w:rsidRDefault="00000000">
      <w:pPr>
        <w:tabs>
          <w:tab w:val="right" w:pos="8787"/>
        </w:tabs>
        <w:spacing w:line="240" w:lineRule="auto"/>
      </w:pPr>
      <w:r>
        <w:rPr>
          <w:rFonts w:cs="Times New Roman"/>
        </w:rPr>
        <w:tab/>
        <w:t>-</w:t>
      </w:r>
    </w:p>
    <w:p w14:paraId="0A02FF4D" w14:textId="77777777" w:rsidR="00F810AC" w:rsidRPr="007F78CD" w:rsidRDefault="00000000" w:rsidP="00F333B6">
      <w:pPr>
        <w:pStyle w:val="Heading1"/>
        <w:numPr>
          <w:ilvl w:val="0"/>
          <w:numId w:val="0"/>
        </w:numPr>
        <w:ind w:left="432"/>
      </w:pPr>
      <w:bookmarkStart w:id="3" w:name="_Toc233990518"/>
      <w:r w:rsidRPr="007F78CD">
        <w:lastRenderedPageBreak/>
        <w:t>DAFTAR GAMBAR</w:t>
      </w:r>
      <w:bookmarkEnd w:id="3"/>
    </w:p>
    <w:p w14:paraId="3008EFBC" w14:textId="14860FA4" w:rsidR="00F810AC" w:rsidRDefault="00000000">
      <w:pPr>
        <w:tabs>
          <w:tab w:val="right" w:pos="8787"/>
        </w:tabs>
        <w:spacing w:after="80" w:line="240" w:lineRule="auto"/>
      </w:pPr>
      <w:r>
        <w:rPr>
          <w:rFonts w:cs="Times New Roman"/>
        </w:rPr>
        <w:t xml:space="preserve">Gambar </w:t>
      </w:r>
      <w:proofErr w:type="gramStart"/>
      <w:r>
        <w:rPr>
          <w:rFonts w:cs="Times New Roman"/>
        </w:rPr>
        <w:t xml:space="preserve">1.1  </w:t>
      </w:r>
      <w:proofErr w:type="spellStart"/>
      <w:r>
        <w:rPr>
          <w:rFonts w:cs="Times New Roman"/>
        </w:rPr>
        <w:t>Metodologi</w:t>
      </w:r>
      <w:proofErr w:type="spellEnd"/>
      <w:proofErr w:type="gramEnd"/>
      <w:r>
        <w:rPr>
          <w:rFonts w:cs="Times New Roman"/>
        </w:rPr>
        <w:t xml:space="preserve"> </w:t>
      </w:r>
      <w:proofErr w:type="spellStart"/>
      <w:r>
        <w:rPr>
          <w:rFonts w:cs="Times New Roman"/>
        </w:rPr>
        <w:t>Penyelesaian</w:t>
      </w:r>
      <w:proofErr w:type="spellEnd"/>
      <w:r>
        <w:rPr>
          <w:rFonts w:cs="Times New Roman"/>
        </w:rPr>
        <w:t xml:space="preserve"> </w:t>
      </w:r>
      <w:proofErr w:type="spellStart"/>
      <w:r>
        <w:rPr>
          <w:rFonts w:cs="Times New Roman"/>
        </w:rPr>
        <w:t>Tugas</w:t>
      </w:r>
      <w:proofErr w:type="spellEnd"/>
      <w:r>
        <w:rPr>
          <w:rFonts w:cs="Times New Roman"/>
        </w:rPr>
        <w:t xml:space="preserve"> Akhir</w:t>
      </w:r>
      <w:r>
        <w:rPr>
          <w:rFonts w:cs="Times New Roman"/>
        </w:rPr>
        <w:tab/>
        <w:t>1-</w:t>
      </w:r>
      <w:r w:rsidR="00F333B6">
        <w:rPr>
          <w:rFonts w:cs="Times New Roman"/>
        </w:rPr>
        <w:t>4</w:t>
      </w:r>
    </w:p>
    <w:p w14:paraId="61E1D311" w14:textId="02731C68" w:rsidR="00F810AC" w:rsidRDefault="00000000">
      <w:pPr>
        <w:tabs>
          <w:tab w:val="right" w:pos="8787"/>
        </w:tabs>
        <w:spacing w:after="80" w:line="240" w:lineRule="auto"/>
      </w:pPr>
      <w:r>
        <w:rPr>
          <w:rFonts w:cs="Times New Roman"/>
        </w:rPr>
        <w:t xml:space="preserve">Gambar </w:t>
      </w:r>
      <w:proofErr w:type="gramStart"/>
      <w:r>
        <w:rPr>
          <w:rFonts w:cs="Times New Roman"/>
        </w:rPr>
        <w:t>3.1  Diagram</w:t>
      </w:r>
      <w:proofErr w:type="gramEnd"/>
      <w:r>
        <w:rPr>
          <w:rFonts w:cs="Times New Roman"/>
        </w:rPr>
        <w:t xml:space="preserve"> Fishbone — </w:t>
      </w:r>
      <w:proofErr w:type="spellStart"/>
      <w:r>
        <w:rPr>
          <w:rFonts w:cs="Times New Roman"/>
        </w:rPr>
        <w:t>Analisis</w:t>
      </w:r>
      <w:proofErr w:type="spellEnd"/>
      <w:r>
        <w:rPr>
          <w:rFonts w:cs="Times New Roman"/>
        </w:rPr>
        <w:t xml:space="preserve"> </w:t>
      </w:r>
      <w:proofErr w:type="spellStart"/>
      <w:r>
        <w:rPr>
          <w:rFonts w:cs="Times New Roman"/>
        </w:rPr>
        <w:t>Sebab-Akibat</w:t>
      </w:r>
      <w:proofErr w:type="spellEnd"/>
      <w:r>
        <w:rPr>
          <w:rFonts w:cs="Times New Roman"/>
        </w:rPr>
        <w:t xml:space="preserve"> </w:t>
      </w:r>
      <w:proofErr w:type="spellStart"/>
      <w:r>
        <w:rPr>
          <w:rFonts w:cs="Times New Roman"/>
        </w:rPr>
        <w:t>Persoalan</w:t>
      </w:r>
      <w:proofErr w:type="spellEnd"/>
      <w:r>
        <w:rPr>
          <w:rFonts w:cs="Times New Roman"/>
        </w:rPr>
        <w:tab/>
        <w:t>3-</w:t>
      </w:r>
      <w:r w:rsidR="00F333B6">
        <w:rPr>
          <w:rFonts w:cs="Times New Roman"/>
        </w:rPr>
        <w:t>3</w:t>
      </w:r>
    </w:p>
    <w:p w14:paraId="2F6B0FDD" w14:textId="717ECBEF" w:rsidR="00F810AC" w:rsidRDefault="00000000">
      <w:pPr>
        <w:tabs>
          <w:tab w:val="right" w:pos="8787"/>
        </w:tabs>
        <w:spacing w:after="80" w:line="240" w:lineRule="auto"/>
      </w:pPr>
      <w:r>
        <w:rPr>
          <w:rFonts w:cs="Times New Roman"/>
        </w:rPr>
        <w:t xml:space="preserve">Gambar </w:t>
      </w:r>
      <w:proofErr w:type="gramStart"/>
      <w:r>
        <w:rPr>
          <w:rFonts w:cs="Times New Roman"/>
        </w:rPr>
        <w:t>3.2  Diagram</w:t>
      </w:r>
      <w:proofErr w:type="gramEnd"/>
      <w:r>
        <w:rPr>
          <w:rFonts w:cs="Times New Roman"/>
        </w:rPr>
        <w:t xml:space="preserve"> Fishbone — </w:t>
      </w:r>
      <w:proofErr w:type="spellStart"/>
      <w:r>
        <w:rPr>
          <w:rFonts w:cs="Times New Roman"/>
        </w:rPr>
        <w:t>Kerangka</w:t>
      </w:r>
      <w:proofErr w:type="spellEnd"/>
      <w:r>
        <w:rPr>
          <w:rFonts w:cs="Times New Roman"/>
        </w:rPr>
        <w:t xml:space="preserve"> </w:t>
      </w:r>
      <w:proofErr w:type="spellStart"/>
      <w:r>
        <w:rPr>
          <w:rFonts w:cs="Times New Roman"/>
        </w:rPr>
        <w:t>Pemikiran</w:t>
      </w:r>
      <w:proofErr w:type="spellEnd"/>
      <w:r>
        <w:rPr>
          <w:rFonts w:cs="Times New Roman"/>
        </w:rPr>
        <w:t xml:space="preserve"> </w:t>
      </w:r>
      <w:proofErr w:type="spellStart"/>
      <w:r>
        <w:rPr>
          <w:rFonts w:cs="Times New Roman"/>
        </w:rPr>
        <w:t>Teoritis</w:t>
      </w:r>
      <w:proofErr w:type="spellEnd"/>
      <w:r>
        <w:rPr>
          <w:rFonts w:cs="Times New Roman"/>
        </w:rPr>
        <w:tab/>
        <w:t>3-</w:t>
      </w:r>
      <w:r w:rsidR="00F333B6">
        <w:rPr>
          <w:rFonts w:cs="Times New Roman"/>
        </w:rPr>
        <w:t>4</w:t>
      </w:r>
    </w:p>
    <w:p w14:paraId="394C5F36" w14:textId="32175CB9" w:rsidR="00F810AC" w:rsidRDefault="00000000">
      <w:pPr>
        <w:tabs>
          <w:tab w:val="right" w:pos="8787"/>
        </w:tabs>
        <w:spacing w:after="80" w:line="240" w:lineRule="auto"/>
        <w:rPr>
          <w:rFonts w:cs="Times New Roman"/>
        </w:rPr>
      </w:pPr>
      <w:r>
        <w:rPr>
          <w:rFonts w:cs="Times New Roman"/>
        </w:rPr>
        <w:t xml:space="preserve">Gambar </w:t>
      </w:r>
      <w:proofErr w:type="gramStart"/>
      <w:r>
        <w:rPr>
          <w:rFonts w:cs="Times New Roman"/>
        </w:rPr>
        <w:t>3.3  Gambaran</w:t>
      </w:r>
      <w:proofErr w:type="gramEnd"/>
      <w:r>
        <w:rPr>
          <w:rFonts w:cs="Times New Roman"/>
        </w:rPr>
        <w:t xml:space="preserve"> </w:t>
      </w:r>
      <w:proofErr w:type="spellStart"/>
      <w:r>
        <w:rPr>
          <w:rFonts w:cs="Times New Roman"/>
        </w:rPr>
        <w:t>Produk</w:t>
      </w:r>
      <w:proofErr w:type="spellEnd"/>
      <w:r>
        <w:rPr>
          <w:rFonts w:cs="Times New Roman"/>
        </w:rPr>
        <w:t xml:space="preserve"> </w:t>
      </w:r>
      <w:proofErr w:type="spellStart"/>
      <w:r>
        <w:rPr>
          <w:rFonts w:cs="Times New Roman"/>
        </w:rPr>
        <w:t>Tugas</w:t>
      </w:r>
      <w:proofErr w:type="spellEnd"/>
      <w:r>
        <w:rPr>
          <w:rFonts w:cs="Times New Roman"/>
        </w:rPr>
        <w:t xml:space="preserve"> Akhir — Closed-Loop </w:t>
      </w:r>
      <w:proofErr w:type="spellStart"/>
      <w:r>
        <w:rPr>
          <w:rFonts w:cs="Times New Roman"/>
        </w:rPr>
        <w:t>Agen</w:t>
      </w:r>
      <w:proofErr w:type="spellEnd"/>
      <w:r>
        <w:rPr>
          <w:rFonts w:cs="Times New Roman"/>
        </w:rPr>
        <w:t xml:space="preserve"> DRL ↔ </w:t>
      </w:r>
      <w:proofErr w:type="spellStart"/>
      <w:r>
        <w:rPr>
          <w:rFonts w:cs="Times New Roman"/>
        </w:rPr>
        <w:t>Webots</w:t>
      </w:r>
      <w:proofErr w:type="spellEnd"/>
      <w:r>
        <w:rPr>
          <w:rFonts w:cs="Times New Roman"/>
        </w:rPr>
        <w:tab/>
        <w:t>3-</w:t>
      </w:r>
      <w:r w:rsidR="00F333B6">
        <w:rPr>
          <w:rFonts w:cs="Times New Roman"/>
        </w:rPr>
        <w:t>5</w:t>
      </w:r>
    </w:p>
    <w:p w14:paraId="412A03EC" w14:textId="5A04FA35" w:rsidR="00BA606A" w:rsidRPr="00952EC0" w:rsidRDefault="00BA606A" w:rsidP="00BA606A">
      <w:pPr>
        <w:tabs>
          <w:tab w:val="right" w:pos="8787"/>
        </w:tabs>
        <w:spacing w:after="80" w:line="240" w:lineRule="auto"/>
        <w:rPr>
          <w:bCs/>
        </w:rPr>
      </w:pPr>
      <w:r>
        <w:rPr>
          <w:rFonts w:cs="Times New Roman"/>
        </w:rPr>
        <w:t xml:space="preserve">Gambar </w:t>
      </w:r>
      <w:proofErr w:type="gramStart"/>
      <w:r w:rsidR="00952EC0">
        <w:rPr>
          <w:rFonts w:cs="Times New Roman"/>
        </w:rPr>
        <w:t>4</w:t>
      </w:r>
      <w:r>
        <w:rPr>
          <w:rFonts w:cs="Times New Roman"/>
        </w:rPr>
        <w:t xml:space="preserve">.1  </w:t>
      </w:r>
      <w:proofErr w:type="spellStart"/>
      <w:r w:rsidR="00952EC0" w:rsidRPr="00952EC0">
        <w:rPr>
          <w:rFonts w:cs="Times New Roman"/>
          <w:bCs/>
        </w:rPr>
        <w:t>Ilustrasi</w:t>
      </w:r>
      <w:proofErr w:type="spellEnd"/>
      <w:proofErr w:type="gramEnd"/>
      <w:r w:rsidR="00952EC0" w:rsidRPr="00952EC0">
        <w:rPr>
          <w:rFonts w:cs="Times New Roman"/>
          <w:bCs/>
        </w:rPr>
        <w:t xml:space="preserve"> </w:t>
      </w:r>
      <w:proofErr w:type="spellStart"/>
      <w:r w:rsidR="00952EC0" w:rsidRPr="00952EC0">
        <w:rPr>
          <w:rFonts w:cs="Times New Roman"/>
          <w:bCs/>
        </w:rPr>
        <w:t>Rancangan</w:t>
      </w:r>
      <w:proofErr w:type="spellEnd"/>
      <w:r w:rsidR="00952EC0" w:rsidRPr="00952EC0">
        <w:rPr>
          <w:rFonts w:cs="Times New Roman"/>
          <w:bCs/>
        </w:rPr>
        <w:t xml:space="preserve"> </w:t>
      </w:r>
      <w:proofErr w:type="spellStart"/>
      <w:r w:rsidR="00952EC0" w:rsidRPr="00952EC0">
        <w:rPr>
          <w:rFonts w:cs="Times New Roman"/>
          <w:bCs/>
        </w:rPr>
        <w:t>Lingkungan</w:t>
      </w:r>
      <w:proofErr w:type="spellEnd"/>
      <w:r w:rsidR="00952EC0" w:rsidRPr="00952EC0">
        <w:rPr>
          <w:rFonts w:cs="Times New Roman"/>
          <w:bCs/>
        </w:rPr>
        <w:t xml:space="preserve"> Enduro-v5</w:t>
      </w:r>
      <w:r w:rsidRPr="00952EC0">
        <w:rPr>
          <w:rFonts w:cs="Times New Roman"/>
          <w:bCs/>
        </w:rPr>
        <w:tab/>
      </w:r>
      <w:r w:rsidR="00952EC0" w:rsidRPr="00952EC0">
        <w:rPr>
          <w:rFonts w:cs="Times New Roman"/>
          <w:bCs/>
        </w:rPr>
        <w:t>4</w:t>
      </w:r>
      <w:r w:rsidRPr="00952EC0">
        <w:rPr>
          <w:rFonts w:cs="Times New Roman"/>
          <w:bCs/>
        </w:rPr>
        <w:t>-</w:t>
      </w:r>
      <w:r w:rsidR="00952EC0" w:rsidRPr="00952EC0">
        <w:rPr>
          <w:rFonts w:cs="Times New Roman"/>
          <w:bCs/>
        </w:rPr>
        <w:t>4</w:t>
      </w:r>
    </w:p>
    <w:p w14:paraId="03E542E3" w14:textId="4D80DF11" w:rsidR="00BA606A" w:rsidRDefault="00BA606A" w:rsidP="00BA606A">
      <w:pPr>
        <w:tabs>
          <w:tab w:val="right" w:pos="8787"/>
        </w:tabs>
        <w:spacing w:after="80" w:line="240" w:lineRule="auto"/>
      </w:pPr>
      <w:r w:rsidRPr="00952EC0">
        <w:rPr>
          <w:rFonts w:cs="Times New Roman"/>
          <w:bCs/>
        </w:rPr>
        <w:t xml:space="preserve">Gambar </w:t>
      </w:r>
      <w:proofErr w:type="gramStart"/>
      <w:r w:rsidR="00952EC0" w:rsidRPr="00952EC0">
        <w:rPr>
          <w:rFonts w:cs="Times New Roman"/>
          <w:bCs/>
        </w:rPr>
        <w:t>4</w:t>
      </w:r>
      <w:r w:rsidRPr="00952EC0">
        <w:rPr>
          <w:rFonts w:cs="Times New Roman"/>
          <w:bCs/>
        </w:rPr>
        <w:t>.</w:t>
      </w:r>
      <w:r w:rsidR="00952EC0" w:rsidRPr="00952EC0">
        <w:rPr>
          <w:rFonts w:cs="Times New Roman"/>
          <w:bCs/>
        </w:rPr>
        <w:t>2</w:t>
      </w:r>
      <w:r w:rsidRPr="00952EC0">
        <w:rPr>
          <w:rFonts w:cs="Times New Roman"/>
          <w:bCs/>
        </w:rPr>
        <w:t xml:space="preserve">  </w:t>
      </w:r>
      <w:proofErr w:type="spellStart"/>
      <w:r w:rsidR="00952EC0" w:rsidRPr="00952EC0">
        <w:rPr>
          <w:rFonts w:cs="Times New Roman"/>
          <w:bCs/>
        </w:rPr>
        <w:t>Ilustrasi</w:t>
      </w:r>
      <w:proofErr w:type="spellEnd"/>
      <w:proofErr w:type="gramEnd"/>
      <w:r w:rsidR="00952EC0" w:rsidRPr="00952EC0">
        <w:rPr>
          <w:rFonts w:cs="Times New Roman"/>
          <w:bCs/>
        </w:rPr>
        <w:t xml:space="preserve"> </w:t>
      </w:r>
      <w:proofErr w:type="spellStart"/>
      <w:r w:rsidR="00952EC0" w:rsidRPr="00952EC0">
        <w:rPr>
          <w:rFonts w:cs="Times New Roman"/>
          <w:bCs/>
        </w:rPr>
        <w:t>Rancangan</w:t>
      </w:r>
      <w:proofErr w:type="spellEnd"/>
      <w:r w:rsidR="00952EC0" w:rsidRPr="00952EC0">
        <w:rPr>
          <w:rFonts w:cs="Times New Roman"/>
          <w:bCs/>
        </w:rPr>
        <w:t xml:space="preserve"> </w:t>
      </w:r>
      <w:proofErr w:type="spellStart"/>
      <w:r w:rsidR="00952EC0" w:rsidRPr="00952EC0">
        <w:rPr>
          <w:rFonts w:cs="Times New Roman"/>
          <w:bCs/>
        </w:rPr>
        <w:t>Lingkungan</w:t>
      </w:r>
      <w:proofErr w:type="spellEnd"/>
      <w:r w:rsidR="00952EC0" w:rsidRPr="00952EC0">
        <w:rPr>
          <w:rFonts w:cs="Times New Roman"/>
          <w:bCs/>
        </w:rPr>
        <w:t xml:space="preserve"> </w:t>
      </w:r>
      <w:proofErr w:type="spellStart"/>
      <w:r w:rsidR="00952EC0" w:rsidRPr="00952EC0">
        <w:rPr>
          <w:rFonts w:cs="Times New Roman"/>
          <w:bCs/>
        </w:rPr>
        <w:t>Webots</w:t>
      </w:r>
      <w:proofErr w:type="spellEnd"/>
      <w:r>
        <w:rPr>
          <w:rFonts w:cs="Times New Roman"/>
        </w:rPr>
        <w:tab/>
      </w:r>
      <w:r w:rsidR="00952EC0">
        <w:rPr>
          <w:rFonts w:cs="Times New Roman"/>
        </w:rPr>
        <w:t>4</w:t>
      </w:r>
      <w:r>
        <w:rPr>
          <w:rFonts w:cs="Times New Roman"/>
        </w:rPr>
        <w:t>-</w:t>
      </w:r>
      <w:r w:rsidR="00952EC0">
        <w:rPr>
          <w:rFonts w:cs="Times New Roman"/>
        </w:rPr>
        <w:t>4</w:t>
      </w:r>
    </w:p>
    <w:p w14:paraId="0D43C341" w14:textId="16E97E1F" w:rsidR="00BA606A" w:rsidRPr="008C2F9D" w:rsidRDefault="00BA606A" w:rsidP="00BA606A">
      <w:pPr>
        <w:tabs>
          <w:tab w:val="right" w:pos="8787"/>
        </w:tabs>
        <w:spacing w:after="80" w:line="240" w:lineRule="auto"/>
        <w:rPr>
          <w:bCs/>
        </w:rPr>
      </w:pPr>
      <w:r>
        <w:rPr>
          <w:rFonts w:cs="Times New Roman"/>
        </w:rPr>
        <w:t xml:space="preserve">Gambar </w:t>
      </w:r>
      <w:proofErr w:type="gramStart"/>
      <w:r w:rsidR="00952EC0">
        <w:rPr>
          <w:rFonts w:cs="Times New Roman"/>
        </w:rPr>
        <w:t>4</w:t>
      </w:r>
      <w:r>
        <w:rPr>
          <w:rFonts w:cs="Times New Roman"/>
        </w:rPr>
        <w:t>.</w:t>
      </w:r>
      <w:r w:rsidR="00952EC0">
        <w:rPr>
          <w:rFonts w:cs="Times New Roman"/>
        </w:rPr>
        <w:t>3</w:t>
      </w:r>
      <w:r>
        <w:rPr>
          <w:rFonts w:cs="Times New Roman"/>
        </w:rPr>
        <w:t xml:space="preserve">  </w:t>
      </w:r>
      <w:proofErr w:type="spellStart"/>
      <w:r w:rsidR="00952EC0" w:rsidRPr="008C2F9D">
        <w:rPr>
          <w:rFonts w:cs="Times New Roman"/>
          <w:bCs/>
        </w:rPr>
        <w:t>Arsitektur</w:t>
      </w:r>
      <w:proofErr w:type="spellEnd"/>
      <w:proofErr w:type="gramEnd"/>
      <w:r w:rsidR="00952EC0" w:rsidRPr="008C2F9D">
        <w:rPr>
          <w:rFonts w:cs="Times New Roman"/>
          <w:bCs/>
        </w:rPr>
        <w:t xml:space="preserve"> Q-Network Single-Branch CNN (Nature DQN)</w:t>
      </w:r>
      <w:r w:rsidRPr="008C2F9D">
        <w:rPr>
          <w:rFonts w:cs="Times New Roman"/>
          <w:bCs/>
        </w:rPr>
        <w:tab/>
      </w:r>
      <w:r w:rsidR="00952EC0" w:rsidRPr="008C2F9D">
        <w:rPr>
          <w:rFonts w:cs="Times New Roman"/>
          <w:bCs/>
        </w:rPr>
        <w:t>4-</w:t>
      </w:r>
      <w:r w:rsidR="00A8173A">
        <w:rPr>
          <w:rFonts w:cs="Times New Roman"/>
          <w:bCs/>
        </w:rPr>
        <w:t>10</w:t>
      </w:r>
    </w:p>
    <w:p w14:paraId="7BA63E58" w14:textId="66027F32" w:rsidR="00BA606A" w:rsidRPr="008C2F9D" w:rsidRDefault="00BA606A" w:rsidP="00BA606A">
      <w:pPr>
        <w:tabs>
          <w:tab w:val="right" w:pos="8787"/>
        </w:tabs>
        <w:spacing w:after="80" w:line="240" w:lineRule="auto"/>
        <w:rPr>
          <w:bCs/>
        </w:rPr>
      </w:pPr>
      <w:r w:rsidRPr="008C2F9D">
        <w:rPr>
          <w:rFonts w:cs="Times New Roman"/>
          <w:bCs/>
        </w:rPr>
        <w:t xml:space="preserve">Gambar </w:t>
      </w:r>
      <w:r w:rsidR="008C2F9D" w:rsidRPr="008C2F9D">
        <w:rPr>
          <w:rFonts w:cs="Times New Roman"/>
          <w:bCs/>
        </w:rPr>
        <w:t>4</w:t>
      </w:r>
      <w:r w:rsidRPr="008C2F9D">
        <w:rPr>
          <w:rFonts w:cs="Times New Roman"/>
          <w:bCs/>
        </w:rPr>
        <w:t>.</w:t>
      </w:r>
      <w:r w:rsidR="008C2F9D" w:rsidRPr="008C2F9D">
        <w:rPr>
          <w:rFonts w:cs="Times New Roman"/>
          <w:bCs/>
        </w:rPr>
        <w:t>4</w:t>
      </w:r>
      <w:r w:rsidRPr="008C2F9D">
        <w:rPr>
          <w:rFonts w:cs="Times New Roman"/>
          <w:bCs/>
        </w:rPr>
        <w:t xml:space="preserve"> </w:t>
      </w:r>
      <w:proofErr w:type="spellStart"/>
      <w:r w:rsidR="008C2F9D" w:rsidRPr="008C2F9D">
        <w:rPr>
          <w:rFonts w:cs="Times New Roman"/>
          <w:bCs/>
        </w:rPr>
        <w:t>Algoritma</w:t>
      </w:r>
      <w:proofErr w:type="spellEnd"/>
      <w:r w:rsidR="008C2F9D" w:rsidRPr="008C2F9D">
        <w:rPr>
          <w:rFonts w:cs="Times New Roman"/>
          <w:bCs/>
        </w:rPr>
        <w:t xml:space="preserve"> Deep Q Network</w:t>
      </w:r>
      <w:r w:rsidRPr="008C2F9D">
        <w:rPr>
          <w:rFonts w:cs="Times New Roman"/>
          <w:bCs/>
        </w:rPr>
        <w:tab/>
      </w:r>
      <w:r w:rsidR="008C2F9D" w:rsidRPr="008C2F9D">
        <w:rPr>
          <w:rFonts w:cs="Times New Roman"/>
          <w:bCs/>
        </w:rPr>
        <w:t>4-</w:t>
      </w:r>
      <w:r w:rsidR="00A8173A">
        <w:rPr>
          <w:rFonts w:cs="Times New Roman"/>
          <w:bCs/>
        </w:rPr>
        <w:t>11</w:t>
      </w:r>
    </w:p>
    <w:p w14:paraId="5F65BC8F" w14:textId="11DD7880" w:rsidR="00BA606A" w:rsidRDefault="00BA606A" w:rsidP="00BA606A">
      <w:pPr>
        <w:tabs>
          <w:tab w:val="right" w:pos="8787"/>
        </w:tabs>
        <w:spacing w:after="80" w:line="240" w:lineRule="auto"/>
      </w:pPr>
      <w:r w:rsidRPr="008C2F9D">
        <w:rPr>
          <w:rFonts w:cs="Times New Roman"/>
          <w:bCs/>
        </w:rPr>
        <w:t xml:space="preserve">Gambar </w:t>
      </w:r>
      <w:r w:rsidR="008C2F9D" w:rsidRPr="008C2F9D">
        <w:rPr>
          <w:rFonts w:cs="Times New Roman"/>
          <w:bCs/>
        </w:rPr>
        <w:t>4</w:t>
      </w:r>
      <w:r w:rsidRPr="008C2F9D">
        <w:rPr>
          <w:rFonts w:cs="Times New Roman"/>
          <w:bCs/>
        </w:rPr>
        <w:t>.</w:t>
      </w:r>
      <w:r w:rsidR="008C2F9D" w:rsidRPr="008C2F9D">
        <w:rPr>
          <w:rFonts w:cs="Times New Roman"/>
          <w:bCs/>
        </w:rPr>
        <w:t>5</w:t>
      </w:r>
      <w:r w:rsidRPr="008C2F9D">
        <w:rPr>
          <w:rFonts w:cs="Times New Roman"/>
          <w:bCs/>
        </w:rPr>
        <w:t xml:space="preserve"> </w:t>
      </w:r>
      <w:proofErr w:type="spellStart"/>
      <w:r w:rsidR="008C2F9D" w:rsidRPr="008C2F9D">
        <w:rPr>
          <w:rFonts w:cs="Times New Roman"/>
          <w:bCs/>
        </w:rPr>
        <w:t>Algoritma</w:t>
      </w:r>
      <w:proofErr w:type="spellEnd"/>
      <w:r w:rsidR="008C2F9D" w:rsidRPr="008C2F9D">
        <w:rPr>
          <w:rFonts w:cs="Times New Roman"/>
          <w:bCs/>
        </w:rPr>
        <w:t xml:space="preserve"> Double Deep Q Network</w:t>
      </w:r>
      <w:r>
        <w:rPr>
          <w:rFonts w:cs="Times New Roman"/>
        </w:rPr>
        <w:tab/>
      </w:r>
      <w:r w:rsidR="008C2F9D">
        <w:rPr>
          <w:rFonts w:cs="Times New Roman"/>
        </w:rPr>
        <w:t>4-10</w:t>
      </w:r>
    </w:p>
    <w:p w14:paraId="5CFFA58B" w14:textId="61949287" w:rsidR="00BA606A" w:rsidRDefault="00BA606A" w:rsidP="00BA606A">
      <w:pPr>
        <w:tabs>
          <w:tab w:val="right" w:pos="8787"/>
        </w:tabs>
        <w:spacing w:after="80" w:line="240" w:lineRule="auto"/>
      </w:pPr>
      <w:r>
        <w:rPr>
          <w:rFonts w:cs="Times New Roman"/>
        </w:rPr>
        <w:t xml:space="preserve">Gambar </w:t>
      </w:r>
      <w:r w:rsidR="008C2F9D">
        <w:rPr>
          <w:rFonts w:cs="Times New Roman"/>
        </w:rPr>
        <w:t>4</w:t>
      </w:r>
      <w:r>
        <w:rPr>
          <w:rFonts w:cs="Times New Roman"/>
        </w:rPr>
        <w:t>.</w:t>
      </w:r>
      <w:r w:rsidR="008C2F9D">
        <w:rPr>
          <w:rFonts w:cs="Times New Roman"/>
        </w:rPr>
        <w:t>6</w:t>
      </w:r>
      <w:r>
        <w:rPr>
          <w:rFonts w:cs="Times New Roman"/>
        </w:rPr>
        <w:t xml:space="preserve"> </w:t>
      </w:r>
      <w:r w:rsidR="008C2F9D" w:rsidRPr="008C2F9D">
        <w:rPr>
          <w:rFonts w:cs="Times New Roman"/>
        </w:rPr>
        <w:t xml:space="preserve">Model </w:t>
      </w:r>
      <w:proofErr w:type="spellStart"/>
      <w:r w:rsidR="008C2F9D" w:rsidRPr="008C2F9D">
        <w:rPr>
          <w:rFonts w:cs="Times New Roman"/>
        </w:rPr>
        <w:t>Pembelajaran</w:t>
      </w:r>
      <w:proofErr w:type="spellEnd"/>
      <w:r w:rsidR="008C2F9D" w:rsidRPr="008C2F9D">
        <w:rPr>
          <w:rFonts w:cs="Times New Roman"/>
        </w:rPr>
        <w:t xml:space="preserve"> DQN (</w:t>
      </w:r>
      <w:r w:rsidR="008C2F9D" w:rsidRPr="008C2F9D">
        <w:rPr>
          <w:rFonts w:cs="Times New Roman"/>
          <w:i/>
          <w:iCs/>
        </w:rPr>
        <w:t>Baseline</w:t>
      </w:r>
      <w:r w:rsidR="008C2F9D" w:rsidRPr="008C2F9D">
        <w:rPr>
          <w:rFonts w:cs="Times New Roman"/>
        </w:rPr>
        <w:t>)</w:t>
      </w:r>
      <w:r>
        <w:rPr>
          <w:rFonts w:cs="Times New Roman"/>
        </w:rPr>
        <w:tab/>
      </w:r>
      <w:r w:rsidR="008C2F9D">
        <w:rPr>
          <w:rFonts w:cs="Times New Roman"/>
        </w:rPr>
        <w:t>4</w:t>
      </w:r>
      <w:r>
        <w:rPr>
          <w:rFonts w:cs="Times New Roman"/>
        </w:rPr>
        <w:t>-</w:t>
      </w:r>
      <w:r w:rsidR="008C2F9D">
        <w:rPr>
          <w:rFonts w:cs="Times New Roman"/>
        </w:rPr>
        <w:t>1</w:t>
      </w:r>
      <w:r w:rsidR="00A8173A">
        <w:rPr>
          <w:rFonts w:cs="Times New Roman"/>
        </w:rPr>
        <w:t>8</w:t>
      </w:r>
    </w:p>
    <w:p w14:paraId="567EBF67" w14:textId="1C89FF88" w:rsidR="00BA606A" w:rsidRDefault="00BA606A" w:rsidP="00BA606A">
      <w:pPr>
        <w:tabs>
          <w:tab w:val="right" w:pos="8787"/>
        </w:tabs>
        <w:spacing w:after="80" w:line="240" w:lineRule="auto"/>
      </w:pPr>
      <w:r>
        <w:rPr>
          <w:rFonts w:cs="Times New Roman"/>
        </w:rPr>
        <w:t xml:space="preserve">Gambar </w:t>
      </w:r>
      <w:r w:rsidR="008C2F9D">
        <w:rPr>
          <w:rFonts w:cs="Times New Roman"/>
        </w:rPr>
        <w:t>4</w:t>
      </w:r>
      <w:r>
        <w:rPr>
          <w:rFonts w:cs="Times New Roman"/>
        </w:rPr>
        <w:t>.</w:t>
      </w:r>
      <w:r w:rsidR="008C2F9D">
        <w:rPr>
          <w:rFonts w:cs="Times New Roman"/>
        </w:rPr>
        <w:t>7</w:t>
      </w:r>
      <w:r>
        <w:rPr>
          <w:rFonts w:cs="Times New Roman"/>
        </w:rPr>
        <w:t xml:space="preserve"> </w:t>
      </w:r>
      <w:r w:rsidR="008C2F9D" w:rsidRPr="008C2F9D">
        <w:rPr>
          <w:rFonts w:cs="Times New Roman"/>
        </w:rPr>
        <w:t xml:space="preserve">Model </w:t>
      </w:r>
      <w:proofErr w:type="spellStart"/>
      <w:r w:rsidR="008C2F9D" w:rsidRPr="008C2F9D">
        <w:rPr>
          <w:rFonts w:cs="Times New Roman"/>
        </w:rPr>
        <w:t>Pembelajaran</w:t>
      </w:r>
      <w:proofErr w:type="spellEnd"/>
      <w:r w:rsidR="008C2F9D" w:rsidRPr="008C2F9D">
        <w:rPr>
          <w:rFonts w:cs="Times New Roman"/>
        </w:rPr>
        <w:t xml:space="preserve"> </w:t>
      </w:r>
      <w:r w:rsidR="008C2F9D" w:rsidRPr="008C2F9D">
        <w:rPr>
          <w:rFonts w:cs="Times New Roman"/>
          <w:i/>
          <w:iCs/>
        </w:rPr>
        <w:t>Multi Step + Double</w:t>
      </w:r>
      <w:r w:rsidR="008C2F9D" w:rsidRPr="008C2F9D">
        <w:rPr>
          <w:rFonts w:cs="Times New Roman"/>
        </w:rPr>
        <w:t xml:space="preserve"> DQN</w:t>
      </w:r>
      <w:r>
        <w:rPr>
          <w:rFonts w:cs="Times New Roman"/>
        </w:rPr>
        <w:tab/>
      </w:r>
      <w:r w:rsidR="008C2F9D">
        <w:rPr>
          <w:rFonts w:cs="Times New Roman"/>
        </w:rPr>
        <w:t>4</w:t>
      </w:r>
      <w:r>
        <w:rPr>
          <w:rFonts w:cs="Times New Roman"/>
        </w:rPr>
        <w:t>-</w:t>
      </w:r>
      <w:r w:rsidR="008C2F9D">
        <w:rPr>
          <w:rFonts w:cs="Times New Roman"/>
        </w:rPr>
        <w:t>1</w:t>
      </w:r>
      <w:r w:rsidR="00A8173A">
        <w:rPr>
          <w:rFonts w:cs="Times New Roman"/>
        </w:rPr>
        <w:t>9</w:t>
      </w:r>
    </w:p>
    <w:p w14:paraId="5781C090" w14:textId="6E9A86C0" w:rsidR="00BA606A" w:rsidRDefault="00BA606A" w:rsidP="00BA606A">
      <w:pPr>
        <w:tabs>
          <w:tab w:val="right" w:pos="8787"/>
        </w:tabs>
        <w:spacing w:after="80" w:line="240" w:lineRule="auto"/>
      </w:pPr>
      <w:r>
        <w:rPr>
          <w:rFonts w:cs="Times New Roman"/>
        </w:rPr>
        <w:t xml:space="preserve">Gambar </w:t>
      </w:r>
      <w:r w:rsidR="00B2522C">
        <w:rPr>
          <w:rFonts w:cs="Times New Roman"/>
        </w:rPr>
        <w:t>5</w:t>
      </w:r>
      <w:r>
        <w:rPr>
          <w:rFonts w:cs="Times New Roman"/>
        </w:rPr>
        <w:t>.</w:t>
      </w:r>
      <w:r w:rsidR="00B2522C">
        <w:rPr>
          <w:rFonts w:cs="Times New Roman"/>
        </w:rPr>
        <w:t>1</w:t>
      </w:r>
      <w:r>
        <w:rPr>
          <w:rFonts w:cs="Times New Roman"/>
        </w:rPr>
        <w:t xml:space="preserve"> </w:t>
      </w:r>
      <w:proofErr w:type="spellStart"/>
      <w:r w:rsidR="00B2522C" w:rsidRPr="00B2522C">
        <w:rPr>
          <w:rFonts w:cs="Times New Roman"/>
        </w:rPr>
        <w:t>Metrik</w:t>
      </w:r>
      <w:proofErr w:type="spellEnd"/>
      <w:r w:rsidR="00B2522C" w:rsidRPr="00B2522C">
        <w:rPr>
          <w:rFonts w:cs="Times New Roman"/>
        </w:rPr>
        <w:t xml:space="preserve"> </w:t>
      </w:r>
      <w:proofErr w:type="spellStart"/>
      <w:r w:rsidR="00B2522C" w:rsidRPr="00B2522C">
        <w:rPr>
          <w:rFonts w:cs="Times New Roman"/>
        </w:rPr>
        <w:t>Pelatihan</w:t>
      </w:r>
      <w:proofErr w:type="spellEnd"/>
      <w:r w:rsidR="00B2522C" w:rsidRPr="00B2522C">
        <w:rPr>
          <w:rFonts w:cs="Times New Roman"/>
        </w:rPr>
        <w:t xml:space="preserve"> Model DDQN pada </w:t>
      </w:r>
      <w:proofErr w:type="spellStart"/>
      <w:r w:rsidR="00B2522C" w:rsidRPr="00B2522C">
        <w:rPr>
          <w:rFonts w:cs="Times New Roman"/>
        </w:rPr>
        <w:t>Lingkungan</w:t>
      </w:r>
      <w:proofErr w:type="spellEnd"/>
      <w:r w:rsidR="00B2522C" w:rsidRPr="00B2522C">
        <w:rPr>
          <w:rFonts w:cs="Times New Roman"/>
        </w:rPr>
        <w:t xml:space="preserve"> </w:t>
      </w:r>
      <w:proofErr w:type="spellStart"/>
      <w:r w:rsidR="00B2522C" w:rsidRPr="00B2522C">
        <w:rPr>
          <w:rFonts w:cs="Times New Roman"/>
        </w:rPr>
        <w:t>Webots</w:t>
      </w:r>
      <w:proofErr w:type="spellEnd"/>
      <w:r w:rsidR="00B2522C" w:rsidRPr="00B2522C">
        <w:rPr>
          <w:rFonts w:cs="Times New Roman"/>
        </w:rPr>
        <w:t xml:space="preserve"> Bagian 1</w:t>
      </w:r>
      <w:r>
        <w:rPr>
          <w:rFonts w:cs="Times New Roman"/>
        </w:rPr>
        <w:tab/>
      </w:r>
      <w:r w:rsidR="00B2522C">
        <w:rPr>
          <w:rFonts w:cs="Times New Roman"/>
        </w:rPr>
        <w:t>5</w:t>
      </w:r>
      <w:r>
        <w:rPr>
          <w:rFonts w:cs="Times New Roman"/>
        </w:rPr>
        <w:t>-</w:t>
      </w:r>
      <w:r w:rsidR="00B2522C">
        <w:rPr>
          <w:rFonts w:cs="Times New Roman"/>
        </w:rPr>
        <w:t>1</w:t>
      </w:r>
    </w:p>
    <w:p w14:paraId="6CB8EB88" w14:textId="3A77B085" w:rsidR="00B2522C" w:rsidRDefault="00B2522C" w:rsidP="00B2522C">
      <w:pPr>
        <w:tabs>
          <w:tab w:val="right" w:pos="8787"/>
        </w:tabs>
        <w:spacing w:after="80" w:line="240" w:lineRule="auto"/>
      </w:pPr>
      <w:r>
        <w:rPr>
          <w:rFonts w:cs="Times New Roman"/>
        </w:rPr>
        <w:t xml:space="preserve">Gambar 5.2 </w:t>
      </w:r>
      <w:proofErr w:type="spellStart"/>
      <w:r w:rsidRPr="00B2522C">
        <w:rPr>
          <w:rFonts w:cs="Times New Roman"/>
        </w:rPr>
        <w:t>Metrik</w:t>
      </w:r>
      <w:proofErr w:type="spellEnd"/>
      <w:r w:rsidRPr="00B2522C">
        <w:rPr>
          <w:rFonts w:cs="Times New Roman"/>
        </w:rPr>
        <w:t xml:space="preserve"> </w:t>
      </w:r>
      <w:proofErr w:type="spellStart"/>
      <w:r w:rsidRPr="00B2522C">
        <w:rPr>
          <w:rFonts w:cs="Times New Roman"/>
        </w:rPr>
        <w:t>Pelatihan</w:t>
      </w:r>
      <w:proofErr w:type="spellEnd"/>
      <w:r w:rsidRPr="00B2522C">
        <w:rPr>
          <w:rFonts w:cs="Times New Roman"/>
        </w:rPr>
        <w:t xml:space="preserve"> Model DDQN pada </w:t>
      </w:r>
      <w:proofErr w:type="spellStart"/>
      <w:r w:rsidRPr="00B2522C">
        <w:rPr>
          <w:rFonts w:cs="Times New Roman"/>
        </w:rPr>
        <w:t>Lingkungan</w:t>
      </w:r>
      <w:proofErr w:type="spellEnd"/>
      <w:r w:rsidRPr="00B2522C">
        <w:rPr>
          <w:rFonts w:cs="Times New Roman"/>
        </w:rPr>
        <w:t xml:space="preserve"> </w:t>
      </w:r>
      <w:proofErr w:type="spellStart"/>
      <w:r w:rsidRPr="00B2522C">
        <w:rPr>
          <w:rFonts w:cs="Times New Roman"/>
        </w:rPr>
        <w:t>Webots</w:t>
      </w:r>
      <w:proofErr w:type="spellEnd"/>
      <w:r w:rsidRPr="00B2522C">
        <w:rPr>
          <w:rFonts w:cs="Times New Roman"/>
        </w:rPr>
        <w:t xml:space="preserve"> Bagian </w:t>
      </w:r>
      <w:r>
        <w:rPr>
          <w:rFonts w:cs="Times New Roman"/>
        </w:rPr>
        <w:t>2</w:t>
      </w:r>
      <w:r>
        <w:rPr>
          <w:rFonts w:cs="Times New Roman"/>
        </w:rPr>
        <w:tab/>
        <w:t>5-1</w:t>
      </w:r>
    </w:p>
    <w:p w14:paraId="6346F759" w14:textId="65B2F802" w:rsidR="00B2522C" w:rsidRDefault="00B2522C" w:rsidP="00B2522C">
      <w:pPr>
        <w:tabs>
          <w:tab w:val="right" w:pos="8787"/>
        </w:tabs>
        <w:spacing w:after="80" w:line="240" w:lineRule="auto"/>
      </w:pPr>
      <w:r>
        <w:rPr>
          <w:rFonts w:cs="Times New Roman"/>
        </w:rPr>
        <w:t xml:space="preserve">Gambar 5.3 </w:t>
      </w:r>
      <w:proofErr w:type="spellStart"/>
      <w:r w:rsidRPr="00B2522C">
        <w:rPr>
          <w:rFonts w:cs="Times New Roman"/>
        </w:rPr>
        <w:t>Metrik</w:t>
      </w:r>
      <w:proofErr w:type="spellEnd"/>
      <w:r w:rsidRPr="00B2522C">
        <w:rPr>
          <w:rFonts w:cs="Times New Roman"/>
        </w:rPr>
        <w:t xml:space="preserve"> </w:t>
      </w:r>
      <w:proofErr w:type="spellStart"/>
      <w:r w:rsidRPr="00B2522C">
        <w:rPr>
          <w:rFonts w:cs="Times New Roman"/>
        </w:rPr>
        <w:t>Pelatihan</w:t>
      </w:r>
      <w:proofErr w:type="spellEnd"/>
      <w:r w:rsidRPr="00B2522C">
        <w:rPr>
          <w:rFonts w:cs="Times New Roman"/>
        </w:rPr>
        <w:t xml:space="preserve"> Model DDQN pada </w:t>
      </w:r>
      <w:proofErr w:type="spellStart"/>
      <w:r w:rsidRPr="00B2522C">
        <w:rPr>
          <w:rFonts w:cs="Times New Roman"/>
        </w:rPr>
        <w:t>Lingkungan</w:t>
      </w:r>
      <w:proofErr w:type="spellEnd"/>
      <w:r w:rsidRPr="00B2522C">
        <w:rPr>
          <w:rFonts w:cs="Times New Roman"/>
        </w:rPr>
        <w:t xml:space="preserve"> </w:t>
      </w:r>
      <w:proofErr w:type="spellStart"/>
      <w:r w:rsidRPr="00B2522C">
        <w:rPr>
          <w:rFonts w:cs="Times New Roman"/>
        </w:rPr>
        <w:t>Webots</w:t>
      </w:r>
      <w:proofErr w:type="spellEnd"/>
      <w:r w:rsidRPr="00B2522C">
        <w:rPr>
          <w:rFonts w:cs="Times New Roman"/>
        </w:rPr>
        <w:t xml:space="preserve"> Bagian </w:t>
      </w:r>
      <w:r>
        <w:rPr>
          <w:rFonts w:cs="Times New Roman"/>
        </w:rPr>
        <w:t>3</w:t>
      </w:r>
      <w:r>
        <w:rPr>
          <w:rFonts w:cs="Times New Roman"/>
        </w:rPr>
        <w:tab/>
        <w:t>5-2</w:t>
      </w:r>
    </w:p>
    <w:p w14:paraId="5FCCD15F" w14:textId="053CBFD8" w:rsidR="00B2522C" w:rsidRDefault="00B2522C" w:rsidP="00B2522C">
      <w:pPr>
        <w:tabs>
          <w:tab w:val="right" w:pos="8787"/>
        </w:tabs>
        <w:spacing w:after="80" w:line="240" w:lineRule="auto"/>
      </w:pPr>
      <w:r>
        <w:rPr>
          <w:rFonts w:cs="Times New Roman"/>
        </w:rPr>
        <w:t xml:space="preserve">Gambar 5.4 </w:t>
      </w:r>
      <w:proofErr w:type="spellStart"/>
      <w:r w:rsidRPr="00B2522C">
        <w:rPr>
          <w:rFonts w:cs="Times New Roman"/>
        </w:rPr>
        <w:t>Struktur</w:t>
      </w:r>
      <w:proofErr w:type="spellEnd"/>
      <w:r w:rsidRPr="00B2522C">
        <w:rPr>
          <w:rFonts w:cs="Times New Roman"/>
        </w:rPr>
        <w:t xml:space="preserve"> </w:t>
      </w:r>
      <w:proofErr w:type="spellStart"/>
      <w:r w:rsidRPr="00B2522C">
        <w:rPr>
          <w:rFonts w:cs="Times New Roman"/>
        </w:rPr>
        <w:t>Direktori</w:t>
      </w:r>
      <w:proofErr w:type="spellEnd"/>
      <w:r w:rsidRPr="00B2522C">
        <w:rPr>
          <w:rFonts w:cs="Times New Roman"/>
        </w:rPr>
        <w:t xml:space="preserve"> </w:t>
      </w:r>
      <w:proofErr w:type="spellStart"/>
      <w:r w:rsidRPr="00B2522C">
        <w:rPr>
          <w:rFonts w:cs="Times New Roman"/>
        </w:rPr>
        <w:t>Penyimpanan</w:t>
      </w:r>
      <w:proofErr w:type="spellEnd"/>
      <w:r w:rsidRPr="00B2522C">
        <w:rPr>
          <w:rFonts w:cs="Times New Roman"/>
        </w:rPr>
        <w:t xml:space="preserve"> </w:t>
      </w:r>
      <w:proofErr w:type="spellStart"/>
      <w:r w:rsidRPr="00B2522C">
        <w:rPr>
          <w:rFonts w:cs="Times New Roman"/>
        </w:rPr>
        <w:t>Eksperimen</w:t>
      </w:r>
      <w:proofErr w:type="spellEnd"/>
      <w:r>
        <w:rPr>
          <w:rFonts w:cs="Times New Roman"/>
        </w:rPr>
        <w:tab/>
        <w:t>5-3</w:t>
      </w:r>
    </w:p>
    <w:p w14:paraId="6D995450" w14:textId="056891E6" w:rsidR="00B2522C" w:rsidRDefault="00B2522C" w:rsidP="00B2522C">
      <w:pPr>
        <w:tabs>
          <w:tab w:val="right" w:pos="8787"/>
        </w:tabs>
        <w:spacing w:after="80" w:line="240" w:lineRule="auto"/>
        <w:rPr>
          <w:rFonts w:cs="Times New Roman"/>
        </w:rPr>
      </w:pPr>
      <w:r>
        <w:rPr>
          <w:rFonts w:cs="Times New Roman"/>
        </w:rPr>
        <w:t xml:space="preserve">Gambar 5.5 </w:t>
      </w:r>
      <w:r w:rsidRPr="00B2522C">
        <w:rPr>
          <w:rFonts w:cs="Times New Roman"/>
        </w:rPr>
        <w:t xml:space="preserve">Isi Folder </w:t>
      </w:r>
      <w:r w:rsidRPr="00B2522C">
        <w:rPr>
          <w:rFonts w:cs="Times New Roman"/>
          <w:i/>
          <w:iCs/>
        </w:rPr>
        <w:t>Checkpoints</w:t>
      </w:r>
      <w:r>
        <w:rPr>
          <w:rFonts w:cs="Times New Roman"/>
        </w:rPr>
        <w:tab/>
        <w:t>5-3</w:t>
      </w:r>
    </w:p>
    <w:p w14:paraId="53BF39F3" w14:textId="1C2B471B" w:rsidR="00B2522C" w:rsidRDefault="00B2522C" w:rsidP="00B2522C">
      <w:pPr>
        <w:tabs>
          <w:tab w:val="right" w:pos="8787"/>
        </w:tabs>
        <w:spacing w:after="80" w:line="240" w:lineRule="auto"/>
      </w:pPr>
      <w:r>
        <w:rPr>
          <w:rFonts w:cs="Times New Roman"/>
        </w:rPr>
        <w:t xml:space="preserve">Gambar 5.6 </w:t>
      </w:r>
      <w:r w:rsidRPr="00B2522C">
        <w:rPr>
          <w:rFonts w:cs="Times New Roman"/>
        </w:rPr>
        <w:t xml:space="preserve">Isi </w:t>
      </w:r>
      <w:proofErr w:type="spellStart"/>
      <w:r w:rsidRPr="00B2522C">
        <w:rPr>
          <w:rFonts w:cs="Times New Roman"/>
        </w:rPr>
        <w:t>Berkas</w:t>
      </w:r>
      <w:proofErr w:type="spellEnd"/>
      <w:r w:rsidRPr="00B2522C">
        <w:rPr>
          <w:rFonts w:cs="Times New Roman"/>
        </w:rPr>
        <w:t xml:space="preserve"> Log </w:t>
      </w:r>
      <w:proofErr w:type="spellStart"/>
      <w:r w:rsidRPr="00B2522C">
        <w:rPr>
          <w:rFonts w:cs="Times New Roman"/>
        </w:rPr>
        <w:t>TensorBoard</w:t>
      </w:r>
      <w:proofErr w:type="spellEnd"/>
      <w:r>
        <w:rPr>
          <w:rFonts w:cs="Times New Roman"/>
        </w:rPr>
        <w:tab/>
        <w:t>5-4</w:t>
      </w:r>
    </w:p>
    <w:p w14:paraId="60BC54AB" w14:textId="34579754" w:rsidR="00B2522C" w:rsidRPr="00A81E0E" w:rsidRDefault="00B2522C" w:rsidP="00B2522C">
      <w:pPr>
        <w:tabs>
          <w:tab w:val="right" w:pos="8787"/>
        </w:tabs>
        <w:spacing w:after="80" w:line="240" w:lineRule="auto"/>
        <w:rPr>
          <w:rFonts w:cs="Times New Roman"/>
        </w:rPr>
      </w:pPr>
      <w:r>
        <w:rPr>
          <w:rFonts w:cs="Times New Roman"/>
        </w:rPr>
        <w:t>Gambar 5.</w:t>
      </w:r>
      <w:r w:rsidR="00A81E0E">
        <w:rPr>
          <w:rFonts w:cs="Times New Roman"/>
        </w:rPr>
        <w:t>7</w:t>
      </w:r>
      <w:r>
        <w:rPr>
          <w:rFonts w:cs="Times New Roman"/>
        </w:rPr>
        <w:t xml:space="preserve"> </w:t>
      </w:r>
      <w:proofErr w:type="spellStart"/>
      <w:r w:rsidR="00A81E0E" w:rsidRPr="00A81E0E">
        <w:rPr>
          <w:rFonts w:cs="Times New Roman"/>
        </w:rPr>
        <w:t>Berkas</w:t>
      </w:r>
      <w:proofErr w:type="spellEnd"/>
      <w:r w:rsidR="00A81E0E" w:rsidRPr="00A81E0E">
        <w:rPr>
          <w:rFonts w:cs="Times New Roman"/>
        </w:rPr>
        <w:t xml:space="preserve"> </w:t>
      </w:r>
      <w:proofErr w:type="spellStart"/>
      <w:r w:rsidR="00A81E0E" w:rsidRPr="00A81E0E">
        <w:rPr>
          <w:rFonts w:cs="Times New Roman"/>
        </w:rPr>
        <w:t>Metrik</w:t>
      </w:r>
      <w:proofErr w:type="spellEnd"/>
      <w:r w:rsidR="00A81E0E" w:rsidRPr="00A81E0E">
        <w:rPr>
          <w:rFonts w:cs="Times New Roman"/>
        </w:rPr>
        <w:t xml:space="preserve"> </w:t>
      </w:r>
      <w:proofErr w:type="spellStart"/>
      <w:r w:rsidR="00A81E0E" w:rsidRPr="00A81E0E">
        <w:rPr>
          <w:rFonts w:cs="Times New Roman"/>
        </w:rPr>
        <w:t>Evaluasi</w:t>
      </w:r>
      <w:proofErr w:type="spellEnd"/>
      <w:r w:rsidR="00A81E0E" w:rsidRPr="00A81E0E">
        <w:rPr>
          <w:rFonts w:cs="Times New Roman"/>
        </w:rPr>
        <w:t xml:space="preserve"> dan Plot </w:t>
      </w:r>
      <w:proofErr w:type="spellStart"/>
      <w:r w:rsidR="00A81E0E" w:rsidRPr="00A81E0E">
        <w:rPr>
          <w:rFonts w:cs="Times New Roman"/>
        </w:rPr>
        <w:t>Grafik</w:t>
      </w:r>
      <w:proofErr w:type="spellEnd"/>
      <w:r>
        <w:rPr>
          <w:rFonts w:cs="Times New Roman"/>
        </w:rPr>
        <w:tab/>
        <w:t>5-</w:t>
      </w:r>
      <w:r w:rsidR="00A81E0E">
        <w:rPr>
          <w:rFonts w:cs="Times New Roman"/>
        </w:rPr>
        <w:t>4</w:t>
      </w:r>
    </w:p>
    <w:p w14:paraId="0D1F659F" w14:textId="0BFF50B8" w:rsidR="00B2522C" w:rsidRDefault="00B2522C" w:rsidP="00B2522C">
      <w:pPr>
        <w:tabs>
          <w:tab w:val="right" w:pos="8787"/>
        </w:tabs>
        <w:spacing w:after="80" w:line="240" w:lineRule="auto"/>
      </w:pPr>
      <w:r>
        <w:rPr>
          <w:rFonts w:cs="Times New Roman"/>
        </w:rPr>
        <w:t>Gambar 5.</w:t>
      </w:r>
      <w:r w:rsidR="00A81E0E">
        <w:rPr>
          <w:rFonts w:cs="Times New Roman"/>
        </w:rPr>
        <w:t xml:space="preserve">8 </w:t>
      </w:r>
      <w:proofErr w:type="spellStart"/>
      <w:r w:rsidR="00A81E0E" w:rsidRPr="00A81E0E">
        <w:rPr>
          <w:rFonts w:cs="Times New Roman"/>
        </w:rPr>
        <w:t>Berkas</w:t>
      </w:r>
      <w:proofErr w:type="spellEnd"/>
      <w:r w:rsidR="00A81E0E" w:rsidRPr="00A81E0E">
        <w:rPr>
          <w:rFonts w:cs="Times New Roman"/>
        </w:rPr>
        <w:t xml:space="preserve"> Video Hasil </w:t>
      </w:r>
      <w:proofErr w:type="spellStart"/>
      <w:r w:rsidR="00A81E0E" w:rsidRPr="00A81E0E">
        <w:rPr>
          <w:rFonts w:cs="Times New Roman"/>
        </w:rPr>
        <w:t>Pengujian</w:t>
      </w:r>
      <w:proofErr w:type="spellEnd"/>
      <w:r w:rsidR="00A81E0E" w:rsidRPr="00A81E0E">
        <w:rPr>
          <w:rFonts w:cs="Times New Roman"/>
        </w:rPr>
        <w:t xml:space="preserve"> </w:t>
      </w:r>
      <w:proofErr w:type="spellStart"/>
      <w:r w:rsidR="00A81E0E" w:rsidRPr="00A81E0E">
        <w:rPr>
          <w:rFonts w:cs="Times New Roman"/>
        </w:rPr>
        <w:t>Webots</w:t>
      </w:r>
      <w:proofErr w:type="spellEnd"/>
      <w:r>
        <w:rPr>
          <w:rFonts w:cs="Times New Roman"/>
        </w:rPr>
        <w:tab/>
        <w:t>5-</w:t>
      </w:r>
      <w:r w:rsidR="00A81E0E">
        <w:rPr>
          <w:rFonts w:cs="Times New Roman"/>
        </w:rPr>
        <w:t>5</w:t>
      </w:r>
    </w:p>
    <w:p w14:paraId="02DAE4B7" w14:textId="0ACB8812" w:rsidR="00B2522C" w:rsidRDefault="00B2522C" w:rsidP="00B2522C">
      <w:pPr>
        <w:tabs>
          <w:tab w:val="right" w:pos="8787"/>
        </w:tabs>
        <w:spacing w:after="80" w:line="240" w:lineRule="auto"/>
      </w:pPr>
      <w:r>
        <w:rPr>
          <w:rFonts w:cs="Times New Roman"/>
        </w:rPr>
        <w:t>Gambar 5.</w:t>
      </w:r>
      <w:r w:rsidR="003B67EE">
        <w:rPr>
          <w:rFonts w:cs="Times New Roman"/>
        </w:rPr>
        <w:t>9</w:t>
      </w:r>
      <w:r>
        <w:rPr>
          <w:rFonts w:cs="Times New Roman"/>
        </w:rPr>
        <w:t xml:space="preserve"> </w:t>
      </w:r>
      <w:proofErr w:type="spellStart"/>
      <w:r w:rsidR="003B67EE" w:rsidRPr="003B67EE">
        <w:rPr>
          <w:rFonts w:cs="Times New Roman"/>
        </w:rPr>
        <w:t>visualisasi</w:t>
      </w:r>
      <w:proofErr w:type="spellEnd"/>
      <w:r w:rsidR="003B67EE" w:rsidRPr="003B67EE">
        <w:rPr>
          <w:rFonts w:cs="Times New Roman"/>
        </w:rPr>
        <w:t xml:space="preserve"> HUD </w:t>
      </w:r>
      <w:proofErr w:type="spellStart"/>
      <w:r w:rsidR="003B67EE" w:rsidRPr="003B67EE">
        <w:rPr>
          <w:rFonts w:cs="Times New Roman"/>
        </w:rPr>
        <w:t>Pelatihan</w:t>
      </w:r>
      <w:proofErr w:type="spellEnd"/>
      <w:r w:rsidR="003B67EE" w:rsidRPr="003B67EE">
        <w:rPr>
          <w:rFonts w:cs="Times New Roman"/>
        </w:rPr>
        <w:t xml:space="preserve"> </w:t>
      </w:r>
      <w:proofErr w:type="spellStart"/>
      <w:r w:rsidR="003B67EE" w:rsidRPr="003B67EE">
        <w:rPr>
          <w:rFonts w:cs="Times New Roman"/>
        </w:rPr>
        <w:t>Agen</w:t>
      </w:r>
      <w:proofErr w:type="spellEnd"/>
      <w:r w:rsidR="003B67EE" w:rsidRPr="003B67EE">
        <w:rPr>
          <w:rFonts w:cs="Times New Roman"/>
        </w:rPr>
        <w:t xml:space="preserve"> DDQN pada </w:t>
      </w:r>
      <w:proofErr w:type="spellStart"/>
      <w:r w:rsidR="003B67EE" w:rsidRPr="003B67EE">
        <w:rPr>
          <w:rFonts w:cs="Times New Roman"/>
        </w:rPr>
        <w:t>Lintasan</w:t>
      </w:r>
      <w:proofErr w:type="spellEnd"/>
      <w:r w:rsidR="003B67EE" w:rsidRPr="003B67EE">
        <w:rPr>
          <w:rFonts w:cs="Times New Roman"/>
        </w:rPr>
        <w:t xml:space="preserve"> </w:t>
      </w:r>
      <w:proofErr w:type="spellStart"/>
      <w:r w:rsidR="003B67EE" w:rsidRPr="003B67EE">
        <w:rPr>
          <w:rFonts w:cs="Times New Roman"/>
        </w:rPr>
        <w:t>Webots</w:t>
      </w:r>
      <w:proofErr w:type="spellEnd"/>
      <w:r>
        <w:rPr>
          <w:rFonts w:cs="Times New Roman"/>
        </w:rPr>
        <w:tab/>
        <w:t>5-</w:t>
      </w:r>
      <w:r w:rsidR="003B67EE">
        <w:rPr>
          <w:rFonts w:cs="Times New Roman"/>
        </w:rPr>
        <w:t>7</w:t>
      </w:r>
    </w:p>
    <w:p w14:paraId="1B74D4FF" w14:textId="55B48B0A" w:rsidR="00B2522C" w:rsidRDefault="00B2522C" w:rsidP="00B2522C">
      <w:pPr>
        <w:tabs>
          <w:tab w:val="right" w:pos="8787"/>
        </w:tabs>
        <w:spacing w:after="80" w:line="240" w:lineRule="auto"/>
      </w:pPr>
      <w:r>
        <w:rPr>
          <w:rFonts w:cs="Times New Roman"/>
        </w:rPr>
        <w:t>Gambar 5.</w:t>
      </w:r>
      <w:r w:rsidR="003B67EE">
        <w:rPr>
          <w:rFonts w:cs="Times New Roman"/>
        </w:rPr>
        <w:t>10</w:t>
      </w:r>
      <w:r>
        <w:rPr>
          <w:rFonts w:cs="Times New Roman"/>
        </w:rPr>
        <w:t xml:space="preserve"> </w:t>
      </w:r>
      <w:proofErr w:type="spellStart"/>
      <w:r w:rsidR="003B67EE" w:rsidRPr="003B67EE">
        <w:rPr>
          <w:rFonts w:cs="Times New Roman"/>
        </w:rPr>
        <w:t>visualisasi</w:t>
      </w:r>
      <w:proofErr w:type="spellEnd"/>
      <w:r w:rsidR="003B67EE" w:rsidRPr="003B67EE">
        <w:rPr>
          <w:rFonts w:cs="Times New Roman"/>
        </w:rPr>
        <w:t xml:space="preserve"> HUD </w:t>
      </w:r>
      <w:proofErr w:type="spellStart"/>
      <w:r w:rsidR="003B67EE" w:rsidRPr="003B67EE">
        <w:rPr>
          <w:rFonts w:cs="Times New Roman"/>
        </w:rPr>
        <w:t>Pengujian</w:t>
      </w:r>
      <w:proofErr w:type="spellEnd"/>
      <w:r w:rsidR="003B67EE" w:rsidRPr="003B67EE">
        <w:rPr>
          <w:rFonts w:cs="Times New Roman"/>
        </w:rPr>
        <w:t xml:space="preserve"> </w:t>
      </w:r>
      <w:proofErr w:type="spellStart"/>
      <w:r w:rsidR="003B67EE" w:rsidRPr="003B67EE">
        <w:rPr>
          <w:rFonts w:cs="Times New Roman"/>
        </w:rPr>
        <w:t>Agen</w:t>
      </w:r>
      <w:proofErr w:type="spellEnd"/>
      <w:r w:rsidR="003B67EE" w:rsidRPr="003B67EE">
        <w:rPr>
          <w:rFonts w:cs="Times New Roman"/>
        </w:rPr>
        <w:t xml:space="preserve"> DDQN pada </w:t>
      </w:r>
      <w:proofErr w:type="spellStart"/>
      <w:r w:rsidR="003B67EE" w:rsidRPr="003B67EE">
        <w:rPr>
          <w:rFonts w:cs="Times New Roman"/>
        </w:rPr>
        <w:t>Lintasan</w:t>
      </w:r>
      <w:proofErr w:type="spellEnd"/>
      <w:r w:rsidR="003B67EE" w:rsidRPr="003B67EE">
        <w:rPr>
          <w:rFonts w:cs="Times New Roman"/>
        </w:rPr>
        <w:t xml:space="preserve"> </w:t>
      </w:r>
      <w:proofErr w:type="spellStart"/>
      <w:r w:rsidR="003B67EE" w:rsidRPr="003B67EE">
        <w:rPr>
          <w:rFonts w:cs="Times New Roman"/>
        </w:rPr>
        <w:t>Webots</w:t>
      </w:r>
      <w:proofErr w:type="spellEnd"/>
      <w:r>
        <w:rPr>
          <w:rFonts w:cs="Times New Roman"/>
        </w:rPr>
        <w:tab/>
        <w:t>5-</w:t>
      </w:r>
      <w:r w:rsidR="003B67EE">
        <w:rPr>
          <w:rFonts w:cs="Times New Roman"/>
        </w:rPr>
        <w:t>8</w:t>
      </w:r>
    </w:p>
    <w:p w14:paraId="304AA12D" w14:textId="30D8E381" w:rsidR="00B2522C" w:rsidRDefault="00B2522C" w:rsidP="00B2522C">
      <w:pPr>
        <w:tabs>
          <w:tab w:val="right" w:pos="8787"/>
        </w:tabs>
        <w:spacing w:after="80" w:line="240" w:lineRule="auto"/>
      </w:pPr>
      <w:r>
        <w:rPr>
          <w:rFonts w:cs="Times New Roman"/>
        </w:rPr>
        <w:t>Gambar 5.</w:t>
      </w:r>
      <w:r w:rsidR="003B67EE">
        <w:rPr>
          <w:rFonts w:cs="Times New Roman"/>
        </w:rPr>
        <w:t>11</w:t>
      </w:r>
      <w:r>
        <w:rPr>
          <w:rFonts w:cs="Times New Roman"/>
        </w:rPr>
        <w:t xml:space="preserve"> </w:t>
      </w:r>
      <w:r w:rsidR="003B67EE" w:rsidRPr="003B67EE">
        <w:rPr>
          <w:rFonts w:cs="Times New Roman"/>
        </w:rPr>
        <w:t xml:space="preserve">Plot </w:t>
      </w:r>
      <w:proofErr w:type="spellStart"/>
      <w:r w:rsidR="003B67EE" w:rsidRPr="003B67EE">
        <w:rPr>
          <w:rFonts w:cs="Times New Roman"/>
        </w:rPr>
        <w:t>Metrik</w:t>
      </w:r>
      <w:proofErr w:type="spellEnd"/>
      <w:r w:rsidR="003B67EE" w:rsidRPr="003B67EE">
        <w:rPr>
          <w:rFonts w:cs="Times New Roman"/>
        </w:rPr>
        <w:t xml:space="preserve"> </w:t>
      </w:r>
      <w:proofErr w:type="spellStart"/>
      <w:r w:rsidR="003B67EE" w:rsidRPr="003B67EE">
        <w:rPr>
          <w:rFonts w:cs="Times New Roman"/>
        </w:rPr>
        <w:t>Evaluasi</w:t>
      </w:r>
      <w:proofErr w:type="spellEnd"/>
      <w:r w:rsidR="003B67EE" w:rsidRPr="003B67EE">
        <w:rPr>
          <w:rFonts w:cs="Times New Roman"/>
        </w:rPr>
        <w:t xml:space="preserve"> </w:t>
      </w:r>
      <w:proofErr w:type="spellStart"/>
      <w:r w:rsidR="003B67EE" w:rsidRPr="003B67EE">
        <w:rPr>
          <w:rFonts w:cs="Times New Roman"/>
        </w:rPr>
        <w:t>Pengontrol</w:t>
      </w:r>
      <w:proofErr w:type="spellEnd"/>
      <w:r w:rsidR="003B67EE" w:rsidRPr="003B67EE">
        <w:rPr>
          <w:rFonts w:cs="Times New Roman"/>
        </w:rPr>
        <w:t xml:space="preserve"> </w:t>
      </w:r>
      <w:proofErr w:type="spellStart"/>
      <w:r w:rsidR="003B67EE" w:rsidRPr="003B67EE">
        <w:rPr>
          <w:rFonts w:cs="Times New Roman"/>
        </w:rPr>
        <w:t>Webots</w:t>
      </w:r>
      <w:proofErr w:type="spellEnd"/>
      <w:r w:rsidR="003B67EE" w:rsidRPr="003B67EE">
        <w:rPr>
          <w:rFonts w:cs="Times New Roman"/>
        </w:rPr>
        <w:t xml:space="preserve"> DDQN</w:t>
      </w:r>
      <w:r>
        <w:rPr>
          <w:rFonts w:cs="Times New Roman"/>
        </w:rPr>
        <w:tab/>
        <w:t>5-</w:t>
      </w:r>
      <w:r w:rsidR="003B67EE">
        <w:rPr>
          <w:rFonts w:cs="Times New Roman"/>
        </w:rPr>
        <w:t>9</w:t>
      </w:r>
    </w:p>
    <w:p w14:paraId="15C595C0" w14:textId="77777777" w:rsidR="00B2522C" w:rsidRDefault="00B2522C" w:rsidP="00B2522C">
      <w:pPr>
        <w:tabs>
          <w:tab w:val="right" w:pos="8787"/>
        </w:tabs>
        <w:spacing w:after="80" w:line="240" w:lineRule="auto"/>
      </w:pPr>
    </w:p>
    <w:p w14:paraId="36079EB9" w14:textId="77777777" w:rsidR="00B2522C" w:rsidRDefault="00B2522C">
      <w:pPr>
        <w:tabs>
          <w:tab w:val="right" w:pos="8787"/>
        </w:tabs>
        <w:spacing w:after="80" w:line="240" w:lineRule="auto"/>
      </w:pPr>
    </w:p>
    <w:p w14:paraId="41ED70DC" w14:textId="77777777" w:rsidR="00F810AC" w:rsidRPr="007F78CD" w:rsidRDefault="00000000" w:rsidP="00F333B6">
      <w:pPr>
        <w:pStyle w:val="Heading1"/>
        <w:numPr>
          <w:ilvl w:val="0"/>
          <w:numId w:val="0"/>
        </w:numPr>
        <w:ind w:left="432"/>
      </w:pPr>
      <w:bookmarkStart w:id="4" w:name="_Toc233990519"/>
      <w:r w:rsidRPr="007F78CD">
        <w:lastRenderedPageBreak/>
        <w:t>DAFTAR TABEL</w:t>
      </w:r>
      <w:bookmarkEnd w:id="4"/>
    </w:p>
    <w:p w14:paraId="4D0F8462" w14:textId="0FCF0C34" w:rsidR="00F810AC" w:rsidRDefault="00000000">
      <w:pPr>
        <w:tabs>
          <w:tab w:val="right" w:pos="8787"/>
        </w:tabs>
        <w:spacing w:after="80" w:line="240" w:lineRule="auto"/>
      </w:pPr>
      <w:proofErr w:type="spellStart"/>
      <w:r>
        <w:rPr>
          <w:rFonts w:cs="Times New Roman"/>
        </w:rPr>
        <w:t>Tabel</w:t>
      </w:r>
      <w:proofErr w:type="spellEnd"/>
      <w:r>
        <w:rPr>
          <w:rFonts w:cs="Times New Roman"/>
        </w:rPr>
        <w:t xml:space="preserve"> </w:t>
      </w:r>
      <w:proofErr w:type="gramStart"/>
      <w:r>
        <w:rPr>
          <w:rFonts w:cs="Times New Roman"/>
        </w:rPr>
        <w:t xml:space="preserve">2.1  </w:t>
      </w:r>
      <w:proofErr w:type="spellStart"/>
      <w:r>
        <w:rPr>
          <w:rFonts w:cs="Times New Roman"/>
        </w:rPr>
        <w:t>Ringkasan</w:t>
      </w:r>
      <w:proofErr w:type="spellEnd"/>
      <w:proofErr w:type="gramEnd"/>
      <w:r>
        <w:rPr>
          <w:rFonts w:cs="Times New Roman"/>
        </w:rPr>
        <w:t xml:space="preserve"> </w:t>
      </w:r>
      <w:proofErr w:type="spellStart"/>
      <w:r>
        <w:rPr>
          <w:rFonts w:cs="Times New Roman"/>
        </w:rPr>
        <w:t>Penelitian</w:t>
      </w:r>
      <w:proofErr w:type="spellEnd"/>
      <w:r>
        <w:rPr>
          <w:rFonts w:cs="Times New Roman"/>
        </w:rPr>
        <w:t xml:space="preserve"> </w:t>
      </w:r>
      <w:proofErr w:type="spellStart"/>
      <w:r>
        <w:rPr>
          <w:rFonts w:cs="Times New Roman"/>
        </w:rPr>
        <w:t>Terdahulu</w:t>
      </w:r>
      <w:proofErr w:type="spellEnd"/>
      <w:r>
        <w:rPr>
          <w:rFonts w:cs="Times New Roman"/>
        </w:rPr>
        <w:tab/>
        <w:t>2-</w:t>
      </w:r>
      <w:r w:rsidR="00964FEC">
        <w:rPr>
          <w:rFonts w:cs="Times New Roman"/>
        </w:rPr>
        <w:t>11</w:t>
      </w:r>
    </w:p>
    <w:p w14:paraId="675682FC" w14:textId="5B752587" w:rsidR="00F810AC" w:rsidRDefault="00000000">
      <w:pPr>
        <w:tabs>
          <w:tab w:val="right" w:pos="8787"/>
        </w:tabs>
        <w:spacing w:after="80" w:line="240" w:lineRule="auto"/>
      </w:pPr>
      <w:proofErr w:type="spellStart"/>
      <w:r>
        <w:rPr>
          <w:rFonts w:cs="Times New Roman"/>
        </w:rPr>
        <w:t>Tabel</w:t>
      </w:r>
      <w:proofErr w:type="spellEnd"/>
      <w:r>
        <w:rPr>
          <w:rFonts w:cs="Times New Roman"/>
        </w:rPr>
        <w:t xml:space="preserve"> </w:t>
      </w:r>
      <w:proofErr w:type="gramStart"/>
      <w:r>
        <w:rPr>
          <w:rFonts w:cs="Times New Roman"/>
        </w:rPr>
        <w:t>3.1  Alur</w:t>
      </w:r>
      <w:proofErr w:type="gramEnd"/>
      <w:r>
        <w:rPr>
          <w:rFonts w:cs="Times New Roman"/>
        </w:rPr>
        <w:t xml:space="preserve"> </w:t>
      </w:r>
      <w:proofErr w:type="spellStart"/>
      <w:r>
        <w:rPr>
          <w:rFonts w:cs="Times New Roman"/>
        </w:rPr>
        <w:t>Penyelesaian</w:t>
      </w:r>
      <w:proofErr w:type="spellEnd"/>
      <w:r>
        <w:rPr>
          <w:rFonts w:cs="Times New Roman"/>
        </w:rPr>
        <w:t xml:space="preserve"> </w:t>
      </w:r>
      <w:proofErr w:type="spellStart"/>
      <w:r>
        <w:rPr>
          <w:rFonts w:cs="Times New Roman"/>
        </w:rPr>
        <w:t>Tugas</w:t>
      </w:r>
      <w:proofErr w:type="spellEnd"/>
      <w:r>
        <w:rPr>
          <w:rFonts w:cs="Times New Roman"/>
        </w:rPr>
        <w:t xml:space="preserve"> Akhir</w:t>
      </w:r>
      <w:r>
        <w:rPr>
          <w:rFonts w:cs="Times New Roman"/>
        </w:rPr>
        <w:tab/>
        <w:t>3-</w:t>
      </w:r>
      <w:r w:rsidR="00F333B6">
        <w:rPr>
          <w:rFonts w:cs="Times New Roman"/>
        </w:rPr>
        <w:t>1</w:t>
      </w:r>
    </w:p>
    <w:p w14:paraId="7CEBE026" w14:textId="653FE729" w:rsidR="00F810AC" w:rsidRDefault="00000000">
      <w:pPr>
        <w:tabs>
          <w:tab w:val="right" w:pos="8787"/>
        </w:tabs>
        <w:spacing w:after="80" w:line="240" w:lineRule="auto"/>
      </w:pPr>
      <w:proofErr w:type="spellStart"/>
      <w:r>
        <w:rPr>
          <w:rFonts w:cs="Times New Roman"/>
        </w:rPr>
        <w:t>Tabel</w:t>
      </w:r>
      <w:proofErr w:type="spellEnd"/>
      <w:r>
        <w:rPr>
          <w:rFonts w:cs="Times New Roman"/>
        </w:rPr>
        <w:t xml:space="preserve"> </w:t>
      </w:r>
      <w:proofErr w:type="gramStart"/>
      <w:r>
        <w:rPr>
          <w:rFonts w:cs="Times New Roman"/>
        </w:rPr>
        <w:t>3.2  Solusi</w:t>
      </w:r>
      <w:proofErr w:type="gramEnd"/>
      <w:r>
        <w:rPr>
          <w:rFonts w:cs="Times New Roman"/>
        </w:rPr>
        <w:t xml:space="preserve"> </w:t>
      </w:r>
      <w:proofErr w:type="spellStart"/>
      <w:r>
        <w:rPr>
          <w:rFonts w:cs="Times New Roman"/>
        </w:rPr>
        <w:t>Permasalahan</w:t>
      </w:r>
      <w:proofErr w:type="spellEnd"/>
      <w:r>
        <w:rPr>
          <w:rFonts w:cs="Times New Roman"/>
        </w:rPr>
        <w:tab/>
        <w:t>3-</w:t>
      </w:r>
      <w:r w:rsidR="00F333B6">
        <w:rPr>
          <w:rFonts w:cs="Times New Roman"/>
        </w:rPr>
        <w:t>3</w:t>
      </w:r>
    </w:p>
    <w:p w14:paraId="00031383" w14:textId="5A577F58" w:rsidR="00F810AC" w:rsidRDefault="00000000">
      <w:pPr>
        <w:tabs>
          <w:tab w:val="right" w:pos="8787"/>
        </w:tabs>
        <w:spacing w:after="80" w:line="240" w:lineRule="auto"/>
        <w:rPr>
          <w:rFonts w:cs="Times New Roman"/>
        </w:rPr>
      </w:pPr>
      <w:proofErr w:type="spellStart"/>
      <w:r>
        <w:rPr>
          <w:rFonts w:cs="Times New Roman"/>
        </w:rPr>
        <w:t>Tabel</w:t>
      </w:r>
      <w:proofErr w:type="spellEnd"/>
      <w:r>
        <w:rPr>
          <w:rFonts w:cs="Times New Roman"/>
        </w:rPr>
        <w:t xml:space="preserve"> </w:t>
      </w:r>
      <w:proofErr w:type="gramStart"/>
      <w:r>
        <w:rPr>
          <w:rFonts w:cs="Times New Roman"/>
        </w:rPr>
        <w:t xml:space="preserve">3.3  </w:t>
      </w:r>
      <w:proofErr w:type="spellStart"/>
      <w:r>
        <w:rPr>
          <w:rFonts w:cs="Times New Roman"/>
        </w:rPr>
        <w:t>Deskripsi</w:t>
      </w:r>
      <w:proofErr w:type="spellEnd"/>
      <w:proofErr w:type="gramEnd"/>
      <w:r>
        <w:rPr>
          <w:rFonts w:cs="Times New Roman"/>
        </w:rPr>
        <w:t xml:space="preserve"> </w:t>
      </w:r>
      <w:proofErr w:type="spellStart"/>
      <w:r>
        <w:rPr>
          <w:rFonts w:cs="Times New Roman"/>
        </w:rPr>
        <w:t>Komponen</w:t>
      </w:r>
      <w:proofErr w:type="spellEnd"/>
      <w:r>
        <w:rPr>
          <w:rFonts w:cs="Times New Roman"/>
        </w:rPr>
        <w:t xml:space="preserve"> </w:t>
      </w:r>
      <w:proofErr w:type="spellStart"/>
      <w:r>
        <w:rPr>
          <w:rFonts w:cs="Times New Roman"/>
        </w:rPr>
        <w:t>Kerangka</w:t>
      </w:r>
      <w:proofErr w:type="spellEnd"/>
      <w:r>
        <w:rPr>
          <w:rFonts w:cs="Times New Roman"/>
        </w:rPr>
        <w:t xml:space="preserve"> </w:t>
      </w:r>
      <w:proofErr w:type="spellStart"/>
      <w:r>
        <w:rPr>
          <w:rFonts w:cs="Times New Roman"/>
        </w:rPr>
        <w:t>Pemikiran</w:t>
      </w:r>
      <w:proofErr w:type="spellEnd"/>
      <w:r>
        <w:rPr>
          <w:rFonts w:cs="Times New Roman"/>
        </w:rPr>
        <w:t xml:space="preserve"> </w:t>
      </w:r>
      <w:proofErr w:type="spellStart"/>
      <w:r>
        <w:rPr>
          <w:rFonts w:cs="Times New Roman"/>
        </w:rPr>
        <w:t>Teoritis</w:t>
      </w:r>
      <w:proofErr w:type="spellEnd"/>
      <w:r>
        <w:rPr>
          <w:rFonts w:cs="Times New Roman"/>
        </w:rPr>
        <w:tab/>
        <w:t>3-</w:t>
      </w:r>
      <w:r w:rsidR="00F333B6">
        <w:rPr>
          <w:rFonts w:cs="Times New Roman"/>
        </w:rPr>
        <w:t>4</w:t>
      </w:r>
    </w:p>
    <w:p w14:paraId="6EF770BC" w14:textId="7EA78EA8" w:rsidR="00BA606A" w:rsidRDefault="00BA606A" w:rsidP="00BA606A">
      <w:pPr>
        <w:tabs>
          <w:tab w:val="right" w:pos="8787"/>
        </w:tabs>
        <w:spacing w:after="80" w:line="240" w:lineRule="auto"/>
      </w:pPr>
      <w:proofErr w:type="spellStart"/>
      <w:r>
        <w:rPr>
          <w:rFonts w:cs="Times New Roman"/>
        </w:rPr>
        <w:t>Tabel</w:t>
      </w:r>
      <w:proofErr w:type="spellEnd"/>
      <w:r>
        <w:rPr>
          <w:rFonts w:cs="Times New Roman"/>
        </w:rPr>
        <w:t xml:space="preserve"> </w:t>
      </w:r>
      <w:proofErr w:type="gramStart"/>
      <w:r w:rsidR="00952EC0">
        <w:rPr>
          <w:rFonts w:cs="Times New Roman"/>
        </w:rPr>
        <w:t>4</w:t>
      </w:r>
      <w:r>
        <w:rPr>
          <w:rFonts w:cs="Times New Roman"/>
        </w:rPr>
        <w:t xml:space="preserve">.1  </w:t>
      </w:r>
      <w:proofErr w:type="spellStart"/>
      <w:r w:rsidR="00952EC0" w:rsidRPr="00952EC0">
        <w:rPr>
          <w:rFonts w:cs="Times New Roman"/>
          <w:bCs/>
        </w:rPr>
        <w:t>Perangkat</w:t>
      </w:r>
      <w:proofErr w:type="spellEnd"/>
      <w:proofErr w:type="gramEnd"/>
      <w:r w:rsidR="00952EC0" w:rsidRPr="00952EC0">
        <w:rPr>
          <w:rFonts w:cs="Times New Roman"/>
          <w:bCs/>
        </w:rPr>
        <w:t xml:space="preserve"> </w:t>
      </w:r>
      <w:proofErr w:type="spellStart"/>
      <w:r w:rsidR="00952EC0" w:rsidRPr="00952EC0">
        <w:rPr>
          <w:rFonts w:cs="Times New Roman"/>
          <w:bCs/>
        </w:rPr>
        <w:t>Penelitian</w:t>
      </w:r>
      <w:proofErr w:type="spellEnd"/>
      <w:r w:rsidR="00952EC0" w:rsidRPr="00952EC0">
        <w:rPr>
          <w:rFonts w:cs="Times New Roman"/>
          <w:bCs/>
        </w:rPr>
        <w:t xml:space="preserve"> yang </w:t>
      </w:r>
      <w:proofErr w:type="spellStart"/>
      <w:r w:rsidR="00952EC0" w:rsidRPr="00952EC0">
        <w:rPr>
          <w:rFonts w:cs="Times New Roman"/>
          <w:bCs/>
        </w:rPr>
        <w:t>Digunakan</w:t>
      </w:r>
      <w:proofErr w:type="spellEnd"/>
      <w:r>
        <w:rPr>
          <w:rFonts w:cs="Times New Roman"/>
        </w:rPr>
        <w:tab/>
      </w:r>
      <w:r w:rsidR="00952EC0">
        <w:rPr>
          <w:rFonts w:cs="Times New Roman"/>
        </w:rPr>
        <w:t>4-2</w:t>
      </w:r>
    </w:p>
    <w:p w14:paraId="25ACDDB3" w14:textId="0EE9E9A8" w:rsidR="00BA606A" w:rsidRDefault="00BA606A" w:rsidP="00BA606A">
      <w:pPr>
        <w:tabs>
          <w:tab w:val="right" w:pos="8787"/>
        </w:tabs>
        <w:spacing w:after="80" w:line="240" w:lineRule="auto"/>
      </w:pPr>
      <w:proofErr w:type="spellStart"/>
      <w:r>
        <w:rPr>
          <w:rFonts w:cs="Times New Roman"/>
        </w:rPr>
        <w:t>Tabel</w:t>
      </w:r>
      <w:proofErr w:type="spellEnd"/>
      <w:r>
        <w:rPr>
          <w:rFonts w:cs="Times New Roman"/>
        </w:rPr>
        <w:t xml:space="preserve"> </w:t>
      </w:r>
      <w:proofErr w:type="gramStart"/>
      <w:r w:rsidR="00952EC0">
        <w:rPr>
          <w:rFonts w:cs="Times New Roman"/>
        </w:rPr>
        <w:t>4</w:t>
      </w:r>
      <w:r>
        <w:rPr>
          <w:rFonts w:cs="Times New Roman"/>
        </w:rPr>
        <w:t>.</w:t>
      </w:r>
      <w:r w:rsidR="00952EC0">
        <w:rPr>
          <w:rFonts w:cs="Times New Roman"/>
        </w:rPr>
        <w:t>2</w:t>
      </w:r>
      <w:r>
        <w:rPr>
          <w:rFonts w:cs="Times New Roman"/>
        </w:rPr>
        <w:t xml:space="preserve">  </w:t>
      </w:r>
      <w:r w:rsidRPr="00952EC0">
        <w:rPr>
          <w:rFonts w:cs="Times New Roman"/>
        </w:rPr>
        <w:t>Alur</w:t>
      </w:r>
      <w:proofErr w:type="gramEnd"/>
      <w:r w:rsidRPr="00952EC0">
        <w:rPr>
          <w:rFonts w:cs="Times New Roman"/>
        </w:rPr>
        <w:t xml:space="preserve"> </w:t>
      </w:r>
      <w:proofErr w:type="spellStart"/>
      <w:r w:rsidRPr="00952EC0">
        <w:rPr>
          <w:rFonts w:cs="Times New Roman"/>
        </w:rPr>
        <w:t>Penyelesaian</w:t>
      </w:r>
      <w:proofErr w:type="spellEnd"/>
      <w:r w:rsidRPr="00952EC0">
        <w:rPr>
          <w:rFonts w:cs="Times New Roman"/>
        </w:rPr>
        <w:t xml:space="preserve"> </w:t>
      </w:r>
      <w:proofErr w:type="spellStart"/>
      <w:r w:rsidRPr="00952EC0">
        <w:rPr>
          <w:rFonts w:cs="Times New Roman"/>
        </w:rPr>
        <w:t>Tugas</w:t>
      </w:r>
      <w:proofErr w:type="spellEnd"/>
      <w:r w:rsidRPr="00952EC0">
        <w:rPr>
          <w:rFonts w:cs="Times New Roman"/>
        </w:rPr>
        <w:t xml:space="preserve"> Akhir</w:t>
      </w:r>
      <w:r>
        <w:rPr>
          <w:rFonts w:cs="Times New Roman"/>
        </w:rPr>
        <w:tab/>
      </w:r>
      <w:r w:rsidR="00952EC0">
        <w:rPr>
          <w:rFonts w:cs="Times New Roman"/>
        </w:rPr>
        <w:t>4-2</w:t>
      </w:r>
    </w:p>
    <w:p w14:paraId="73C1EA2D" w14:textId="155D38BE" w:rsidR="00BA606A" w:rsidRPr="008C2F9D" w:rsidRDefault="00BA606A" w:rsidP="00BA606A">
      <w:pPr>
        <w:tabs>
          <w:tab w:val="right" w:pos="8787"/>
        </w:tabs>
        <w:spacing w:after="80" w:line="240" w:lineRule="auto"/>
        <w:rPr>
          <w:bCs/>
        </w:rPr>
      </w:pPr>
      <w:proofErr w:type="spellStart"/>
      <w:r>
        <w:rPr>
          <w:rFonts w:cs="Times New Roman"/>
        </w:rPr>
        <w:t>Tabel</w:t>
      </w:r>
      <w:proofErr w:type="spellEnd"/>
      <w:r>
        <w:rPr>
          <w:rFonts w:cs="Times New Roman"/>
        </w:rPr>
        <w:t xml:space="preserve"> </w:t>
      </w:r>
      <w:proofErr w:type="gramStart"/>
      <w:r w:rsidR="00952EC0">
        <w:rPr>
          <w:rFonts w:cs="Times New Roman"/>
        </w:rPr>
        <w:t>4</w:t>
      </w:r>
      <w:r>
        <w:rPr>
          <w:rFonts w:cs="Times New Roman"/>
        </w:rPr>
        <w:t>.</w:t>
      </w:r>
      <w:r w:rsidR="00952EC0">
        <w:rPr>
          <w:rFonts w:cs="Times New Roman"/>
        </w:rPr>
        <w:t>3</w:t>
      </w:r>
      <w:r>
        <w:rPr>
          <w:rFonts w:cs="Times New Roman"/>
        </w:rPr>
        <w:t xml:space="preserve">  </w:t>
      </w:r>
      <w:proofErr w:type="spellStart"/>
      <w:r w:rsidR="00952EC0" w:rsidRPr="008C2F9D">
        <w:rPr>
          <w:rFonts w:cs="Times New Roman"/>
          <w:bCs/>
        </w:rPr>
        <w:t>Potongan</w:t>
      </w:r>
      <w:proofErr w:type="spellEnd"/>
      <w:proofErr w:type="gramEnd"/>
      <w:r w:rsidR="00952EC0" w:rsidRPr="008C2F9D">
        <w:rPr>
          <w:rFonts w:cs="Times New Roman"/>
          <w:bCs/>
        </w:rPr>
        <w:t xml:space="preserve"> Kode Reward Function </w:t>
      </w:r>
      <w:proofErr w:type="spellStart"/>
      <w:r w:rsidR="00952EC0" w:rsidRPr="008C2F9D">
        <w:rPr>
          <w:rFonts w:cs="Times New Roman"/>
          <w:bCs/>
        </w:rPr>
        <w:t>Studi</w:t>
      </w:r>
      <w:proofErr w:type="spellEnd"/>
      <w:r w:rsidR="00952EC0" w:rsidRPr="008C2F9D">
        <w:rPr>
          <w:rFonts w:cs="Times New Roman"/>
          <w:bCs/>
        </w:rPr>
        <w:t xml:space="preserve"> </w:t>
      </w:r>
      <w:proofErr w:type="spellStart"/>
      <w:r w:rsidR="00952EC0" w:rsidRPr="008C2F9D">
        <w:rPr>
          <w:rFonts w:cs="Times New Roman"/>
          <w:bCs/>
        </w:rPr>
        <w:t>Pendahuluan</w:t>
      </w:r>
      <w:proofErr w:type="spellEnd"/>
      <w:r w:rsidRPr="008C2F9D">
        <w:rPr>
          <w:rFonts w:cs="Times New Roman"/>
          <w:bCs/>
        </w:rPr>
        <w:tab/>
      </w:r>
      <w:r w:rsidR="00952EC0" w:rsidRPr="008C2F9D">
        <w:rPr>
          <w:rFonts w:cs="Times New Roman"/>
          <w:bCs/>
        </w:rPr>
        <w:t>4</w:t>
      </w:r>
      <w:r w:rsidRPr="008C2F9D">
        <w:rPr>
          <w:rFonts w:cs="Times New Roman"/>
          <w:bCs/>
        </w:rPr>
        <w:t>-</w:t>
      </w:r>
      <w:r w:rsidR="00964FEC">
        <w:rPr>
          <w:rFonts w:cs="Times New Roman"/>
          <w:bCs/>
        </w:rPr>
        <w:t>7</w:t>
      </w:r>
    </w:p>
    <w:p w14:paraId="1C0448A4" w14:textId="1C7C00BF" w:rsidR="00BA606A" w:rsidRDefault="00BA606A">
      <w:pPr>
        <w:tabs>
          <w:tab w:val="right" w:pos="8787"/>
        </w:tabs>
        <w:spacing w:after="80" w:line="240" w:lineRule="auto"/>
        <w:rPr>
          <w:rFonts w:cs="Times New Roman"/>
          <w:bCs/>
        </w:rPr>
      </w:pPr>
      <w:proofErr w:type="spellStart"/>
      <w:r w:rsidRPr="008C2F9D">
        <w:rPr>
          <w:rFonts w:cs="Times New Roman"/>
          <w:bCs/>
        </w:rPr>
        <w:t>Tabel</w:t>
      </w:r>
      <w:proofErr w:type="spellEnd"/>
      <w:r w:rsidRPr="008C2F9D">
        <w:rPr>
          <w:rFonts w:cs="Times New Roman"/>
          <w:bCs/>
        </w:rPr>
        <w:t xml:space="preserve"> </w:t>
      </w:r>
      <w:proofErr w:type="gramStart"/>
      <w:r w:rsidR="00952EC0" w:rsidRPr="008C2F9D">
        <w:rPr>
          <w:rFonts w:cs="Times New Roman"/>
          <w:bCs/>
        </w:rPr>
        <w:t>4</w:t>
      </w:r>
      <w:r w:rsidRPr="008C2F9D">
        <w:rPr>
          <w:rFonts w:cs="Times New Roman"/>
          <w:bCs/>
        </w:rPr>
        <w:t>.</w:t>
      </w:r>
      <w:r w:rsidR="00952EC0" w:rsidRPr="008C2F9D">
        <w:rPr>
          <w:rFonts w:cs="Times New Roman"/>
          <w:bCs/>
        </w:rPr>
        <w:t>4</w:t>
      </w:r>
      <w:r w:rsidRPr="008C2F9D">
        <w:rPr>
          <w:rFonts w:cs="Times New Roman"/>
          <w:bCs/>
        </w:rPr>
        <w:t xml:space="preserve">  </w:t>
      </w:r>
      <w:proofErr w:type="spellStart"/>
      <w:r w:rsidR="00BF0A58" w:rsidRPr="00BF0A58">
        <w:rPr>
          <w:rFonts w:cs="Times New Roman"/>
          <w:bCs/>
        </w:rPr>
        <w:t>Pemetaan</w:t>
      </w:r>
      <w:proofErr w:type="spellEnd"/>
      <w:proofErr w:type="gramEnd"/>
      <w:r w:rsidR="00BF0A58" w:rsidRPr="00BF0A58">
        <w:rPr>
          <w:rFonts w:cs="Times New Roman"/>
          <w:bCs/>
        </w:rPr>
        <w:t xml:space="preserve"> Parameter </w:t>
      </w:r>
      <w:r w:rsidR="00BF0A58" w:rsidRPr="00BF0A58">
        <w:rPr>
          <w:rFonts w:cs="Times New Roman"/>
          <w:bCs/>
          <w:i/>
          <w:iCs/>
        </w:rPr>
        <w:t>Reward Shaping</w:t>
      </w:r>
      <w:r w:rsidR="00BF0A58" w:rsidRPr="00BF0A58">
        <w:rPr>
          <w:rFonts w:cs="Times New Roman"/>
          <w:bCs/>
        </w:rPr>
        <w:t xml:space="preserve"> </w:t>
      </w:r>
      <w:proofErr w:type="spellStart"/>
      <w:r w:rsidR="00BF0A58" w:rsidRPr="00BF0A58">
        <w:rPr>
          <w:rFonts w:cs="Times New Roman"/>
          <w:bCs/>
        </w:rPr>
        <w:t>Asimetris</w:t>
      </w:r>
      <w:proofErr w:type="spellEnd"/>
      <w:r w:rsidR="00BF0A58" w:rsidRPr="00BF0A58">
        <w:rPr>
          <w:rFonts w:cs="Times New Roman"/>
          <w:bCs/>
        </w:rPr>
        <w:t xml:space="preserve"> </w:t>
      </w:r>
      <w:proofErr w:type="spellStart"/>
      <w:r w:rsidR="00BF0A58" w:rsidRPr="00BF0A58">
        <w:rPr>
          <w:rFonts w:cs="Times New Roman"/>
          <w:bCs/>
        </w:rPr>
        <w:t>terhadap</w:t>
      </w:r>
      <w:proofErr w:type="spellEnd"/>
      <w:r w:rsidR="00BF0A58" w:rsidRPr="00BF0A58">
        <w:rPr>
          <w:rFonts w:cs="Times New Roman"/>
          <w:bCs/>
        </w:rPr>
        <w:t xml:space="preserve"> </w:t>
      </w:r>
      <w:proofErr w:type="spellStart"/>
      <w:r w:rsidR="00BF0A58" w:rsidRPr="00BF0A58">
        <w:rPr>
          <w:rFonts w:cs="Times New Roman"/>
          <w:bCs/>
        </w:rPr>
        <w:t>Literatur</w:t>
      </w:r>
      <w:proofErr w:type="spellEnd"/>
      <w:r w:rsidR="00BF0A58" w:rsidRPr="00BF0A58">
        <w:rPr>
          <w:rFonts w:cs="Times New Roman"/>
          <w:bCs/>
        </w:rPr>
        <w:t xml:space="preserve"> </w:t>
      </w:r>
      <w:proofErr w:type="spellStart"/>
      <w:r w:rsidR="00BF0A58" w:rsidRPr="00BF0A58">
        <w:rPr>
          <w:rFonts w:cs="Times New Roman"/>
          <w:bCs/>
        </w:rPr>
        <w:t>Keselamatan</w:t>
      </w:r>
      <w:proofErr w:type="spellEnd"/>
      <w:r w:rsidRPr="008C2F9D">
        <w:rPr>
          <w:rFonts w:cs="Times New Roman"/>
          <w:bCs/>
        </w:rPr>
        <w:tab/>
      </w:r>
      <w:r w:rsidR="00952EC0" w:rsidRPr="008C2F9D">
        <w:rPr>
          <w:rFonts w:cs="Times New Roman"/>
          <w:bCs/>
        </w:rPr>
        <w:t>4</w:t>
      </w:r>
      <w:r w:rsidRPr="008C2F9D">
        <w:rPr>
          <w:rFonts w:cs="Times New Roman"/>
          <w:bCs/>
        </w:rPr>
        <w:t>-</w:t>
      </w:r>
      <w:r w:rsidR="00964FEC">
        <w:rPr>
          <w:rFonts w:cs="Times New Roman"/>
          <w:bCs/>
        </w:rPr>
        <w:t>9</w:t>
      </w:r>
    </w:p>
    <w:p w14:paraId="51F8190F" w14:textId="68E24A41" w:rsidR="00BF0A58" w:rsidRPr="008C2F9D" w:rsidRDefault="00BF0A58">
      <w:pPr>
        <w:tabs>
          <w:tab w:val="right" w:pos="8787"/>
        </w:tabs>
        <w:spacing w:after="80" w:line="240" w:lineRule="auto"/>
        <w:rPr>
          <w:bCs/>
        </w:rPr>
      </w:pPr>
      <w:proofErr w:type="spellStart"/>
      <w:r w:rsidRPr="008C2F9D">
        <w:rPr>
          <w:rFonts w:cs="Times New Roman"/>
          <w:bCs/>
        </w:rPr>
        <w:t>Tabel</w:t>
      </w:r>
      <w:proofErr w:type="spellEnd"/>
      <w:r w:rsidRPr="008C2F9D">
        <w:rPr>
          <w:rFonts w:cs="Times New Roman"/>
          <w:bCs/>
        </w:rPr>
        <w:t xml:space="preserve"> </w:t>
      </w:r>
      <w:proofErr w:type="gramStart"/>
      <w:r w:rsidRPr="008C2F9D">
        <w:rPr>
          <w:rFonts w:cs="Times New Roman"/>
          <w:bCs/>
        </w:rPr>
        <w:t>4.</w:t>
      </w:r>
      <w:r>
        <w:rPr>
          <w:rFonts w:cs="Times New Roman"/>
          <w:bCs/>
        </w:rPr>
        <w:t>5</w:t>
      </w:r>
      <w:r w:rsidRPr="008C2F9D">
        <w:rPr>
          <w:rFonts w:cs="Times New Roman"/>
          <w:bCs/>
        </w:rPr>
        <w:t xml:space="preserve">  </w:t>
      </w:r>
      <w:proofErr w:type="spellStart"/>
      <w:r w:rsidRPr="008C2F9D">
        <w:rPr>
          <w:rFonts w:cs="Times New Roman"/>
          <w:bCs/>
        </w:rPr>
        <w:t>Potongan</w:t>
      </w:r>
      <w:proofErr w:type="spellEnd"/>
      <w:proofErr w:type="gramEnd"/>
      <w:r w:rsidRPr="008C2F9D">
        <w:rPr>
          <w:rFonts w:cs="Times New Roman"/>
          <w:bCs/>
        </w:rPr>
        <w:t xml:space="preserve"> Kode Reward Function </w:t>
      </w:r>
      <w:proofErr w:type="spellStart"/>
      <w:r w:rsidRPr="008C2F9D">
        <w:rPr>
          <w:rFonts w:cs="Times New Roman"/>
          <w:bCs/>
        </w:rPr>
        <w:t>Sistem</w:t>
      </w:r>
      <w:proofErr w:type="spellEnd"/>
      <w:r w:rsidRPr="008C2F9D">
        <w:rPr>
          <w:rFonts w:cs="Times New Roman"/>
          <w:bCs/>
        </w:rPr>
        <w:t xml:space="preserve"> Utama</w:t>
      </w:r>
      <w:r w:rsidRPr="008C2F9D">
        <w:rPr>
          <w:rFonts w:cs="Times New Roman"/>
          <w:bCs/>
        </w:rPr>
        <w:tab/>
        <w:t>4-</w:t>
      </w:r>
      <w:r w:rsidR="00A8173A">
        <w:rPr>
          <w:rFonts w:cs="Times New Roman"/>
          <w:bCs/>
        </w:rPr>
        <w:t>9</w:t>
      </w:r>
    </w:p>
    <w:p w14:paraId="300B626B" w14:textId="2B94F4DC" w:rsidR="00BA606A" w:rsidRPr="008C2F9D" w:rsidRDefault="00BA606A" w:rsidP="00BA606A">
      <w:pPr>
        <w:tabs>
          <w:tab w:val="right" w:pos="8787"/>
        </w:tabs>
        <w:spacing w:after="80" w:line="240" w:lineRule="auto"/>
        <w:rPr>
          <w:bCs/>
        </w:rPr>
      </w:pPr>
      <w:proofErr w:type="spellStart"/>
      <w:r w:rsidRPr="008C2F9D">
        <w:rPr>
          <w:rFonts w:cs="Times New Roman"/>
          <w:bCs/>
        </w:rPr>
        <w:t>Tabel</w:t>
      </w:r>
      <w:proofErr w:type="spellEnd"/>
      <w:r w:rsidRPr="008C2F9D">
        <w:rPr>
          <w:rFonts w:cs="Times New Roman"/>
          <w:bCs/>
        </w:rPr>
        <w:t xml:space="preserve"> </w:t>
      </w:r>
      <w:proofErr w:type="gramStart"/>
      <w:r w:rsidR="008C2F9D" w:rsidRPr="008C2F9D">
        <w:rPr>
          <w:rFonts w:cs="Times New Roman"/>
          <w:bCs/>
        </w:rPr>
        <w:t>4</w:t>
      </w:r>
      <w:r w:rsidRPr="008C2F9D">
        <w:rPr>
          <w:rFonts w:cs="Times New Roman"/>
          <w:bCs/>
        </w:rPr>
        <w:t>.</w:t>
      </w:r>
      <w:r w:rsidR="00BF0A58">
        <w:rPr>
          <w:rFonts w:cs="Times New Roman"/>
          <w:bCs/>
        </w:rPr>
        <w:t>6</w:t>
      </w:r>
      <w:r w:rsidRPr="008C2F9D">
        <w:rPr>
          <w:rFonts w:cs="Times New Roman"/>
          <w:bCs/>
        </w:rPr>
        <w:t xml:space="preserve">  </w:t>
      </w:r>
      <w:r w:rsidR="008C2F9D" w:rsidRPr="008C2F9D">
        <w:rPr>
          <w:rFonts w:cs="Times New Roman"/>
          <w:bCs/>
        </w:rPr>
        <w:t>Hyperparameter</w:t>
      </w:r>
      <w:proofErr w:type="gramEnd"/>
      <w:r w:rsidR="008C2F9D" w:rsidRPr="008C2F9D">
        <w:rPr>
          <w:rFonts w:cs="Times New Roman"/>
          <w:bCs/>
        </w:rPr>
        <w:t xml:space="preserve"> </w:t>
      </w:r>
      <w:proofErr w:type="spellStart"/>
      <w:r w:rsidR="008C2F9D" w:rsidRPr="008C2F9D">
        <w:rPr>
          <w:rFonts w:cs="Times New Roman"/>
          <w:bCs/>
        </w:rPr>
        <w:t>Pelatihan</w:t>
      </w:r>
      <w:proofErr w:type="spellEnd"/>
      <w:r w:rsidR="008C2F9D" w:rsidRPr="008C2F9D">
        <w:rPr>
          <w:rFonts w:cs="Times New Roman"/>
          <w:bCs/>
        </w:rPr>
        <w:t xml:space="preserve"> </w:t>
      </w:r>
      <w:proofErr w:type="spellStart"/>
      <w:r w:rsidR="008C2F9D" w:rsidRPr="008C2F9D">
        <w:rPr>
          <w:rFonts w:cs="Times New Roman"/>
          <w:bCs/>
        </w:rPr>
        <w:t>Studi</w:t>
      </w:r>
      <w:proofErr w:type="spellEnd"/>
      <w:r w:rsidR="008C2F9D" w:rsidRPr="008C2F9D">
        <w:rPr>
          <w:rFonts w:cs="Times New Roman"/>
          <w:bCs/>
        </w:rPr>
        <w:t xml:space="preserve"> </w:t>
      </w:r>
      <w:proofErr w:type="spellStart"/>
      <w:r w:rsidR="008C2F9D" w:rsidRPr="008C2F9D">
        <w:rPr>
          <w:rFonts w:cs="Times New Roman"/>
          <w:bCs/>
        </w:rPr>
        <w:t>Pendahuluan</w:t>
      </w:r>
      <w:proofErr w:type="spellEnd"/>
      <w:r w:rsidR="008C2F9D" w:rsidRPr="008C2F9D">
        <w:rPr>
          <w:rFonts w:cs="Times New Roman"/>
          <w:bCs/>
        </w:rPr>
        <w:t xml:space="preserve"> dan </w:t>
      </w:r>
      <w:proofErr w:type="spellStart"/>
      <w:r w:rsidR="008C2F9D" w:rsidRPr="008C2F9D">
        <w:rPr>
          <w:rFonts w:cs="Times New Roman"/>
          <w:bCs/>
        </w:rPr>
        <w:t>Sistem</w:t>
      </w:r>
      <w:proofErr w:type="spellEnd"/>
      <w:r w:rsidR="008C2F9D" w:rsidRPr="008C2F9D">
        <w:rPr>
          <w:rFonts w:cs="Times New Roman"/>
          <w:bCs/>
        </w:rPr>
        <w:t xml:space="preserve"> Utama</w:t>
      </w:r>
      <w:r w:rsidRPr="008C2F9D">
        <w:rPr>
          <w:rFonts w:cs="Times New Roman"/>
          <w:bCs/>
        </w:rPr>
        <w:tab/>
      </w:r>
      <w:r w:rsidR="008C2F9D" w:rsidRPr="008C2F9D">
        <w:rPr>
          <w:rFonts w:cs="Times New Roman"/>
          <w:bCs/>
        </w:rPr>
        <w:t>4</w:t>
      </w:r>
      <w:r w:rsidRPr="008C2F9D">
        <w:rPr>
          <w:rFonts w:cs="Times New Roman"/>
          <w:bCs/>
        </w:rPr>
        <w:t>-</w:t>
      </w:r>
      <w:r w:rsidR="008C2F9D" w:rsidRPr="008C2F9D">
        <w:rPr>
          <w:rFonts w:cs="Times New Roman"/>
          <w:bCs/>
        </w:rPr>
        <w:t>1</w:t>
      </w:r>
      <w:r w:rsidR="00A8173A">
        <w:rPr>
          <w:rFonts w:cs="Times New Roman"/>
          <w:bCs/>
        </w:rPr>
        <w:t>3</w:t>
      </w:r>
    </w:p>
    <w:p w14:paraId="3FCB6F99" w14:textId="16C57837" w:rsidR="00BA606A" w:rsidRDefault="00BA606A" w:rsidP="00BA606A">
      <w:pPr>
        <w:tabs>
          <w:tab w:val="right" w:pos="8787"/>
        </w:tabs>
        <w:spacing w:after="80" w:line="240" w:lineRule="auto"/>
      </w:pPr>
      <w:proofErr w:type="spellStart"/>
      <w:r w:rsidRPr="008C2F9D">
        <w:rPr>
          <w:rFonts w:cs="Times New Roman"/>
          <w:bCs/>
        </w:rPr>
        <w:t>Tabel</w:t>
      </w:r>
      <w:proofErr w:type="spellEnd"/>
      <w:r w:rsidRPr="008C2F9D">
        <w:rPr>
          <w:rFonts w:cs="Times New Roman"/>
          <w:bCs/>
        </w:rPr>
        <w:t xml:space="preserve"> </w:t>
      </w:r>
      <w:proofErr w:type="gramStart"/>
      <w:r w:rsidR="008C2F9D" w:rsidRPr="008C2F9D">
        <w:rPr>
          <w:rFonts w:cs="Times New Roman"/>
          <w:bCs/>
        </w:rPr>
        <w:t>4</w:t>
      </w:r>
      <w:r w:rsidRPr="008C2F9D">
        <w:rPr>
          <w:rFonts w:cs="Times New Roman"/>
          <w:bCs/>
        </w:rPr>
        <w:t>.</w:t>
      </w:r>
      <w:r w:rsidR="00BF0A58">
        <w:rPr>
          <w:rFonts w:cs="Times New Roman"/>
          <w:bCs/>
        </w:rPr>
        <w:t>7</w:t>
      </w:r>
      <w:r w:rsidRPr="008C2F9D">
        <w:rPr>
          <w:rFonts w:cs="Times New Roman"/>
          <w:bCs/>
        </w:rPr>
        <w:t xml:space="preserve">  </w:t>
      </w:r>
      <w:proofErr w:type="spellStart"/>
      <w:r w:rsidR="008C2F9D" w:rsidRPr="008C2F9D">
        <w:rPr>
          <w:rFonts w:cs="Times New Roman"/>
          <w:bCs/>
        </w:rPr>
        <w:t>Potongan</w:t>
      </w:r>
      <w:proofErr w:type="spellEnd"/>
      <w:proofErr w:type="gramEnd"/>
      <w:r w:rsidR="008C2F9D" w:rsidRPr="008C2F9D">
        <w:rPr>
          <w:rFonts w:cs="Times New Roman"/>
          <w:bCs/>
        </w:rPr>
        <w:t xml:space="preserve"> Kode </w:t>
      </w:r>
      <w:proofErr w:type="spellStart"/>
      <w:r w:rsidR="008C2F9D" w:rsidRPr="008C2F9D">
        <w:rPr>
          <w:rFonts w:cs="Times New Roman"/>
          <w:bCs/>
        </w:rPr>
        <w:t>Mekanisme</w:t>
      </w:r>
      <w:proofErr w:type="spellEnd"/>
      <w:r w:rsidR="008C2F9D" w:rsidRPr="008C2F9D">
        <w:rPr>
          <w:rFonts w:cs="Times New Roman"/>
          <w:bCs/>
        </w:rPr>
        <w:t xml:space="preserve"> </w:t>
      </w:r>
      <w:r w:rsidR="008C2F9D" w:rsidRPr="008C2F9D">
        <w:rPr>
          <w:rFonts w:cs="Times New Roman"/>
          <w:bCs/>
          <w:i/>
          <w:iCs/>
        </w:rPr>
        <w:t>Resume Training</w:t>
      </w:r>
      <w:r>
        <w:rPr>
          <w:rFonts w:cs="Times New Roman"/>
        </w:rPr>
        <w:tab/>
      </w:r>
      <w:r w:rsidR="008C2F9D">
        <w:rPr>
          <w:rFonts w:cs="Times New Roman"/>
        </w:rPr>
        <w:t>4</w:t>
      </w:r>
      <w:r>
        <w:rPr>
          <w:rFonts w:cs="Times New Roman"/>
        </w:rPr>
        <w:t>-</w:t>
      </w:r>
      <w:r w:rsidR="00A8173A">
        <w:rPr>
          <w:rFonts w:cs="Times New Roman"/>
        </w:rPr>
        <w:t>20</w:t>
      </w:r>
    </w:p>
    <w:p w14:paraId="7A851A6B" w14:textId="78A572E2" w:rsidR="00BA606A" w:rsidRPr="003B67EE" w:rsidRDefault="00BA606A" w:rsidP="00BA606A">
      <w:pPr>
        <w:tabs>
          <w:tab w:val="right" w:pos="8787"/>
        </w:tabs>
        <w:spacing w:after="80" w:line="240" w:lineRule="auto"/>
      </w:pPr>
      <w:proofErr w:type="spellStart"/>
      <w:r w:rsidRPr="003B67EE">
        <w:rPr>
          <w:rFonts w:cs="Times New Roman"/>
        </w:rPr>
        <w:t>Tabel</w:t>
      </w:r>
      <w:proofErr w:type="spellEnd"/>
      <w:r w:rsidRPr="003B67EE">
        <w:rPr>
          <w:rFonts w:cs="Times New Roman"/>
        </w:rPr>
        <w:t xml:space="preserve"> </w:t>
      </w:r>
      <w:proofErr w:type="gramStart"/>
      <w:r w:rsidR="003B67EE" w:rsidRPr="003B67EE">
        <w:rPr>
          <w:rFonts w:cs="Times New Roman"/>
        </w:rPr>
        <w:t>5</w:t>
      </w:r>
      <w:r w:rsidRPr="003B67EE">
        <w:rPr>
          <w:rFonts w:cs="Times New Roman"/>
        </w:rPr>
        <w:t>.</w:t>
      </w:r>
      <w:r w:rsidR="003B67EE" w:rsidRPr="003B67EE">
        <w:rPr>
          <w:rFonts w:cs="Times New Roman"/>
        </w:rPr>
        <w:t>1</w:t>
      </w:r>
      <w:r w:rsidRPr="003B67EE">
        <w:rPr>
          <w:rFonts w:cs="Times New Roman"/>
        </w:rPr>
        <w:t xml:space="preserve">  </w:t>
      </w:r>
      <w:proofErr w:type="spellStart"/>
      <w:r w:rsidR="003B67EE" w:rsidRPr="003B67EE">
        <w:rPr>
          <w:rFonts w:cs="Times New Roman"/>
        </w:rPr>
        <w:t>Potongan</w:t>
      </w:r>
      <w:proofErr w:type="spellEnd"/>
      <w:proofErr w:type="gramEnd"/>
      <w:r w:rsidR="003B67EE" w:rsidRPr="003B67EE">
        <w:rPr>
          <w:rFonts w:cs="Times New Roman"/>
        </w:rPr>
        <w:t xml:space="preserve"> Kode </w:t>
      </w:r>
      <w:proofErr w:type="spellStart"/>
      <w:r w:rsidR="003B67EE" w:rsidRPr="003B67EE">
        <w:rPr>
          <w:rFonts w:cs="Times New Roman"/>
        </w:rPr>
        <w:t>Pemanggilan</w:t>
      </w:r>
      <w:proofErr w:type="spellEnd"/>
      <w:r w:rsidR="003B67EE" w:rsidRPr="003B67EE">
        <w:rPr>
          <w:rFonts w:cs="Times New Roman"/>
        </w:rPr>
        <w:t xml:space="preserve"> Model </w:t>
      </w:r>
      <w:proofErr w:type="spellStart"/>
      <w:r w:rsidR="003B67EE" w:rsidRPr="003B67EE">
        <w:rPr>
          <w:rFonts w:cs="Times New Roman"/>
        </w:rPr>
        <w:t>Terbaik</w:t>
      </w:r>
      <w:proofErr w:type="spellEnd"/>
      <w:r w:rsidRPr="003B67EE">
        <w:rPr>
          <w:rFonts w:cs="Times New Roman"/>
        </w:rPr>
        <w:tab/>
      </w:r>
      <w:r w:rsidR="003B67EE" w:rsidRPr="003B67EE">
        <w:rPr>
          <w:rFonts w:cs="Times New Roman"/>
        </w:rPr>
        <w:t>5-5</w:t>
      </w:r>
    </w:p>
    <w:p w14:paraId="5F5372E8" w14:textId="69C74A5F" w:rsidR="00BA606A" w:rsidRPr="003B67EE" w:rsidRDefault="00BA606A" w:rsidP="00BA606A">
      <w:pPr>
        <w:tabs>
          <w:tab w:val="right" w:pos="8787"/>
        </w:tabs>
        <w:spacing w:after="80" w:line="240" w:lineRule="auto"/>
        <w:rPr>
          <w:rFonts w:cs="Times New Roman"/>
        </w:rPr>
      </w:pPr>
      <w:proofErr w:type="spellStart"/>
      <w:r w:rsidRPr="003B67EE">
        <w:rPr>
          <w:rFonts w:cs="Times New Roman"/>
        </w:rPr>
        <w:t>Tabel</w:t>
      </w:r>
      <w:proofErr w:type="spellEnd"/>
      <w:r w:rsidRPr="003B67EE">
        <w:rPr>
          <w:rFonts w:cs="Times New Roman"/>
        </w:rPr>
        <w:t xml:space="preserve"> </w:t>
      </w:r>
      <w:proofErr w:type="gramStart"/>
      <w:r w:rsidR="003B67EE" w:rsidRPr="003B67EE">
        <w:rPr>
          <w:rFonts w:cs="Times New Roman"/>
        </w:rPr>
        <w:t>5</w:t>
      </w:r>
      <w:r w:rsidRPr="003B67EE">
        <w:rPr>
          <w:rFonts w:cs="Times New Roman"/>
        </w:rPr>
        <w:t>.</w:t>
      </w:r>
      <w:r w:rsidR="003B67EE" w:rsidRPr="003B67EE">
        <w:rPr>
          <w:rFonts w:cs="Times New Roman"/>
        </w:rPr>
        <w:t>2</w:t>
      </w:r>
      <w:r w:rsidRPr="003B67EE">
        <w:rPr>
          <w:rFonts w:cs="Times New Roman"/>
        </w:rPr>
        <w:t xml:space="preserve">  </w:t>
      </w:r>
      <w:proofErr w:type="spellStart"/>
      <w:r w:rsidR="003B67EE" w:rsidRPr="003B67EE">
        <w:rPr>
          <w:rFonts w:cs="Times New Roman"/>
        </w:rPr>
        <w:t>Potongan</w:t>
      </w:r>
      <w:proofErr w:type="spellEnd"/>
      <w:proofErr w:type="gramEnd"/>
      <w:r w:rsidR="003B67EE" w:rsidRPr="003B67EE">
        <w:rPr>
          <w:rFonts w:cs="Times New Roman"/>
        </w:rPr>
        <w:t xml:space="preserve"> Kode </w:t>
      </w:r>
      <w:proofErr w:type="spellStart"/>
      <w:r w:rsidR="003B67EE" w:rsidRPr="003B67EE">
        <w:rPr>
          <w:rFonts w:cs="Times New Roman"/>
        </w:rPr>
        <w:t>Eksekusi</w:t>
      </w:r>
      <w:proofErr w:type="spellEnd"/>
      <w:r w:rsidR="003B67EE" w:rsidRPr="003B67EE">
        <w:rPr>
          <w:rFonts w:cs="Times New Roman"/>
        </w:rPr>
        <w:t xml:space="preserve"> </w:t>
      </w:r>
      <w:proofErr w:type="spellStart"/>
      <w:r w:rsidR="003B67EE" w:rsidRPr="003B67EE">
        <w:rPr>
          <w:rFonts w:cs="Times New Roman"/>
        </w:rPr>
        <w:t>Kebijakan</w:t>
      </w:r>
      <w:proofErr w:type="spellEnd"/>
      <w:r w:rsidR="003B67EE" w:rsidRPr="003B67EE">
        <w:rPr>
          <w:rFonts w:cs="Times New Roman"/>
        </w:rPr>
        <w:t xml:space="preserve"> </w:t>
      </w:r>
      <w:proofErr w:type="spellStart"/>
      <w:r w:rsidR="003B67EE" w:rsidRPr="003B67EE">
        <w:rPr>
          <w:rFonts w:cs="Times New Roman"/>
        </w:rPr>
        <w:t>Deterministik</w:t>
      </w:r>
      <w:proofErr w:type="spellEnd"/>
      <w:r w:rsidRPr="003B67EE">
        <w:rPr>
          <w:rFonts w:cs="Times New Roman"/>
        </w:rPr>
        <w:tab/>
      </w:r>
      <w:r w:rsidR="003B67EE" w:rsidRPr="003B67EE">
        <w:rPr>
          <w:rFonts w:cs="Times New Roman"/>
        </w:rPr>
        <w:t>5</w:t>
      </w:r>
      <w:r w:rsidRPr="003B67EE">
        <w:rPr>
          <w:rFonts w:cs="Times New Roman"/>
        </w:rPr>
        <w:t>-</w:t>
      </w:r>
      <w:r w:rsidR="003B67EE" w:rsidRPr="003B67EE">
        <w:rPr>
          <w:rFonts w:cs="Times New Roman"/>
        </w:rPr>
        <w:t>6</w:t>
      </w:r>
    </w:p>
    <w:p w14:paraId="00ED1459" w14:textId="6ED54457" w:rsidR="003B67EE" w:rsidRPr="003B67EE" w:rsidRDefault="003B67EE" w:rsidP="003B67EE">
      <w:pPr>
        <w:tabs>
          <w:tab w:val="right" w:pos="8787"/>
        </w:tabs>
        <w:spacing w:after="80" w:line="240" w:lineRule="auto"/>
        <w:rPr>
          <w:rFonts w:cs="Times New Roman"/>
        </w:rPr>
      </w:pPr>
      <w:proofErr w:type="spellStart"/>
      <w:r w:rsidRPr="003B67EE">
        <w:rPr>
          <w:rFonts w:cs="Times New Roman"/>
        </w:rPr>
        <w:t>Tabel</w:t>
      </w:r>
      <w:proofErr w:type="spellEnd"/>
      <w:r w:rsidRPr="003B67EE">
        <w:rPr>
          <w:rFonts w:cs="Times New Roman"/>
        </w:rPr>
        <w:t xml:space="preserve"> </w:t>
      </w:r>
      <w:proofErr w:type="gramStart"/>
      <w:r w:rsidRPr="003B67EE">
        <w:rPr>
          <w:rFonts w:cs="Times New Roman"/>
        </w:rPr>
        <w:t xml:space="preserve">5.3  </w:t>
      </w:r>
      <w:proofErr w:type="spellStart"/>
      <w:r w:rsidRPr="003B67EE">
        <w:rPr>
          <w:rFonts w:cs="Times New Roman"/>
        </w:rPr>
        <w:t>Potongan</w:t>
      </w:r>
      <w:proofErr w:type="spellEnd"/>
      <w:proofErr w:type="gramEnd"/>
      <w:r w:rsidRPr="003B67EE">
        <w:rPr>
          <w:rFonts w:cs="Times New Roman"/>
        </w:rPr>
        <w:t xml:space="preserve"> Kode </w:t>
      </w:r>
      <w:proofErr w:type="spellStart"/>
      <w:r w:rsidRPr="003B67EE">
        <w:rPr>
          <w:rFonts w:cs="Times New Roman"/>
        </w:rPr>
        <w:t>Perekaman</w:t>
      </w:r>
      <w:proofErr w:type="spellEnd"/>
      <w:r w:rsidRPr="003B67EE">
        <w:rPr>
          <w:rFonts w:cs="Times New Roman"/>
        </w:rPr>
        <w:t xml:space="preserve"> </w:t>
      </w:r>
      <w:proofErr w:type="spellStart"/>
      <w:r w:rsidRPr="003B67EE">
        <w:rPr>
          <w:rFonts w:cs="Times New Roman"/>
        </w:rPr>
        <w:t>Instrumen</w:t>
      </w:r>
      <w:proofErr w:type="spellEnd"/>
      <w:r w:rsidRPr="003B67EE">
        <w:rPr>
          <w:rFonts w:cs="Times New Roman"/>
        </w:rPr>
        <w:t xml:space="preserve"> </w:t>
      </w:r>
      <w:proofErr w:type="spellStart"/>
      <w:r w:rsidRPr="003B67EE">
        <w:rPr>
          <w:rFonts w:cs="Times New Roman"/>
        </w:rPr>
        <w:t>Evaluasi</w:t>
      </w:r>
      <w:proofErr w:type="spellEnd"/>
      <w:r w:rsidRPr="003B67EE">
        <w:rPr>
          <w:rFonts w:cs="Times New Roman"/>
        </w:rPr>
        <w:tab/>
        <w:t>5-6</w:t>
      </w:r>
    </w:p>
    <w:p w14:paraId="370CB149" w14:textId="35027F67" w:rsidR="003B67EE" w:rsidRPr="003B67EE" w:rsidRDefault="003B67EE" w:rsidP="003B67EE">
      <w:pPr>
        <w:tabs>
          <w:tab w:val="right" w:pos="8787"/>
        </w:tabs>
        <w:spacing w:after="80" w:line="240" w:lineRule="auto"/>
        <w:rPr>
          <w:rFonts w:cs="Times New Roman"/>
        </w:rPr>
      </w:pPr>
      <w:proofErr w:type="spellStart"/>
      <w:r w:rsidRPr="003B67EE">
        <w:rPr>
          <w:rFonts w:cs="Times New Roman"/>
        </w:rPr>
        <w:t>Tabel</w:t>
      </w:r>
      <w:proofErr w:type="spellEnd"/>
      <w:r w:rsidRPr="003B67EE">
        <w:rPr>
          <w:rFonts w:cs="Times New Roman"/>
        </w:rPr>
        <w:t xml:space="preserve"> </w:t>
      </w:r>
      <w:proofErr w:type="gramStart"/>
      <w:r w:rsidRPr="003B67EE">
        <w:rPr>
          <w:rFonts w:cs="Times New Roman"/>
        </w:rPr>
        <w:t xml:space="preserve">5.4  </w:t>
      </w:r>
      <w:proofErr w:type="spellStart"/>
      <w:r w:rsidRPr="003B67EE">
        <w:rPr>
          <w:rFonts w:cs="Times New Roman"/>
        </w:rPr>
        <w:t>Potongan</w:t>
      </w:r>
      <w:proofErr w:type="spellEnd"/>
      <w:proofErr w:type="gramEnd"/>
      <w:r w:rsidRPr="003B67EE">
        <w:rPr>
          <w:rFonts w:cs="Times New Roman"/>
        </w:rPr>
        <w:t xml:space="preserve"> Kode </w:t>
      </w:r>
      <w:proofErr w:type="spellStart"/>
      <w:r w:rsidRPr="003B67EE">
        <w:rPr>
          <w:rFonts w:cs="Times New Roman"/>
        </w:rPr>
        <w:t>Pemrosesan</w:t>
      </w:r>
      <w:proofErr w:type="spellEnd"/>
      <w:r w:rsidRPr="003B67EE">
        <w:rPr>
          <w:rFonts w:cs="Times New Roman"/>
        </w:rPr>
        <w:t xml:space="preserve"> dan </w:t>
      </w:r>
      <w:proofErr w:type="spellStart"/>
      <w:r w:rsidRPr="003B67EE">
        <w:rPr>
          <w:rFonts w:cs="Times New Roman"/>
        </w:rPr>
        <w:t>Ekspor</w:t>
      </w:r>
      <w:proofErr w:type="spellEnd"/>
      <w:r w:rsidRPr="003B67EE">
        <w:rPr>
          <w:rFonts w:cs="Times New Roman"/>
        </w:rPr>
        <w:t xml:space="preserve"> </w:t>
      </w:r>
      <w:proofErr w:type="spellStart"/>
      <w:r w:rsidRPr="003B67EE">
        <w:rPr>
          <w:rFonts w:cs="Times New Roman"/>
        </w:rPr>
        <w:t>Luaran</w:t>
      </w:r>
      <w:proofErr w:type="spellEnd"/>
      <w:r w:rsidRPr="003B67EE">
        <w:rPr>
          <w:rFonts w:cs="Times New Roman"/>
        </w:rPr>
        <w:tab/>
        <w:t>5-7</w:t>
      </w:r>
    </w:p>
    <w:p w14:paraId="658EE5B2" w14:textId="6C3F8B28" w:rsidR="00BF0A58" w:rsidRDefault="003B67EE">
      <w:pPr>
        <w:tabs>
          <w:tab w:val="right" w:pos="8787"/>
        </w:tabs>
        <w:spacing w:after="80" w:line="240" w:lineRule="auto"/>
        <w:rPr>
          <w:rFonts w:cs="Times New Roman"/>
        </w:rPr>
      </w:pPr>
      <w:proofErr w:type="spellStart"/>
      <w:r w:rsidRPr="003B67EE">
        <w:rPr>
          <w:rFonts w:cs="Times New Roman"/>
        </w:rPr>
        <w:t>Tabel</w:t>
      </w:r>
      <w:proofErr w:type="spellEnd"/>
      <w:r w:rsidRPr="003B67EE">
        <w:rPr>
          <w:rFonts w:cs="Times New Roman"/>
        </w:rPr>
        <w:t xml:space="preserve"> </w:t>
      </w:r>
      <w:proofErr w:type="gramStart"/>
      <w:r w:rsidRPr="003B67EE">
        <w:rPr>
          <w:rFonts w:cs="Times New Roman"/>
        </w:rPr>
        <w:t>5.</w:t>
      </w:r>
      <w:r w:rsidR="00653A91">
        <w:rPr>
          <w:rFonts w:cs="Times New Roman"/>
        </w:rPr>
        <w:t>5</w:t>
      </w:r>
      <w:r w:rsidRPr="003B67EE">
        <w:rPr>
          <w:rFonts w:cs="Times New Roman"/>
        </w:rPr>
        <w:t xml:space="preserve">  </w:t>
      </w:r>
      <w:proofErr w:type="spellStart"/>
      <w:r w:rsidRPr="003B67EE">
        <w:rPr>
          <w:rFonts w:cs="Times New Roman"/>
        </w:rPr>
        <w:t>Rangkuman</w:t>
      </w:r>
      <w:proofErr w:type="spellEnd"/>
      <w:proofErr w:type="gramEnd"/>
      <w:r w:rsidRPr="003B67EE">
        <w:rPr>
          <w:rFonts w:cs="Times New Roman"/>
        </w:rPr>
        <w:t xml:space="preserve"> Hasil </w:t>
      </w:r>
      <w:proofErr w:type="spellStart"/>
      <w:r w:rsidRPr="003B67EE">
        <w:rPr>
          <w:rFonts w:cs="Times New Roman"/>
        </w:rPr>
        <w:t>Pengujian</w:t>
      </w:r>
      <w:proofErr w:type="spellEnd"/>
      <w:r w:rsidRPr="003B67EE">
        <w:rPr>
          <w:rFonts w:cs="Times New Roman"/>
        </w:rPr>
        <w:t xml:space="preserve"> </w:t>
      </w:r>
      <w:proofErr w:type="spellStart"/>
      <w:r w:rsidRPr="003B67EE">
        <w:rPr>
          <w:rFonts w:cs="Times New Roman"/>
        </w:rPr>
        <w:t>Simulasi</w:t>
      </w:r>
      <w:proofErr w:type="spellEnd"/>
      <w:r w:rsidRPr="003B67EE">
        <w:rPr>
          <w:rFonts w:cs="Times New Roman"/>
        </w:rPr>
        <w:t xml:space="preserve"> </w:t>
      </w:r>
      <w:proofErr w:type="spellStart"/>
      <w:r w:rsidRPr="003B67EE">
        <w:rPr>
          <w:rFonts w:cs="Times New Roman"/>
        </w:rPr>
        <w:t>Webots</w:t>
      </w:r>
      <w:proofErr w:type="spellEnd"/>
      <w:r w:rsidRPr="003B67EE">
        <w:rPr>
          <w:rFonts w:cs="Times New Roman"/>
        </w:rPr>
        <w:t xml:space="preserve"> (10 Episode)</w:t>
      </w:r>
      <w:r w:rsidRPr="003B67EE">
        <w:rPr>
          <w:rFonts w:cs="Times New Roman"/>
        </w:rPr>
        <w:tab/>
        <w:t>5-</w:t>
      </w:r>
      <w:r>
        <w:rPr>
          <w:rFonts w:cs="Times New Roman"/>
        </w:rPr>
        <w:t>8</w:t>
      </w:r>
    </w:p>
    <w:p w14:paraId="11C81ACA" w14:textId="5CC28403" w:rsidR="00A8173A" w:rsidRPr="006116A1" w:rsidRDefault="00A8173A" w:rsidP="006116A1">
      <w:pPr>
        <w:tabs>
          <w:tab w:val="right" w:pos="8787"/>
        </w:tabs>
        <w:spacing w:after="80" w:line="240" w:lineRule="auto"/>
        <w:rPr>
          <w:rFonts w:cs="Times New Roman"/>
        </w:rPr>
      </w:pPr>
      <w:proofErr w:type="spellStart"/>
      <w:r w:rsidRPr="003B67EE">
        <w:rPr>
          <w:rFonts w:cs="Times New Roman"/>
        </w:rPr>
        <w:t>Tabel</w:t>
      </w:r>
      <w:proofErr w:type="spellEnd"/>
      <w:r w:rsidRPr="003B67EE">
        <w:rPr>
          <w:rFonts w:cs="Times New Roman"/>
        </w:rPr>
        <w:t xml:space="preserve"> </w:t>
      </w:r>
      <w:proofErr w:type="gramStart"/>
      <w:r w:rsidRPr="003B67EE">
        <w:rPr>
          <w:rFonts w:cs="Times New Roman"/>
        </w:rPr>
        <w:t>5.</w:t>
      </w:r>
      <w:r w:rsidR="00653A91">
        <w:rPr>
          <w:rFonts w:cs="Times New Roman"/>
        </w:rPr>
        <w:t>6</w:t>
      </w:r>
      <w:r w:rsidRPr="003B67EE">
        <w:rPr>
          <w:rFonts w:cs="Times New Roman"/>
        </w:rPr>
        <w:t xml:space="preserve">  </w:t>
      </w:r>
      <w:proofErr w:type="spellStart"/>
      <w:r>
        <w:rPr>
          <w:rFonts w:cs="Times New Roman"/>
        </w:rPr>
        <w:t>Komparasi</w:t>
      </w:r>
      <w:proofErr w:type="spellEnd"/>
      <w:proofErr w:type="gramEnd"/>
      <w:r>
        <w:rPr>
          <w:rFonts w:cs="Times New Roman"/>
        </w:rPr>
        <w:t xml:space="preserve"> </w:t>
      </w:r>
      <w:proofErr w:type="spellStart"/>
      <w:r>
        <w:rPr>
          <w:rFonts w:cs="Times New Roman"/>
        </w:rPr>
        <w:t>Analitik</w:t>
      </w:r>
      <w:proofErr w:type="spellEnd"/>
      <w:r>
        <w:rPr>
          <w:rFonts w:cs="Times New Roman"/>
        </w:rPr>
        <w:t xml:space="preserve"> Performa </w:t>
      </w:r>
      <w:proofErr w:type="spellStart"/>
      <w:r>
        <w:rPr>
          <w:rFonts w:cs="Times New Roman"/>
        </w:rPr>
        <w:t>Agen</w:t>
      </w:r>
      <w:proofErr w:type="spellEnd"/>
      <w:r>
        <w:rPr>
          <w:rFonts w:cs="Times New Roman"/>
        </w:rPr>
        <w:t xml:space="preserve"> DDQN</w:t>
      </w:r>
      <w:r w:rsidRPr="003B67EE">
        <w:rPr>
          <w:rFonts w:cs="Times New Roman"/>
        </w:rPr>
        <w:tab/>
        <w:t>5-</w:t>
      </w:r>
      <w:r>
        <w:rPr>
          <w:rFonts w:cs="Times New Roman"/>
        </w:rPr>
        <w:t>11</w:t>
      </w:r>
    </w:p>
    <w:p w14:paraId="086A3769" w14:textId="77777777" w:rsidR="00A8173A" w:rsidRDefault="00A8173A">
      <w:pPr>
        <w:tabs>
          <w:tab w:val="right" w:pos="8787"/>
        </w:tabs>
        <w:spacing w:after="80" w:line="240" w:lineRule="auto"/>
        <w:rPr>
          <w:rFonts w:cs="Times New Roman"/>
        </w:rPr>
      </w:pPr>
    </w:p>
    <w:p w14:paraId="35E3A810" w14:textId="77777777" w:rsidR="00A8173A" w:rsidRPr="003B67EE" w:rsidRDefault="00A8173A">
      <w:pPr>
        <w:tabs>
          <w:tab w:val="right" w:pos="8787"/>
        </w:tabs>
        <w:spacing w:after="80" w:line="240" w:lineRule="auto"/>
        <w:rPr>
          <w:rFonts w:cs="Times New Roman"/>
        </w:rPr>
      </w:pPr>
    </w:p>
    <w:p w14:paraId="111025E4" w14:textId="77777777" w:rsidR="00F810AC" w:rsidRPr="007F78CD" w:rsidRDefault="00000000" w:rsidP="00F333B6">
      <w:pPr>
        <w:pStyle w:val="Heading1"/>
        <w:numPr>
          <w:ilvl w:val="0"/>
          <w:numId w:val="0"/>
        </w:numPr>
        <w:ind w:left="432"/>
      </w:pPr>
      <w:bookmarkStart w:id="5" w:name="_Toc233990520"/>
      <w:r w:rsidRPr="007F78CD">
        <w:lastRenderedPageBreak/>
        <w:t>DAFTAR ISTILAH</w:t>
      </w:r>
      <w:bookmarkEnd w:id="5"/>
    </w:p>
    <w:tbl>
      <w:tblPr>
        <w:tblStyle w:val="TableGrid"/>
        <w:tblW w:w="9355" w:type="dxa"/>
        <w:tblLayout w:type="fixed"/>
        <w:tblLook w:val="04A0" w:firstRow="1" w:lastRow="0" w:firstColumn="1" w:lastColumn="0" w:noHBand="0" w:noVBand="1"/>
      </w:tblPr>
      <w:tblGrid>
        <w:gridCol w:w="2835"/>
        <w:gridCol w:w="6520"/>
      </w:tblGrid>
      <w:tr w:rsidR="008313F9" w14:paraId="1E2B51E8" w14:textId="77777777" w:rsidTr="007F78CD">
        <w:trPr>
          <w:tblHeader/>
        </w:trPr>
        <w:tc>
          <w:tcPr>
            <w:tcW w:w="2835" w:type="dxa"/>
            <w:shd w:val="clear" w:color="auto" w:fill="D9D9D9" w:themeFill="background1" w:themeFillShade="D9"/>
          </w:tcPr>
          <w:p w14:paraId="7BA2772B" w14:textId="1BFE7BD8" w:rsidR="008313F9" w:rsidRPr="008313F9" w:rsidRDefault="008313F9" w:rsidP="008313F9">
            <w:pPr>
              <w:jc w:val="center"/>
              <w:rPr>
                <w:rFonts w:cs="Times New Roman"/>
                <w:b/>
                <w:iCs/>
                <w:sz w:val="20"/>
              </w:rPr>
            </w:pPr>
            <w:proofErr w:type="spellStart"/>
            <w:r w:rsidRPr="008313F9">
              <w:rPr>
                <w:rFonts w:cs="Times New Roman"/>
                <w:b/>
                <w:iCs/>
                <w:sz w:val="20"/>
              </w:rPr>
              <w:t>Istilah</w:t>
            </w:r>
            <w:proofErr w:type="spellEnd"/>
          </w:p>
        </w:tc>
        <w:tc>
          <w:tcPr>
            <w:tcW w:w="6520" w:type="dxa"/>
            <w:shd w:val="clear" w:color="auto" w:fill="D9D9D9" w:themeFill="background1" w:themeFillShade="D9"/>
          </w:tcPr>
          <w:p w14:paraId="22C29719" w14:textId="6CB5B0E3" w:rsidR="008313F9" w:rsidRPr="008313F9" w:rsidRDefault="008313F9" w:rsidP="008313F9">
            <w:pPr>
              <w:jc w:val="center"/>
              <w:rPr>
                <w:rFonts w:cs="Times New Roman"/>
                <w:b/>
                <w:bCs/>
                <w:sz w:val="20"/>
              </w:rPr>
            </w:pPr>
            <w:proofErr w:type="spellStart"/>
            <w:r w:rsidRPr="008313F9">
              <w:rPr>
                <w:rFonts w:cs="Times New Roman"/>
                <w:b/>
                <w:bCs/>
                <w:sz w:val="20"/>
              </w:rPr>
              <w:t>Keterangan</w:t>
            </w:r>
            <w:proofErr w:type="spellEnd"/>
          </w:p>
        </w:tc>
      </w:tr>
      <w:tr w:rsidR="00F810AC" w14:paraId="5A444C0D" w14:textId="77777777" w:rsidTr="008313F9">
        <w:tc>
          <w:tcPr>
            <w:tcW w:w="2835" w:type="dxa"/>
          </w:tcPr>
          <w:p w14:paraId="338A5021" w14:textId="77777777" w:rsidR="00F810AC" w:rsidRDefault="00000000">
            <w:r>
              <w:rPr>
                <w:rFonts w:cs="Times New Roman"/>
                <w:b/>
                <w:i/>
                <w:sz w:val="20"/>
              </w:rPr>
              <w:t>Action Space</w:t>
            </w:r>
          </w:p>
        </w:tc>
        <w:tc>
          <w:tcPr>
            <w:tcW w:w="6520" w:type="dxa"/>
          </w:tcPr>
          <w:p w14:paraId="5C30E168" w14:textId="77777777" w:rsidR="00F810AC" w:rsidRDefault="00000000">
            <w:proofErr w:type="spellStart"/>
            <w:r>
              <w:rPr>
                <w:rFonts w:cs="Times New Roman"/>
                <w:sz w:val="20"/>
              </w:rPr>
              <w:t>Himpunan</w:t>
            </w:r>
            <w:proofErr w:type="spellEnd"/>
            <w:r>
              <w:rPr>
                <w:rFonts w:cs="Times New Roman"/>
                <w:sz w:val="20"/>
              </w:rPr>
              <w:t xml:space="preserve"> </w:t>
            </w:r>
            <w:proofErr w:type="spellStart"/>
            <w:r>
              <w:rPr>
                <w:rFonts w:cs="Times New Roman"/>
                <w:sz w:val="20"/>
              </w:rPr>
              <w:t>aksi</w:t>
            </w:r>
            <w:proofErr w:type="spellEnd"/>
            <w:r>
              <w:rPr>
                <w:rFonts w:cs="Times New Roman"/>
                <w:sz w:val="20"/>
              </w:rPr>
              <w:t xml:space="preserve"> yang </w:t>
            </w:r>
            <w:proofErr w:type="spellStart"/>
            <w:r>
              <w:rPr>
                <w:rFonts w:cs="Times New Roman"/>
                <w:sz w:val="20"/>
              </w:rPr>
              <w:t>dapat</w:t>
            </w:r>
            <w:proofErr w:type="spellEnd"/>
            <w:r>
              <w:rPr>
                <w:rFonts w:cs="Times New Roman"/>
                <w:sz w:val="20"/>
              </w:rPr>
              <w:t xml:space="preserve"> </w:t>
            </w:r>
            <w:proofErr w:type="spellStart"/>
            <w:r>
              <w:rPr>
                <w:rFonts w:cs="Times New Roman"/>
                <w:sz w:val="20"/>
              </w:rPr>
              <w:t>dipilih</w:t>
            </w:r>
            <w:proofErr w:type="spellEnd"/>
            <w:r>
              <w:rPr>
                <w:rFonts w:cs="Times New Roman"/>
                <w:sz w:val="20"/>
              </w:rPr>
              <w:t xml:space="preserve"> </w:t>
            </w:r>
            <w:proofErr w:type="spellStart"/>
            <w:r>
              <w:rPr>
                <w:rFonts w:cs="Times New Roman"/>
                <w:sz w:val="20"/>
              </w:rPr>
              <w:t>agen</w:t>
            </w:r>
            <w:proofErr w:type="spellEnd"/>
            <w:r>
              <w:rPr>
                <w:rFonts w:cs="Times New Roman"/>
                <w:sz w:val="20"/>
              </w:rPr>
              <w:t xml:space="preserve"> pada </w:t>
            </w:r>
            <w:proofErr w:type="spellStart"/>
            <w:r>
              <w:rPr>
                <w:rFonts w:cs="Times New Roman"/>
                <w:sz w:val="20"/>
              </w:rPr>
              <w:t>setiap</w:t>
            </w:r>
            <w:proofErr w:type="spellEnd"/>
            <w:r>
              <w:rPr>
                <w:rFonts w:cs="Times New Roman"/>
                <w:sz w:val="20"/>
              </w:rPr>
              <w:t xml:space="preserve"> </w:t>
            </w:r>
            <w:proofErr w:type="spellStart"/>
            <w:r>
              <w:rPr>
                <w:rFonts w:cs="Times New Roman"/>
                <w:sz w:val="20"/>
              </w:rPr>
              <w:t>langkah</w:t>
            </w:r>
            <w:proofErr w:type="spellEnd"/>
            <w:r>
              <w:rPr>
                <w:rFonts w:cs="Times New Roman"/>
                <w:sz w:val="20"/>
              </w:rPr>
              <w:t xml:space="preserve"> </w:t>
            </w:r>
            <w:proofErr w:type="spellStart"/>
            <w:r>
              <w:rPr>
                <w:rFonts w:cs="Times New Roman"/>
                <w:sz w:val="20"/>
              </w:rPr>
              <w:t>waktu</w:t>
            </w:r>
            <w:proofErr w:type="spellEnd"/>
            <w:r>
              <w:rPr>
                <w:rFonts w:cs="Times New Roman"/>
                <w:sz w:val="20"/>
              </w:rPr>
              <w:t xml:space="preserve"> di </w:t>
            </w:r>
            <w:proofErr w:type="spellStart"/>
            <w:r>
              <w:rPr>
                <w:rFonts w:cs="Times New Roman"/>
                <w:sz w:val="20"/>
              </w:rPr>
              <w:t>dalam</w:t>
            </w:r>
            <w:proofErr w:type="spellEnd"/>
            <w:r>
              <w:rPr>
                <w:rFonts w:cs="Times New Roman"/>
                <w:sz w:val="20"/>
              </w:rPr>
              <w:t xml:space="preserve"> </w:t>
            </w:r>
            <w:proofErr w:type="spellStart"/>
            <w:r>
              <w:rPr>
                <w:rFonts w:cs="Times New Roman"/>
                <w:sz w:val="20"/>
              </w:rPr>
              <w:t>lingkungan</w:t>
            </w:r>
            <w:proofErr w:type="spellEnd"/>
            <w:r>
              <w:rPr>
                <w:rFonts w:cs="Times New Roman"/>
                <w:sz w:val="20"/>
              </w:rPr>
              <w:t>.</w:t>
            </w:r>
          </w:p>
        </w:tc>
      </w:tr>
      <w:tr w:rsidR="00F810AC" w14:paraId="761BF4B5" w14:textId="77777777" w:rsidTr="008313F9">
        <w:tc>
          <w:tcPr>
            <w:tcW w:w="2835" w:type="dxa"/>
          </w:tcPr>
          <w:p w14:paraId="09267B39" w14:textId="77777777" w:rsidR="00F810AC" w:rsidRDefault="00000000">
            <w:proofErr w:type="spellStart"/>
            <w:r>
              <w:rPr>
                <w:rFonts w:cs="Times New Roman"/>
                <w:b/>
                <w:i/>
                <w:sz w:val="20"/>
              </w:rPr>
              <w:t>Agen</w:t>
            </w:r>
            <w:proofErr w:type="spellEnd"/>
          </w:p>
        </w:tc>
        <w:tc>
          <w:tcPr>
            <w:tcW w:w="6520" w:type="dxa"/>
          </w:tcPr>
          <w:p w14:paraId="2451EDC9" w14:textId="77777777" w:rsidR="00F810AC" w:rsidRDefault="00000000">
            <w:proofErr w:type="spellStart"/>
            <w:r>
              <w:rPr>
                <w:rFonts w:cs="Times New Roman"/>
                <w:sz w:val="20"/>
              </w:rPr>
              <w:t>Entitas</w:t>
            </w:r>
            <w:proofErr w:type="spellEnd"/>
            <w:r>
              <w:rPr>
                <w:rFonts w:cs="Times New Roman"/>
                <w:sz w:val="20"/>
              </w:rPr>
              <w:t xml:space="preserve"> </w:t>
            </w:r>
            <w:proofErr w:type="spellStart"/>
            <w:r>
              <w:rPr>
                <w:rFonts w:cs="Times New Roman"/>
                <w:sz w:val="20"/>
              </w:rPr>
              <w:t>pembelajar</w:t>
            </w:r>
            <w:proofErr w:type="spellEnd"/>
            <w:r>
              <w:rPr>
                <w:rFonts w:cs="Times New Roman"/>
                <w:sz w:val="20"/>
              </w:rPr>
              <w:t xml:space="preserve"> pada </w:t>
            </w:r>
            <w:proofErr w:type="spellStart"/>
            <w:r>
              <w:rPr>
                <w:rFonts w:cs="Times New Roman"/>
                <w:sz w:val="20"/>
              </w:rPr>
              <w:t>paradigma</w:t>
            </w:r>
            <w:proofErr w:type="spellEnd"/>
            <w:r>
              <w:rPr>
                <w:rFonts w:cs="Times New Roman"/>
                <w:sz w:val="20"/>
              </w:rPr>
              <w:t xml:space="preserve"> Reinforcement Learning yang </w:t>
            </w:r>
            <w:proofErr w:type="spellStart"/>
            <w:r>
              <w:rPr>
                <w:rFonts w:cs="Times New Roman"/>
                <w:sz w:val="20"/>
              </w:rPr>
              <w:t>mengamati</w:t>
            </w:r>
            <w:proofErr w:type="spellEnd"/>
            <w:r>
              <w:rPr>
                <w:rFonts w:cs="Times New Roman"/>
                <w:sz w:val="20"/>
              </w:rPr>
              <w:t xml:space="preserve"> </w:t>
            </w:r>
            <w:proofErr w:type="spellStart"/>
            <w:r>
              <w:rPr>
                <w:rFonts w:cs="Times New Roman"/>
                <w:sz w:val="20"/>
              </w:rPr>
              <w:t>keadaan</w:t>
            </w:r>
            <w:proofErr w:type="spellEnd"/>
            <w:r>
              <w:rPr>
                <w:rFonts w:cs="Times New Roman"/>
                <w:sz w:val="20"/>
              </w:rPr>
              <w:t xml:space="preserve"> </w:t>
            </w:r>
            <w:proofErr w:type="spellStart"/>
            <w:r>
              <w:rPr>
                <w:rFonts w:cs="Times New Roman"/>
                <w:sz w:val="20"/>
              </w:rPr>
              <w:t>lingkungan</w:t>
            </w:r>
            <w:proofErr w:type="spellEnd"/>
            <w:r>
              <w:rPr>
                <w:rFonts w:cs="Times New Roman"/>
                <w:sz w:val="20"/>
              </w:rPr>
              <w:t xml:space="preserve"> dan </w:t>
            </w:r>
            <w:proofErr w:type="spellStart"/>
            <w:r>
              <w:rPr>
                <w:rFonts w:cs="Times New Roman"/>
                <w:sz w:val="20"/>
              </w:rPr>
              <w:t>memilih</w:t>
            </w:r>
            <w:proofErr w:type="spellEnd"/>
            <w:r>
              <w:rPr>
                <w:rFonts w:cs="Times New Roman"/>
                <w:sz w:val="20"/>
              </w:rPr>
              <w:t xml:space="preserve"> </w:t>
            </w:r>
            <w:proofErr w:type="spellStart"/>
            <w:r>
              <w:rPr>
                <w:rFonts w:cs="Times New Roman"/>
                <w:sz w:val="20"/>
              </w:rPr>
              <w:t>aksi</w:t>
            </w:r>
            <w:proofErr w:type="spellEnd"/>
            <w:r>
              <w:rPr>
                <w:rFonts w:cs="Times New Roman"/>
                <w:sz w:val="20"/>
              </w:rPr>
              <w:t xml:space="preserve"> </w:t>
            </w:r>
            <w:proofErr w:type="spellStart"/>
            <w:r>
              <w:rPr>
                <w:rFonts w:cs="Times New Roman"/>
                <w:sz w:val="20"/>
              </w:rPr>
              <w:t>untuk</w:t>
            </w:r>
            <w:proofErr w:type="spellEnd"/>
            <w:r>
              <w:rPr>
                <w:rFonts w:cs="Times New Roman"/>
                <w:sz w:val="20"/>
              </w:rPr>
              <w:t xml:space="preserve"> </w:t>
            </w:r>
            <w:proofErr w:type="spellStart"/>
            <w:r>
              <w:rPr>
                <w:rFonts w:cs="Times New Roman"/>
                <w:sz w:val="20"/>
              </w:rPr>
              <w:t>memaksimalkan</w:t>
            </w:r>
            <w:proofErr w:type="spellEnd"/>
            <w:r>
              <w:rPr>
                <w:rFonts w:cs="Times New Roman"/>
                <w:sz w:val="20"/>
              </w:rPr>
              <w:t xml:space="preserve"> </w:t>
            </w:r>
            <w:proofErr w:type="spellStart"/>
            <w:r>
              <w:rPr>
                <w:rFonts w:cs="Times New Roman"/>
                <w:sz w:val="20"/>
              </w:rPr>
              <w:t>akumulasi</w:t>
            </w:r>
            <w:proofErr w:type="spellEnd"/>
            <w:r>
              <w:rPr>
                <w:rFonts w:cs="Times New Roman"/>
                <w:sz w:val="20"/>
              </w:rPr>
              <w:t xml:space="preserve"> </w:t>
            </w:r>
            <w:proofErr w:type="spellStart"/>
            <w:r>
              <w:rPr>
                <w:rFonts w:cs="Times New Roman"/>
                <w:sz w:val="20"/>
              </w:rPr>
              <w:t>imbalan</w:t>
            </w:r>
            <w:proofErr w:type="spellEnd"/>
            <w:r>
              <w:rPr>
                <w:rFonts w:cs="Times New Roman"/>
                <w:sz w:val="20"/>
              </w:rPr>
              <w:t>.</w:t>
            </w:r>
          </w:p>
        </w:tc>
      </w:tr>
      <w:tr w:rsidR="00F810AC" w14:paraId="180E75E5" w14:textId="77777777" w:rsidTr="008313F9">
        <w:tc>
          <w:tcPr>
            <w:tcW w:w="2835" w:type="dxa"/>
          </w:tcPr>
          <w:p w14:paraId="2987C8E7" w14:textId="77777777" w:rsidR="00F810AC" w:rsidRDefault="00000000">
            <w:r>
              <w:rPr>
                <w:rFonts w:cs="Times New Roman"/>
                <w:b/>
                <w:i/>
                <w:sz w:val="20"/>
              </w:rPr>
              <w:t>Baseline</w:t>
            </w:r>
          </w:p>
        </w:tc>
        <w:tc>
          <w:tcPr>
            <w:tcW w:w="6520" w:type="dxa"/>
          </w:tcPr>
          <w:p w14:paraId="59331737" w14:textId="77777777" w:rsidR="00F810AC" w:rsidRDefault="00000000">
            <w:proofErr w:type="spellStart"/>
            <w:r>
              <w:rPr>
                <w:rFonts w:cs="Times New Roman"/>
                <w:sz w:val="20"/>
              </w:rPr>
              <w:t>Konfigurasi</w:t>
            </w:r>
            <w:proofErr w:type="spellEnd"/>
            <w:r>
              <w:rPr>
                <w:rFonts w:cs="Times New Roman"/>
                <w:sz w:val="20"/>
              </w:rPr>
              <w:t xml:space="preserve"> </w:t>
            </w:r>
            <w:proofErr w:type="spellStart"/>
            <w:r>
              <w:rPr>
                <w:rFonts w:cs="Times New Roman"/>
                <w:sz w:val="20"/>
              </w:rPr>
              <w:t>referensi</w:t>
            </w:r>
            <w:proofErr w:type="spellEnd"/>
            <w:r>
              <w:rPr>
                <w:rFonts w:cs="Times New Roman"/>
                <w:sz w:val="20"/>
              </w:rPr>
              <w:t xml:space="preserve"> pada </w:t>
            </w:r>
            <w:proofErr w:type="spellStart"/>
            <w:r>
              <w:rPr>
                <w:rFonts w:cs="Times New Roman"/>
                <w:sz w:val="20"/>
              </w:rPr>
              <w:t>eksperimen</w:t>
            </w:r>
            <w:proofErr w:type="spellEnd"/>
            <w:r>
              <w:rPr>
                <w:rFonts w:cs="Times New Roman"/>
                <w:sz w:val="20"/>
              </w:rPr>
              <w:t xml:space="preserve"> yang </w:t>
            </w:r>
            <w:proofErr w:type="spellStart"/>
            <w:r>
              <w:rPr>
                <w:rFonts w:cs="Times New Roman"/>
                <w:sz w:val="20"/>
              </w:rPr>
              <w:t>menjadi</w:t>
            </w:r>
            <w:proofErr w:type="spellEnd"/>
            <w:r>
              <w:rPr>
                <w:rFonts w:cs="Times New Roman"/>
                <w:sz w:val="20"/>
              </w:rPr>
              <w:t xml:space="preserve"> </w:t>
            </w:r>
            <w:proofErr w:type="spellStart"/>
            <w:r>
              <w:rPr>
                <w:rFonts w:cs="Times New Roman"/>
                <w:sz w:val="20"/>
              </w:rPr>
              <w:t>pembanding</w:t>
            </w:r>
            <w:proofErr w:type="spellEnd"/>
            <w:r>
              <w:rPr>
                <w:rFonts w:cs="Times New Roman"/>
                <w:sz w:val="20"/>
              </w:rPr>
              <w:t xml:space="preserve"> </w:t>
            </w:r>
            <w:proofErr w:type="spellStart"/>
            <w:r>
              <w:rPr>
                <w:rFonts w:cs="Times New Roman"/>
                <w:sz w:val="20"/>
              </w:rPr>
              <w:t>untuk</w:t>
            </w:r>
            <w:proofErr w:type="spellEnd"/>
            <w:r>
              <w:rPr>
                <w:rFonts w:cs="Times New Roman"/>
                <w:sz w:val="20"/>
              </w:rPr>
              <w:t xml:space="preserve"> </w:t>
            </w:r>
            <w:proofErr w:type="spellStart"/>
            <w:r>
              <w:rPr>
                <w:rFonts w:cs="Times New Roman"/>
                <w:sz w:val="20"/>
              </w:rPr>
              <w:t>mengevaluasi</w:t>
            </w:r>
            <w:proofErr w:type="spellEnd"/>
            <w:r>
              <w:rPr>
                <w:rFonts w:cs="Times New Roman"/>
                <w:sz w:val="20"/>
              </w:rPr>
              <w:t xml:space="preserve"> </w:t>
            </w:r>
            <w:proofErr w:type="spellStart"/>
            <w:r>
              <w:rPr>
                <w:rFonts w:cs="Times New Roman"/>
                <w:sz w:val="20"/>
              </w:rPr>
              <w:t>kontribusi</w:t>
            </w:r>
            <w:proofErr w:type="spellEnd"/>
            <w:r>
              <w:rPr>
                <w:rFonts w:cs="Times New Roman"/>
                <w:sz w:val="20"/>
              </w:rPr>
              <w:t xml:space="preserve"> </w:t>
            </w:r>
            <w:proofErr w:type="spellStart"/>
            <w:r>
              <w:rPr>
                <w:rFonts w:cs="Times New Roman"/>
                <w:sz w:val="20"/>
              </w:rPr>
              <w:t>modifikasi</w:t>
            </w:r>
            <w:proofErr w:type="spellEnd"/>
            <w:r>
              <w:rPr>
                <w:rFonts w:cs="Times New Roman"/>
                <w:sz w:val="20"/>
              </w:rPr>
              <w:t xml:space="preserve"> </w:t>
            </w:r>
            <w:proofErr w:type="spellStart"/>
            <w:r>
              <w:rPr>
                <w:rFonts w:cs="Times New Roman"/>
                <w:sz w:val="20"/>
              </w:rPr>
              <w:t>algoritma</w:t>
            </w:r>
            <w:proofErr w:type="spellEnd"/>
            <w:r>
              <w:rPr>
                <w:rFonts w:cs="Times New Roman"/>
                <w:sz w:val="20"/>
              </w:rPr>
              <w:t>.</w:t>
            </w:r>
          </w:p>
        </w:tc>
      </w:tr>
      <w:tr w:rsidR="00F810AC" w14:paraId="1A78622B" w14:textId="77777777" w:rsidTr="008313F9">
        <w:tc>
          <w:tcPr>
            <w:tcW w:w="2835" w:type="dxa"/>
          </w:tcPr>
          <w:p w14:paraId="7DCD8EA8" w14:textId="77777777" w:rsidR="00F810AC" w:rsidRDefault="00000000">
            <w:r>
              <w:rPr>
                <w:rFonts w:cs="Times New Roman"/>
                <w:b/>
                <w:i/>
                <w:sz w:val="20"/>
              </w:rPr>
              <w:t>Blind Spot</w:t>
            </w:r>
          </w:p>
        </w:tc>
        <w:tc>
          <w:tcPr>
            <w:tcW w:w="6520" w:type="dxa"/>
          </w:tcPr>
          <w:p w14:paraId="51E6B346" w14:textId="77777777" w:rsidR="00F810AC" w:rsidRDefault="00000000">
            <w:r>
              <w:rPr>
                <w:rFonts w:cs="Times New Roman"/>
                <w:sz w:val="20"/>
              </w:rPr>
              <w:t xml:space="preserve">Area di </w:t>
            </w:r>
            <w:proofErr w:type="spellStart"/>
            <w:r>
              <w:rPr>
                <w:rFonts w:cs="Times New Roman"/>
                <w:sz w:val="20"/>
              </w:rPr>
              <w:t>sekitar</w:t>
            </w:r>
            <w:proofErr w:type="spellEnd"/>
            <w:r>
              <w:rPr>
                <w:rFonts w:cs="Times New Roman"/>
                <w:sz w:val="20"/>
              </w:rPr>
              <w:t xml:space="preserve"> </w:t>
            </w:r>
            <w:proofErr w:type="spellStart"/>
            <w:r>
              <w:rPr>
                <w:rFonts w:cs="Times New Roman"/>
                <w:sz w:val="20"/>
              </w:rPr>
              <w:t>kendaraan</w:t>
            </w:r>
            <w:proofErr w:type="spellEnd"/>
            <w:r>
              <w:rPr>
                <w:rFonts w:cs="Times New Roman"/>
                <w:sz w:val="20"/>
              </w:rPr>
              <w:t xml:space="preserve"> yang </w:t>
            </w:r>
            <w:proofErr w:type="spellStart"/>
            <w:r>
              <w:rPr>
                <w:rFonts w:cs="Times New Roman"/>
                <w:sz w:val="20"/>
              </w:rPr>
              <w:t>tidak</w:t>
            </w:r>
            <w:proofErr w:type="spellEnd"/>
            <w:r>
              <w:rPr>
                <w:rFonts w:cs="Times New Roman"/>
                <w:sz w:val="20"/>
              </w:rPr>
              <w:t xml:space="preserve"> </w:t>
            </w:r>
            <w:proofErr w:type="spellStart"/>
            <w:r>
              <w:rPr>
                <w:rFonts w:cs="Times New Roman"/>
                <w:sz w:val="20"/>
              </w:rPr>
              <w:t>tampak</w:t>
            </w:r>
            <w:proofErr w:type="spellEnd"/>
            <w:r>
              <w:rPr>
                <w:rFonts w:cs="Times New Roman"/>
                <w:sz w:val="20"/>
              </w:rPr>
              <w:t xml:space="preserve"> oleh </w:t>
            </w:r>
            <w:proofErr w:type="spellStart"/>
            <w:r>
              <w:rPr>
                <w:rFonts w:cs="Times New Roman"/>
                <w:sz w:val="20"/>
              </w:rPr>
              <w:t>pengemudi</w:t>
            </w:r>
            <w:proofErr w:type="spellEnd"/>
            <w:r>
              <w:rPr>
                <w:rFonts w:cs="Times New Roman"/>
                <w:sz w:val="20"/>
              </w:rPr>
              <w:t xml:space="preserve"> </w:t>
            </w:r>
            <w:proofErr w:type="spellStart"/>
            <w:r>
              <w:rPr>
                <w:rFonts w:cs="Times New Roman"/>
                <w:sz w:val="20"/>
              </w:rPr>
              <w:t>melalui</w:t>
            </w:r>
            <w:proofErr w:type="spellEnd"/>
            <w:r>
              <w:rPr>
                <w:rFonts w:cs="Times New Roman"/>
                <w:sz w:val="20"/>
              </w:rPr>
              <w:t xml:space="preserve"> </w:t>
            </w:r>
            <w:proofErr w:type="spellStart"/>
            <w:r>
              <w:rPr>
                <w:rFonts w:cs="Times New Roman"/>
                <w:sz w:val="20"/>
              </w:rPr>
              <w:t>kaca</w:t>
            </w:r>
            <w:proofErr w:type="spellEnd"/>
            <w:r>
              <w:rPr>
                <w:rFonts w:cs="Times New Roman"/>
                <w:sz w:val="20"/>
              </w:rPr>
              <w:t xml:space="preserve"> </w:t>
            </w:r>
            <w:proofErr w:type="spellStart"/>
            <w:r>
              <w:rPr>
                <w:rFonts w:cs="Times New Roman"/>
                <w:sz w:val="20"/>
              </w:rPr>
              <w:t>spion</w:t>
            </w:r>
            <w:proofErr w:type="spellEnd"/>
            <w:r>
              <w:rPr>
                <w:rFonts w:cs="Times New Roman"/>
                <w:sz w:val="20"/>
              </w:rPr>
              <w:t xml:space="preserve"> </w:t>
            </w:r>
            <w:proofErr w:type="spellStart"/>
            <w:r>
              <w:rPr>
                <w:rFonts w:cs="Times New Roman"/>
                <w:sz w:val="20"/>
              </w:rPr>
              <w:t>maupun</w:t>
            </w:r>
            <w:proofErr w:type="spellEnd"/>
            <w:r>
              <w:rPr>
                <w:rFonts w:cs="Times New Roman"/>
                <w:sz w:val="20"/>
              </w:rPr>
              <w:t xml:space="preserve"> </w:t>
            </w:r>
            <w:proofErr w:type="spellStart"/>
            <w:r>
              <w:rPr>
                <w:rFonts w:cs="Times New Roman"/>
                <w:sz w:val="20"/>
              </w:rPr>
              <w:t>pandangan</w:t>
            </w:r>
            <w:proofErr w:type="spellEnd"/>
            <w:r>
              <w:rPr>
                <w:rFonts w:cs="Times New Roman"/>
                <w:sz w:val="20"/>
              </w:rPr>
              <w:t xml:space="preserve"> </w:t>
            </w:r>
            <w:proofErr w:type="spellStart"/>
            <w:r>
              <w:rPr>
                <w:rFonts w:cs="Times New Roman"/>
                <w:sz w:val="20"/>
              </w:rPr>
              <w:t>langsung</w:t>
            </w:r>
            <w:proofErr w:type="spellEnd"/>
            <w:r>
              <w:rPr>
                <w:rFonts w:cs="Times New Roman"/>
                <w:sz w:val="20"/>
              </w:rPr>
              <w:t>.</w:t>
            </w:r>
          </w:p>
        </w:tc>
      </w:tr>
      <w:tr w:rsidR="00F810AC" w14:paraId="7E8C457D" w14:textId="77777777" w:rsidTr="008313F9">
        <w:tc>
          <w:tcPr>
            <w:tcW w:w="2835" w:type="dxa"/>
          </w:tcPr>
          <w:p w14:paraId="175AC804" w14:textId="77777777" w:rsidR="00F810AC" w:rsidRDefault="00000000">
            <w:r>
              <w:rPr>
                <w:rFonts w:cs="Times New Roman"/>
                <w:b/>
                <w:i/>
                <w:sz w:val="20"/>
              </w:rPr>
              <w:t>Closed-Loop</w:t>
            </w:r>
          </w:p>
        </w:tc>
        <w:tc>
          <w:tcPr>
            <w:tcW w:w="6520" w:type="dxa"/>
          </w:tcPr>
          <w:p w14:paraId="10B8045E" w14:textId="77777777" w:rsidR="00F810AC" w:rsidRDefault="00000000">
            <w:r>
              <w:rPr>
                <w:rFonts w:cs="Times New Roman"/>
                <w:sz w:val="20"/>
              </w:rPr>
              <w:t xml:space="preserve">Skema </w:t>
            </w:r>
            <w:proofErr w:type="spellStart"/>
            <w:r>
              <w:rPr>
                <w:rFonts w:cs="Times New Roman"/>
                <w:sz w:val="20"/>
              </w:rPr>
              <w:t>sistem</w:t>
            </w:r>
            <w:proofErr w:type="spellEnd"/>
            <w:r>
              <w:rPr>
                <w:rFonts w:cs="Times New Roman"/>
                <w:sz w:val="20"/>
              </w:rPr>
              <w:t xml:space="preserve"> </w:t>
            </w:r>
            <w:proofErr w:type="spellStart"/>
            <w:r>
              <w:rPr>
                <w:rFonts w:cs="Times New Roman"/>
                <w:sz w:val="20"/>
              </w:rPr>
              <w:t>kendali</w:t>
            </w:r>
            <w:proofErr w:type="spellEnd"/>
            <w:r>
              <w:rPr>
                <w:rFonts w:cs="Times New Roman"/>
                <w:sz w:val="20"/>
              </w:rPr>
              <w:t xml:space="preserve"> di mana </w:t>
            </w:r>
            <w:proofErr w:type="spellStart"/>
            <w:r>
              <w:rPr>
                <w:rFonts w:cs="Times New Roman"/>
                <w:sz w:val="20"/>
              </w:rPr>
              <w:t>keluaran</w:t>
            </w:r>
            <w:proofErr w:type="spellEnd"/>
            <w:r>
              <w:rPr>
                <w:rFonts w:cs="Times New Roman"/>
                <w:sz w:val="20"/>
              </w:rPr>
              <w:t xml:space="preserve"> </w:t>
            </w:r>
            <w:proofErr w:type="spellStart"/>
            <w:r>
              <w:rPr>
                <w:rFonts w:cs="Times New Roman"/>
                <w:sz w:val="20"/>
              </w:rPr>
              <w:t>sistem</w:t>
            </w:r>
            <w:proofErr w:type="spellEnd"/>
            <w:r>
              <w:rPr>
                <w:rFonts w:cs="Times New Roman"/>
                <w:sz w:val="20"/>
              </w:rPr>
              <w:t xml:space="preserve"> </w:t>
            </w:r>
            <w:proofErr w:type="spellStart"/>
            <w:r>
              <w:rPr>
                <w:rFonts w:cs="Times New Roman"/>
                <w:sz w:val="20"/>
              </w:rPr>
              <w:t>dikembalikan</w:t>
            </w:r>
            <w:proofErr w:type="spellEnd"/>
            <w:r>
              <w:rPr>
                <w:rFonts w:cs="Times New Roman"/>
                <w:sz w:val="20"/>
              </w:rPr>
              <w:t xml:space="preserve"> </w:t>
            </w:r>
            <w:proofErr w:type="spellStart"/>
            <w:r>
              <w:rPr>
                <w:rFonts w:cs="Times New Roman"/>
                <w:sz w:val="20"/>
              </w:rPr>
              <w:t>sebagai</w:t>
            </w:r>
            <w:proofErr w:type="spellEnd"/>
            <w:r>
              <w:rPr>
                <w:rFonts w:cs="Times New Roman"/>
                <w:sz w:val="20"/>
              </w:rPr>
              <w:t xml:space="preserve"> </w:t>
            </w:r>
            <w:proofErr w:type="spellStart"/>
            <w:r>
              <w:rPr>
                <w:rFonts w:cs="Times New Roman"/>
                <w:sz w:val="20"/>
              </w:rPr>
              <w:t>masukan</w:t>
            </w:r>
            <w:proofErr w:type="spellEnd"/>
            <w:r>
              <w:rPr>
                <w:rFonts w:cs="Times New Roman"/>
                <w:sz w:val="20"/>
              </w:rPr>
              <w:t xml:space="preserve"> </w:t>
            </w:r>
            <w:proofErr w:type="spellStart"/>
            <w:r>
              <w:rPr>
                <w:rFonts w:cs="Times New Roman"/>
                <w:sz w:val="20"/>
              </w:rPr>
              <w:t>untuk</w:t>
            </w:r>
            <w:proofErr w:type="spellEnd"/>
            <w:r>
              <w:rPr>
                <w:rFonts w:cs="Times New Roman"/>
                <w:sz w:val="20"/>
              </w:rPr>
              <w:t xml:space="preserve"> </w:t>
            </w:r>
            <w:proofErr w:type="spellStart"/>
            <w:r>
              <w:rPr>
                <w:rFonts w:cs="Times New Roman"/>
                <w:sz w:val="20"/>
              </w:rPr>
              <w:t>menyesuaikan</w:t>
            </w:r>
            <w:proofErr w:type="spellEnd"/>
            <w:r>
              <w:rPr>
                <w:rFonts w:cs="Times New Roman"/>
                <w:sz w:val="20"/>
              </w:rPr>
              <w:t xml:space="preserve"> </w:t>
            </w:r>
            <w:proofErr w:type="spellStart"/>
            <w:r>
              <w:rPr>
                <w:rFonts w:cs="Times New Roman"/>
                <w:sz w:val="20"/>
              </w:rPr>
              <w:t>perilaku</w:t>
            </w:r>
            <w:proofErr w:type="spellEnd"/>
            <w:r>
              <w:rPr>
                <w:rFonts w:cs="Times New Roman"/>
                <w:sz w:val="20"/>
              </w:rPr>
              <w:t xml:space="preserve"> </w:t>
            </w:r>
            <w:proofErr w:type="spellStart"/>
            <w:r>
              <w:rPr>
                <w:rFonts w:cs="Times New Roman"/>
                <w:sz w:val="20"/>
              </w:rPr>
              <w:t>berikutnya</w:t>
            </w:r>
            <w:proofErr w:type="spellEnd"/>
            <w:r>
              <w:rPr>
                <w:rFonts w:cs="Times New Roman"/>
                <w:sz w:val="20"/>
              </w:rPr>
              <w:t>.</w:t>
            </w:r>
          </w:p>
        </w:tc>
      </w:tr>
      <w:tr w:rsidR="00F810AC" w14:paraId="043F34E4" w14:textId="77777777" w:rsidTr="008313F9">
        <w:tc>
          <w:tcPr>
            <w:tcW w:w="2835" w:type="dxa"/>
          </w:tcPr>
          <w:p w14:paraId="6652C737" w14:textId="77777777" w:rsidR="00F810AC" w:rsidRDefault="00000000">
            <w:r>
              <w:rPr>
                <w:rFonts w:cs="Times New Roman"/>
                <w:b/>
                <w:i/>
                <w:sz w:val="20"/>
              </w:rPr>
              <w:t>Collision Rate</w:t>
            </w:r>
          </w:p>
        </w:tc>
        <w:tc>
          <w:tcPr>
            <w:tcW w:w="6520" w:type="dxa"/>
          </w:tcPr>
          <w:p w14:paraId="10B17E19" w14:textId="77777777" w:rsidR="00F810AC" w:rsidRDefault="00000000">
            <w:proofErr w:type="spellStart"/>
            <w:r>
              <w:rPr>
                <w:rFonts w:cs="Times New Roman"/>
                <w:sz w:val="20"/>
              </w:rPr>
              <w:t>Proporsi</w:t>
            </w:r>
            <w:proofErr w:type="spellEnd"/>
            <w:r>
              <w:rPr>
                <w:rFonts w:cs="Times New Roman"/>
                <w:sz w:val="20"/>
              </w:rPr>
              <w:t xml:space="preserve"> episode </w:t>
            </w:r>
            <w:proofErr w:type="spellStart"/>
            <w:r>
              <w:rPr>
                <w:rFonts w:cs="Times New Roman"/>
                <w:sz w:val="20"/>
              </w:rPr>
              <w:t>evaluasi</w:t>
            </w:r>
            <w:proofErr w:type="spellEnd"/>
            <w:r>
              <w:rPr>
                <w:rFonts w:cs="Times New Roman"/>
                <w:sz w:val="20"/>
              </w:rPr>
              <w:t xml:space="preserve"> yang </w:t>
            </w:r>
            <w:proofErr w:type="spellStart"/>
            <w:r>
              <w:rPr>
                <w:rFonts w:cs="Times New Roman"/>
                <w:sz w:val="20"/>
              </w:rPr>
              <w:t>berakhir</w:t>
            </w:r>
            <w:proofErr w:type="spellEnd"/>
            <w:r>
              <w:rPr>
                <w:rFonts w:cs="Times New Roman"/>
                <w:sz w:val="20"/>
              </w:rPr>
              <w:t xml:space="preserve"> </w:t>
            </w:r>
            <w:proofErr w:type="spellStart"/>
            <w:r>
              <w:rPr>
                <w:rFonts w:cs="Times New Roman"/>
                <w:sz w:val="20"/>
              </w:rPr>
              <w:t>karena</w:t>
            </w:r>
            <w:proofErr w:type="spellEnd"/>
            <w:r>
              <w:rPr>
                <w:rFonts w:cs="Times New Roman"/>
                <w:sz w:val="20"/>
              </w:rPr>
              <w:t xml:space="preserve"> </w:t>
            </w:r>
            <w:proofErr w:type="spellStart"/>
            <w:r>
              <w:rPr>
                <w:rFonts w:cs="Times New Roman"/>
                <w:sz w:val="20"/>
              </w:rPr>
              <w:t>tabrakan</w:t>
            </w:r>
            <w:proofErr w:type="spellEnd"/>
            <w:r>
              <w:rPr>
                <w:rFonts w:cs="Times New Roman"/>
                <w:sz w:val="20"/>
              </w:rPr>
              <w:t xml:space="preserve">; </w:t>
            </w:r>
            <w:proofErr w:type="spellStart"/>
            <w:r>
              <w:rPr>
                <w:rFonts w:cs="Times New Roman"/>
                <w:sz w:val="20"/>
              </w:rPr>
              <w:t>metrik</w:t>
            </w:r>
            <w:proofErr w:type="spellEnd"/>
            <w:r>
              <w:rPr>
                <w:rFonts w:cs="Times New Roman"/>
                <w:sz w:val="20"/>
              </w:rPr>
              <w:t xml:space="preserve"> </w:t>
            </w:r>
            <w:proofErr w:type="spellStart"/>
            <w:r>
              <w:rPr>
                <w:rFonts w:cs="Times New Roman"/>
                <w:sz w:val="20"/>
              </w:rPr>
              <w:t>utama</w:t>
            </w:r>
            <w:proofErr w:type="spellEnd"/>
            <w:r>
              <w:rPr>
                <w:rFonts w:cs="Times New Roman"/>
                <w:sz w:val="20"/>
              </w:rPr>
              <w:t xml:space="preserve"> </w:t>
            </w:r>
            <w:proofErr w:type="spellStart"/>
            <w:r>
              <w:rPr>
                <w:rFonts w:cs="Times New Roman"/>
                <w:sz w:val="20"/>
              </w:rPr>
              <w:t>keselamatan</w:t>
            </w:r>
            <w:proofErr w:type="spellEnd"/>
            <w:r>
              <w:rPr>
                <w:rFonts w:cs="Times New Roman"/>
                <w:sz w:val="20"/>
              </w:rPr>
              <w:t xml:space="preserve"> </w:t>
            </w:r>
            <w:proofErr w:type="spellStart"/>
            <w:r>
              <w:rPr>
                <w:rFonts w:cs="Times New Roman"/>
                <w:sz w:val="20"/>
              </w:rPr>
              <w:t>agen</w:t>
            </w:r>
            <w:proofErr w:type="spellEnd"/>
            <w:r>
              <w:rPr>
                <w:rFonts w:cs="Times New Roman"/>
                <w:sz w:val="20"/>
              </w:rPr>
              <w:t>.</w:t>
            </w:r>
          </w:p>
        </w:tc>
      </w:tr>
      <w:tr w:rsidR="00F810AC" w14:paraId="7FDAB474" w14:textId="77777777" w:rsidTr="008313F9">
        <w:tc>
          <w:tcPr>
            <w:tcW w:w="2835" w:type="dxa"/>
          </w:tcPr>
          <w:p w14:paraId="07DCBDF6" w14:textId="77777777" w:rsidR="00F810AC" w:rsidRDefault="00000000">
            <w:r>
              <w:rPr>
                <w:rFonts w:cs="Times New Roman"/>
                <w:b/>
                <w:i/>
                <w:sz w:val="20"/>
              </w:rPr>
              <w:t>Convergence</w:t>
            </w:r>
          </w:p>
        </w:tc>
        <w:tc>
          <w:tcPr>
            <w:tcW w:w="6520" w:type="dxa"/>
          </w:tcPr>
          <w:p w14:paraId="3A704382" w14:textId="77777777" w:rsidR="00F810AC" w:rsidRDefault="00000000">
            <w:proofErr w:type="spellStart"/>
            <w:r>
              <w:rPr>
                <w:rFonts w:cs="Times New Roman"/>
                <w:sz w:val="20"/>
              </w:rPr>
              <w:t>Tahap</w:t>
            </w:r>
            <w:proofErr w:type="spellEnd"/>
            <w:r>
              <w:rPr>
                <w:rFonts w:cs="Times New Roman"/>
                <w:sz w:val="20"/>
              </w:rPr>
              <w:t xml:space="preserve"> </w:t>
            </w:r>
            <w:proofErr w:type="spellStart"/>
            <w:r>
              <w:rPr>
                <w:rFonts w:cs="Times New Roman"/>
                <w:sz w:val="20"/>
              </w:rPr>
              <w:t>pelatihan</w:t>
            </w:r>
            <w:proofErr w:type="spellEnd"/>
            <w:r>
              <w:rPr>
                <w:rFonts w:cs="Times New Roman"/>
                <w:sz w:val="20"/>
              </w:rPr>
              <w:t xml:space="preserve"> </w:t>
            </w:r>
            <w:proofErr w:type="spellStart"/>
            <w:r>
              <w:rPr>
                <w:rFonts w:cs="Times New Roman"/>
                <w:sz w:val="20"/>
              </w:rPr>
              <w:t>ketika</w:t>
            </w:r>
            <w:proofErr w:type="spellEnd"/>
            <w:r>
              <w:rPr>
                <w:rFonts w:cs="Times New Roman"/>
                <w:sz w:val="20"/>
              </w:rPr>
              <w:t xml:space="preserve"> </w:t>
            </w:r>
            <w:proofErr w:type="spellStart"/>
            <w:r>
              <w:rPr>
                <w:rFonts w:cs="Times New Roman"/>
                <w:sz w:val="20"/>
              </w:rPr>
              <w:t>metrik</w:t>
            </w:r>
            <w:proofErr w:type="spellEnd"/>
            <w:r>
              <w:rPr>
                <w:rFonts w:cs="Times New Roman"/>
                <w:sz w:val="20"/>
              </w:rPr>
              <w:t xml:space="preserve"> </w:t>
            </w:r>
            <w:proofErr w:type="spellStart"/>
            <w:r>
              <w:rPr>
                <w:rFonts w:cs="Times New Roman"/>
                <w:sz w:val="20"/>
              </w:rPr>
              <w:t>pembelajaran</w:t>
            </w:r>
            <w:proofErr w:type="spellEnd"/>
            <w:r>
              <w:rPr>
                <w:rFonts w:cs="Times New Roman"/>
                <w:sz w:val="20"/>
              </w:rPr>
              <w:t xml:space="preserve"> model </w:t>
            </w:r>
            <w:proofErr w:type="spellStart"/>
            <w:r>
              <w:rPr>
                <w:rFonts w:cs="Times New Roman"/>
                <w:sz w:val="20"/>
              </w:rPr>
              <w:t>relatif</w:t>
            </w:r>
            <w:proofErr w:type="spellEnd"/>
            <w:r>
              <w:rPr>
                <w:rFonts w:cs="Times New Roman"/>
                <w:sz w:val="20"/>
              </w:rPr>
              <w:t xml:space="preserve"> </w:t>
            </w:r>
            <w:proofErr w:type="spellStart"/>
            <w:r>
              <w:rPr>
                <w:rFonts w:cs="Times New Roman"/>
                <w:sz w:val="20"/>
              </w:rPr>
              <w:t>stabil</w:t>
            </w:r>
            <w:proofErr w:type="spellEnd"/>
            <w:r>
              <w:rPr>
                <w:rFonts w:cs="Times New Roman"/>
                <w:sz w:val="20"/>
              </w:rPr>
              <w:t xml:space="preserve"> dan </w:t>
            </w:r>
            <w:proofErr w:type="spellStart"/>
            <w:r>
              <w:rPr>
                <w:rFonts w:cs="Times New Roman"/>
                <w:sz w:val="20"/>
              </w:rPr>
              <w:t>tidak</w:t>
            </w:r>
            <w:proofErr w:type="spellEnd"/>
            <w:r>
              <w:rPr>
                <w:rFonts w:cs="Times New Roman"/>
                <w:sz w:val="20"/>
              </w:rPr>
              <w:t xml:space="preserve"> </w:t>
            </w:r>
            <w:proofErr w:type="spellStart"/>
            <w:r>
              <w:rPr>
                <w:rFonts w:cs="Times New Roman"/>
                <w:sz w:val="20"/>
              </w:rPr>
              <w:t>lagi</w:t>
            </w:r>
            <w:proofErr w:type="spellEnd"/>
            <w:r>
              <w:rPr>
                <w:rFonts w:cs="Times New Roman"/>
                <w:sz w:val="20"/>
              </w:rPr>
              <w:t xml:space="preserve"> </w:t>
            </w:r>
            <w:proofErr w:type="spellStart"/>
            <w:r>
              <w:rPr>
                <w:rFonts w:cs="Times New Roman"/>
                <w:sz w:val="20"/>
              </w:rPr>
              <w:t>mengalami</w:t>
            </w:r>
            <w:proofErr w:type="spellEnd"/>
            <w:r>
              <w:rPr>
                <w:rFonts w:cs="Times New Roman"/>
                <w:sz w:val="20"/>
              </w:rPr>
              <w:t xml:space="preserve"> </w:t>
            </w:r>
            <w:proofErr w:type="spellStart"/>
            <w:r>
              <w:rPr>
                <w:rFonts w:cs="Times New Roman"/>
                <w:sz w:val="20"/>
              </w:rPr>
              <w:t>peningkatan</w:t>
            </w:r>
            <w:proofErr w:type="spellEnd"/>
            <w:r>
              <w:rPr>
                <w:rFonts w:cs="Times New Roman"/>
                <w:sz w:val="20"/>
              </w:rPr>
              <w:t xml:space="preserve"> </w:t>
            </w:r>
            <w:proofErr w:type="spellStart"/>
            <w:r>
              <w:rPr>
                <w:rFonts w:cs="Times New Roman"/>
                <w:sz w:val="20"/>
              </w:rPr>
              <w:t>signifikan</w:t>
            </w:r>
            <w:proofErr w:type="spellEnd"/>
            <w:r>
              <w:rPr>
                <w:rFonts w:cs="Times New Roman"/>
                <w:sz w:val="20"/>
              </w:rPr>
              <w:t>.</w:t>
            </w:r>
          </w:p>
        </w:tc>
      </w:tr>
      <w:tr w:rsidR="00F810AC" w14:paraId="3B4BB662" w14:textId="77777777" w:rsidTr="008313F9">
        <w:tc>
          <w:tcPr>
            <w:tcW w:w="2835" w:type="dxa"/>
          </w:tcPr>
          <w:p w14:paraId="0449CB5E" w14:textId="77777777" w:rsidR="00F810AC" w:rsidRDefault="00000000">
            <w:r>
              <w:rPr>
                <w:rFonts w:cs="Times New Roman"/>
                <w:b/>
                <w:i/>
                <w:sz w:val="20"/>
              </w:rPr>
              <w:t>Convolutional Neural Network (CNN)</w:t>
            </w:r>
          </w:p>
        </w:tc>
        <w:tc>
          <w:tcPr>
            <w:tcW w:w="6520" w:type="dxa"/>
          </w:tcPr>
          <w:p w14:paraId="1E0B8721" w14:textId="77777777" w:rsidR="00F810AC" w:rsidRDefault="00000000">
            <w:proofErr w:type="spellStart"/>
            <w:r>
              <w:rPr>
                <w:rFonts w:cs="Times New Roman"/>
                <w:sz w:val="20"/>
              </w:rPr>
              <w:t>Arsitektur</w:t>
            </w:r>
            <w:proofErr w:type="spellEnd"/>
            <w:r>
              <w:rPr>
                <w:rFonts w:cs="Times New Roman"/>
                <w:sz w:val="20"/>
              </w:rPr>
              <w:t xml:space="preserve"> </w:t>
            </w:r>
            <w:proofErr w:type="spellStart"/>
            <w:r>
              <w:rPr>
                <w:rFonts w:cs="Times New Roman"/>
                <w:sz w:val="20"/>
              </w:rPr>
              <w:t>jaringan</w:t>
            </w:r>
            <w:proofErr w:type="spellEnd"/>
            <w:r>
              <w:rPr>
                <w:rFonts w:cs="Times New Roman"/>
                <w:sz w:val="20"/>
              </w:rPr>
              <w:t xml:space="preserve"> </w:t>
            </w:r>
            <w:proofErr w:type="spellStart"/>
            <w:r>
              <w:rPr>
                <w:rFonts w:cs="Times New Roman"/>
                <w:sz w:val="20"/>
              </w:rPr>
              <w:t>saraf</w:t>
            </w:r>
            <w:proofErr w:type="spellEnd"/>
            <w:r>
              <w:rPr>
                <w:rFonts w:cs="Times New Roman"/>
                <w:sz w:val="20"/>
              </w:rPr>
              <w:t xml:space="preserve"> </w:t>
            </w:r>
            <w:proofErr w:type="spellStart"/>
            <w:r>
              <w:rPr>
                <w:rFonts w:cs="Times New Roman"/>
                <w:sz w:val="20"/>
              </w:rPr>
              <w:t>tiruan</w:t>
            </w:r>
            <w:proofErr w:type="spellEnd"/>
            <w:r>
              <w:rPr>
                <w:rFonts w:cs="Times New Roman"/>
                <w:sz w:val="20"/>
              </w:rPr>
              <w:t xml:space="preserve"> yang </w:t>
            </w:r>
            <w:proofErr w:type="spellStart"/>
            <w:r>
              <w:rPr>
                <w:rFonts w:cs="Times New Roman"/>
                <w:sz w:val="20"/>
              </w:rPr>
              <w:t>memanfaatkan</w:t>
            </w:r>
            <w:proofErr w:type="spellEnd"/>
            <w:r>
              <w:rPr>
                <w:rFonts w:cs="Times New Roman"/>
                <w:sz w:val="20"/>
              </w:rPr>
              <w:t xml:space="preserve"> </w:t>
            </w:r>
            <w:proofErr w:type="spellStart"/>
            <w:r>
              <w:rPr>
                <w:rFonts w:cs="Times New Roman"/>
                <w:sz w:val="20"/>
              </w:rPr>
              <w:t>operasi</w:t>
            </w:r>
            <w:proofErr w:type="spellEnd"/>
            <w:r>
              <w:rPr>
                <w:rFonts w:cs="Times New Roman"/>
                <w:sz w:val="20"/>
              </w:rPr>
              <w:t xml:space="preserve"> </w:t>
            </w:r>
            <w:proofErr w:type="spellStart"/>
            <w:r>
              <w:rPr>
                <w:rFonts w:cs="Times New Roman"/>
                <w:sz w:val="20"/>
              </w:rPr>
              <w:t>konvolusi</w:t>
            </w:r>
            <w:proofErr w:type="spellEnd"/>
            <w:r>
              <w:rPr>
                <w:rFonts w:cs="Times New Roman"/>
                <w:sz w:val="20"/>
              </w:rPr>
              <w:t xml:space="preserve"> </w:t>
            </w:r>
            <w:proofErr w:type="spellStart"/>
            <w:r>
              <w:rPr>
                <w:rFonts w:cs="Times New Roman"/>
                <w:sz w:val="20"/>
              </w:rPr>
              <w:t>untuk</w:t>
            </w:r>
            <w:proofErr w:type="spellEnd"/>
            <w:r>
              <w:rPr>
                <w:rFonts w:cs="Times New Roman"/>
                <w:sz w:val="20"/>
              </w:rPr>
              <w:t xml:space="preserve"> </w:t>
            </w:r>
            <w:proofErr w:type="spellStart"/>
            <w:r>
              <w:rPr>
                <w:rFonts w:cs="Times New Roman"/>
                <w:sz w:val="20"/>
              </w:rPr>
              <w:t>ekstraksi</w:t>
            </w:r>
            <w:proofErr w:type="spellEnd"/>
            <w:r>
              <w:rPr>
                <w:rFonts w:cs="Times New Roman"/>
                <w:sz w:val="20"/>
              </w:rPr>
              <w:t xml:space="preserve"> </w:t>
            </w:r>
            <w:proofErr w:type="spellStart"/>
            <w:r>
              <w:rPr>
                <w:rFonts w:cs="Times New Roman"/>
                <w:sz w:val="20"/>
              </w:rPr>
              <w:t>fitur</w:t>
            </w:r>
            <w:proofErr w:type="spellEnd"/>
            <w:r>
              <w:rPr>
                <w:rFonts w:cs="Times New Roman"/>
                <w:sz w:val="20"/>
              </w:rPr>
              <w:t xml:space="preserve"> </w:t>
            </w:r>
            <w:proofErr w:type="spellStart"/>
            <w:r>
              <w:rPr>
                <w:rFonts w:cs="Times New Roman"/>
                <w:sz w:val="20"/>
              </w:rPr>
              <w:t>spasial</w:t>
            </w:r>
            <w:proofErr w:type="spellEnd"/>
            <w:r>
              <w:rPr>
                <w:rFonts w:cs="Times New Roman"/>
                <w:sz w:val="20"/>
              </w:rPr>
              <w:t xml:space="preserve"> </w:t>
            </w:r>
            <w:proofErr w:type="spellStart"/>
            <w:r>
              <w:rPr>
                <w:rFonts w:cs="Times New Roman"/>
                <w:sz w:val="20"/>
              </w:rPr>
              <w:t>dari</w:t>
            </w:r>
            <w:proofErr w:type="spellEnd"/>
            <w:r>
              <w:rPr>
                <w:rFonts w:cs="Times New Roman"/>
                <w:sz w:val="20"/>
              </w:rPr>
              <w:t xml:space="preserve"> data </w:t>
            </w:r>
            <w:proofErr w:type="spellStart"/>
            <w:r>
              <w:rPr>
                <w:rFonts w:cs="Times New Roman"/>
                <w:sz w:val="20"/>
              </w:rPr>
              <w:t>citra</w:t>
            </w:r>
            <w:proofErr w:type="spellEnd"/>
            <w:r>
              <w:rPr>
                <w:rFonts w:cs="Times New Roman"/>
                <w:sz w:val="20"/>
              </w:rPr>
              <w:t>.</w:t>
            </w:r>
          </w:p>
        </w:tc>
      </w:tr>
      <w:tr w:rsidR="00F810AC" w14:paraId="2B2665F2" w14:textId="77777777" w:rsidTr="008313F9">
        <w:tc>
          <w:tcPr>
            <w:tcW w:w="2835" w:type="dxa"/>
          </w:tcPr>
          <w:p w14:paraId="62A0ACAF" w14:textId="77777777" w:rsidR="00F810AC" w:rsidRDefault="00000000">
            <w:r>
              <w:rPr>
                <w:rFonts w:cs="Times New Roman"/>
                <w:b/>
                <w:i/>
                <w:sz w:val="20"/>
              </w:rPr>
              <w:t>Deep Q-Network (DQN)</w:t>
            </w:r>
          </w:p>
        </w:tc>
        <w:tc>
          <w:tcPr>
            <w:tcW w:w="6520" w:type="dxa"/>
          </w:tcPr>
          <w:p w14:paraId="490DA2AB" w14:textId="77777777" w:rsidR="00F810AC" w:rsidRDefault="00000000">
            <w:proofErr w:type="spellStart"/>
            <w:r>
              <w:rPr>
                <w:rFonts w:cs="Times New Roman"/>
                <w:sz w:val="20"/>
              </w:rPr>
              <w:t>Algoritma</w:t>
            </w:r>
            <w:proofErr w:type="spellEnd"/>
            <w:r>
              <w:rPr>
                <w:rFonts w:cs="Times New Roman"/>
                <w:sz w:val="20"/>
              </w:rPr>
              <w:t xml:space="preserve"> Reinforcement Learning yang </w:t>
            </w:r>
            <w:proofErr w:type="spellStart"/>
            <w:r>
              <w:rPr>
                <w:rFonts w:cs="Times New Roman"/>
                <w:sz w:val="20"/>
              </w:rPr>
              <w:t>menggunakan</w:t>
            </w:r>
            <w:proofErr w:type="spellEnd"/>
            <w:r>
              <w:rPr>
                <w:rFonts w:cs="Times New Roman"/>
                <w:sz w:val="20"/>
              </w:rPr>
              <w:t xml:space="preserve"> </w:t>
            </w:r>
            <w:proofErr w:type="spellStart"/>
            <w:r>
              <w:rPr>
                <w:rFonts w:cs="Times New Roman"/>
                <w:sz w:val="20"/>
              </w:rPr>
              <w:t>jaringan</w:t>
            </w:r>
            <w:proofErr w:type="spellEnd"/>
            <w:r>
              <w:rPr>
                <w:rFonts w:cs="Times New Roman"/>
                <w:sz w:val="20"/>
              </w:rPr>
              <w:t xml:space="preserve"> </w:t>
            </w:r>
            <w:proofErr w:type="spellStart"/>
            <w:r>
              <w:rPr>
                <w:rFonts w:cs="Times New Roman"/>
                <w:sz w:val="20"/>
              </w:rPr>
              <w:t>saraf</w:t>
            </w:r>
            <w:proofErr w:type="spellEnd"/>
            <w:r>
              <w:rPr>
                <w:rFonts w:cs="Times New Roman"/>
                <w:sz w:val="20"/>
              </w:rPr>
              <w:t xml:space="preserve"> </w:t>
            </w:r>
            <w:proofErr w:type="spellStart"/>
            <w:r>
              <w:rPr>
                <w:rFonts w:cs="Times New Roman"/>
                <w:sz w:val="20"/>
              </w:rPr>
              <w:t>dalam</w:t>
            </w:r>
            <w:proofErr w:type="spellEnd"/>
            <w:r>
              <w:rPr>
                <w:rFonts w:cs="Times New Roman"/>
                <w:sz w:val="20"/>
              </w:rPr>
              <w:t xml:space="preserve"> </w:t>
            </w:r>
            <w:proofErr w:type="spellStart"/>
            <w:r>
              <w:rPr>
                <w:rFonts w:cs="Times New Roman"/>
                <w:sz w:val="20"/>
              </w:rPr>
              <w:t>untuk</w:t>
            </w:r>
            <w:proofErr w:type="spellEnd"/>
            <w:r>
              <w:rPr>
                <w:rFonts w:cs="Times New Roman"/>
                <w:sz w:val="20"/>
              </w:rPr>
              <w:t xml:space="preserve"> </w:t>
            </w:r>
            <w:proofErr w:type="spellStart"/>
            <w:r>
              <w:rPr>
                <w:rFonts w:cs="Times New Roman"/>
                <w:sz w:val="20"/>
              </w:rPr>
              <w:t>mengaproksimasi</w:t>
            </w:r>
            <w:proofErr w:type="spellEnd"/>
            <w:r>
              <w:rPr>
                <w:rFonts w:cs="Times New Roman"/>
                <w:sz w:val="20"/>
              </w:rPr>
              <w:t xml:space="preserve"> </w:t>
            </w:r>
            <w:proofErr w:type="spellStart"/>
            <w:r>
              <w:rPr>
                <w:rFonts w:cs="Times New Roman"/>
                <w:sz w:val="20"/>
              </w:rPr>
              <w:t>fungsi</w:t>
            </w:r>
            <w:proofErr w:type="spellEnd"/>
            <w:r>
              <w:rPr>
                <w:rFonts w:cs="Times New Roman"/>
                <w:sz w:val="20"/>
              </w:rPr>
              <w:t xml:space="preserve"> </w:t>
            </w:r>
            <w:proofErr w:type="spellStart"/>
            <w:r>
              <w:rPr>
                <w:rFonts w:cs="Times New Roman"/>
                <w:sz w:val="20"/>
              </w:rPr>
              <w:t>aksi-nilai</w:t>
            </w:r>
            <w:proofErr w:type="spellEnd"/>
            <w:r>
              <w:rPr>
                <w:rFonts w:cs="Times New Roman"/>
                <w:sz w:val="20"/>
              </w:rPr>
              <w:t xml:space="preserve"> </w:t>
            </w:r>
            <w:proofErr w:type="gramStart"/>
            <w:r>
              <w:rPr>
                <w:rFonts w:cs="Times New Roman"/>
                <w:sz w:val="20"/>
              </w:rPr>
              <w:t>Q(</w:t>
            </w:r>
            <w:proofErr w:type="gramEnd"/>
            <w:r>
              <w:rPr>
                <w:rFonts w:cs="Times New Roman"/>
                <w:sz w:val="20"/>
              </w:rPr>
              <w:t>s, a).</w:t>
            </w:r>
          </w:p>
        </w:tc>
      </w:tr>
      <w:tr w:rsidR="00F810AC" w14:paraId="72D24024" w14:textId="77777777" w:rsidTr="008313F9">
        <w:tc>
          <w:tcPr>
            <w:tcW w:w="2835" w:type="dxa"/>
          </w:tcPr>
          <w:p w14:paraId="7B21B6FF" w14:textId="77777777" w:rsidR="00F810AC" w:rsidRDefault="00000000">
            <w:r>
              <w:rPr>
                <w:rFonts w:cs="Times New Roman"/>
                <w:b/>
                <w:i/>
                <w:sz w:val="20"/>
              </w:rPr>
              <w:t>Deep Reinforcement Learning (DRL)</w:t>
            </w:r>
          </w:p>
        </w:tc>
        <w:tc>
          <w:tcPr>
            <w:tcW w:w="6520" w:type="dxa"/>
          </w:tcPr>
          <w:p w14:paraId="57765CC8" w14:textId="77777777" w:rsidR="00F810AC" w:rsidRDefault="00000000">
            <w:r>
              <w:rPr>
                <w:rFonts w:cs="Times New Roman"/>
                <w:sz w:val="20"/>
              </w:rPr>
              <w:t xml:space="preserve">Cabang Reinforcement Learning yang </w:t>
            </w:r>
            <w:proofErr w:type="spellStart"/>
            <w:r>
              <w:rPr>
                <w:rFonts w:cs="Times New Roman"/>
                <w:sz w:val="20"/>
              </w:rPr>
              <w:t>memakai</w:t>
            </w:r>
            <w:proofErr w:type="spellEnd"/>
            <w:r>
              <w:rPr>
                <w:rFonts w:cs="Times New Roman"/>
                <w:sz w:val="20"/>
              </w:rPr>
              <w:t xml:space="preserve"> </w:t>
            </w:r>
            <w:proofErr w:type="spellStart"/>
            <w:r>
              <w:rPr>
                <w:rFonts w:cs="Times New Roman"/>
                <w:sz w:val="20"/>
              </w:rPr>
              <w:t>jaringan</w:t>
            </w:r>
            <w:proofErr w:type="spellEnd"/>
            <w:r>
              <w:rPr>
                <w:rFonts w:cs="Times New Roman"/>
                <w:sz w:val="20"/>
              </w:rPr>
              <w:t xml:space="preserve"> </w:t>
            </w:r>
            <w:proofErr w:type="spellStart"/>
            <w:r>
              <w:rPr>
                <w:rFonts w:cs="Times New Roman"/>
                <w:sz w:val="20"/>
              </w:rPr>
              <w:t>saraf</w:t>
            </w:r>
            <w:proofErr w:type="spellEnd"/>
            <w:r>
              <w:rPr>
                <w:rFonts w:cs="Times New Roman"/>
                <w:sz w:val="20"/>
              </w:rPr>
              <w:t xml:space="preserve"> </w:t>
            </w:r>
            <w:proofErr w:type="spellStart"/>
            <w:r>
              <w:rPr>
                <w:rFonts w:cs="Times New Roman"/>
                <w:sz w:val="20"/>
              </w:rPr>
              <w:t>dalam</w:t>
            </w:r>
            <w:proofErr w:type="spellEnd"/>
            <w:r>
              <w:rPr>
                <w:rFonts w:cs="Times New Roman"/>
                <w:sz w:val="20"/>
              </w:rPr>
              <w:t xml:space="preserve"> </w:t>
            </w:r>
            <w:proofErr w:type="spellStart"/>
            <w:r>
              <w:rPr>
                <w:rFonts w:cs="Times New Roman"/>
                <w:sz w:val="20"/>
              </w:rPr>
              <w:t>untuk</w:t>
            </w:r>
            <w:proofErr w:type="spellEnd"/>
            <w:r>
              <w:rPr>
                <w:rFonts w:cs="Times New Roman"/>
                <w:sz w:val="20"/>
              </w:rPr>
              <w:t xml:space="preserve"> </w:t>
            </w:r>
            <w:proofErr w:type="spellStart"/>
            <w:r>
              <w:rPr>
                <w:rFonts w:cs="Times New Roman"/>
                <w:sz w:val="20"/>
              </w:rPr>
              <w:t>merepresentasikan</w:t>
            </w:r>
            <w:proofErr w:type="spellEnd"/>
            <w:r>
              <w:rPr>
                <w:rFonts w:cs="Times New Roman"/>
                <w:sz w:val="20"/>
              </w:rPr>
              <w:t xml:space="preserve"> </w:t>
            </w:r>
            <w:proofErr w:type="spellStart"/>
            <w:r>
              <w:rPr>
                <w:rFonts w:cs="Times New Roman"/>
                <w:sz w:val="20"/>
              </w:rPr>
              <w:t>kebijakan</w:t>
            </w:r>
            <w:proofErr w:type="spellEnd"/>
            <w:r>
              <w:rPr>
                <w:rFonts w:cs="Times New Roman"/>
                <w:sz w:val="20"/>
              </w:rPr>
              <w:t xml:space="preserve"> </w:t>
            </w:r>
            <w:proofErr w:type="spellStart"/>
            <w:r>
              <w:rPr>
                <w:rFonts w:cs="Times New Roman"/>
                <w:sz w:val="20"/>
              </w:rPr>
              <w:t>atau</w:t>
            </w:r>
            <w:proofErr w:type="spellEnd"/>
            <w:r>
              <w:rPr>
                <w:rFonts w:cs="Times New Roman"/>
                <w:sz w:val="20"/>
              </w:rPr>
              <w:t xml:space="preserve"> </w:t>
            </w:r>
            <w:proofErr w:type="spellStart"/>
            <w:r>
              <w:rPr>
                <w:rFonts w:cs="Times New Roman"/>
                <w:sz w:val="20"/>
              </w:rPr>
              <w:t>fungsi</w:t>
            </w:r>
            <w:proofErr w:type="spellEnd"/>
            <w:r>
              <w:rPr>
                <w:rFonts w:cs="Times New Roman"/>
                <w:sz w:val="20"/>
              </w:rPr>
              <w:t xml:space="preserve"> </w:t>
            </w:r>
            <w:proofErr w:type="spellStart"/>
            <w:r>
              <w:rPr>
                <w:rFonts w:cs="Times New Roman"/>
                <w:sz w:val="20"/>
              </w:rPr>
              <w:t>nilai</w:t>
            </w:r>
            <w:proofErr w:type="spellEnd"/>
            <w:r>
              <w:rPr>
                <w:rFonts w:cs="Times New Roman"/>
                <w:sz w:val="20"/>
              </w:rPr>
              <w:t>.</w:t>
            </w:r>
          </w:p>
        </w:tc>
      </w:tr>
      <w:tr w:rsidR="00F810AC" w14:paraId="1457908B" w14:textId="77777777" w:rsidTr="008313F9">
        <w:tc>
          <w:tcPr>
            <w:tcW w:w="2835" w:type="dxa"/>
          </w:tcPr>
          <w:p w14:paraId="06F39CF8" w14:textId="77777777" w:rsidR="00F810AC" w:rsidRDefault="00000000">
            <w:r>
              <w:rPr>
                <w:rFonts w:cs="Times New Roman"/>
                <w:b/>
                <w:i/>
                <w:sz w:val="20"/>
              </w:rPr>
              <w:t>Double DQN (DDQN)</w:t>
            </w:r>
          </w:p>
        </w:tc>
        <w:tc>
          <w:tcPr>
            <w:tcW w:w="6520" w:type="dxa"/>
          </w:tcPr>
          <w:p w14:paraId="4AD97B2F" w14:textId="77777777" w:rsidR="00F810AC" w:rsidRDefault="00000000">
            <w:proofErr w:type="spellStart"/>
            <w:r>
              <w:rPr>
                <w:rFonts w:cs="Times New Roman"/>
                <w:sz w:val="20"/>
              </w:rPr>
              <w:t>Ekstensi</w:t>
            </w:r>
            <w:proofErr w:type="spellEnd"/>
            <w:r>
              <w:rPr>
                <w:rFonts w:cs="Times New Roman"/>
                <w:sz w:val="20"/>
              </w:rPr>
              <w:t xml:space="preserve"> DQN yang </w:t>
            </w:r>
            <w:proofErr w:type="spellStart"/>
            <w:r>
              <w:rPr>
                <w:rFonts w:cs="Times New Roman"/>
                <w:sz w:val="20"/>
              </w:rPr>
              <w:t>memisahkan</w:t>
            </w:r>
            <w:proofErr w:type="spellEnd"/>
            <w:r>
              <w:rPr>
                <w:rFonts w:cs="Times New Roman"/>
                <w:sz w:val="20"/>
              </w:rPr>
              <w:t xml:space="preserve"> </w:t>
            </w:r>
            <w:proofErr w:type="spellStart"/>
            <w:r>
              <w:rPr>
                <w:rFonts w:cs="Times New Roman"/>
                <w:sz w:val="20"/>
              </w:rPr>
              <w:t>pemilihan</w:t>
            </w:r>
            <w:proofErr w:type="spellEnd"/>
            <w:r>
              <w:rPr>
                <w:rFonts w:cs="Times New Roman"/>
                <w:sz w:val="20"/>
              </w:rPr>
              <w:t xml:space="preserve"> </w:t>
            </w:r>
            <w:proofErr w:type="spellStart"/>
            <w:r>
              <w:rPr>
                <w:rFonts w:cs="Times New Roman"/>
                <w:sz w:val="20"/>
              </w:rPr>
              <w:t>aksi</w:t>
            </w:r>
            <w:proofErr w:type="spellEnd"/>
            <w:r>
              <w:rPr>
                <w:rFonts w:cs="Times New Roman"/>
                <w:sz w:val="20"/>
              </w:rPr>
              <w:t xml:space="preserve"> dan </w:t>
            </w:r>
            <w:proofErr w:type="spellStart"/>
            <w:r>
              <w:rPr>
                <w:rFonts w:cs="Times New Roman"/>
                <w:sz w:val="20"/>
              </w:rPr>
              <w:t>evaluasi</w:t>
            </w:r>
            <w:proofErr w:type="spellEnd"/>
            <w:r>
              <w:rPr>
                <w:rFonts w:cs="Times New Roman"/>
                <w:sz w:val="20"/>
              </w:rPr>
              <w:t xml:space="preserve"> </w:t>
            </w:r>
            <w:proofErr w:type="spellStart"/>
            <w:r>
              <w:rPr>
                <w:rFonts w:cs="Times New Roman"/>
                <w:sz w:val="20"/>
              </w:rPr>
              <w:t>aksi</w:t>
            </w:r>
            <w:proofErr w:type="spellEnd"/>
            <w:r>
              <w:rPr>
                <w:rFonts w:cs="Times New Roman"/>
                <w:sz w:val="20"/>
              </w:rPr>
              <w:t xml:space="preserve"> pada </w:t>
            </w:r>
            <w:proofErr w:type="spellStart"/>
            <w:r>
              <w:rPr>
                <w:rFonts w:cs="Times New Roman"/>
                <w:sz w:val="20"/>
              </w:rPr>
              <w:t>perhitungan</w:t>
            </w:r>
            <w:proofErr w:type="spellEnd"/>
            <w:r>
              <w:rPr>
                <w:rFonts w:cs="Times New Roman"/>
                <w:sz w:val="20"/>
              </w:rPr>
              <w:t xml:space="preserve"> target Bellman </w:t>
            </w:r>
            <w:proofErr w:type="spellStart"/>
            <w:r>
              <w:rPr>
                <w:rFonts w:cs="Times New Roman"/>
                <w:sz w:val="20"/>
              </w:rPr>
              <w:t>untuk</w:t>
            </w:r>
            <w:proofErr w:type="spellEnd"/>
            <w:r>
              <w:rPr>
                <w:rFonts w:cs="Times New Roman"/>
                <w:sz w:val="20"/>
              </w:rPr>
              <w:t xml:space="preserve"> </w:t>
            </w:r>
            <w:proofErr w:type="spellStart"/>
            <w:r>
              <w:rPr>
                <w:rFonts w:cs="Times New Roman"/>
                <w:sz w:val="20"/>
              </w:rPr>
              <w:t>mengurangi</w:t>
            </w:r>
            <w:proofErr w:type="spellEnd"/>
            <w:r>
              <w:rPr>
                <w:rFonts w:cs="Times New Roman"/>
                <w:sz w:val="20"/>
              </w:rPr>
              <w:t xml:space="preserve"> overestimation bias.</w:t>
            </w:r>
          </w:p>
        </w:tc>
      </w:tr>
      <w:tr w:rsidR="00F810AC" w14:paraId="74E5D60B" w14:textId="77777777" w:rsidTr="008313F9">
        <w:tc>
          <w:tcPr>
            <w:tcW w:w="2835" w:type="dxa"/>
          </w:tcPr>
          <w:p w14:paraId="7E50EF7F" w14:textId="77777777" w:rsidR="00F810AC" w:rsidRDefault="00000000">
            <w:r>
              <w:rPr>
                <w:rFonts w:cs="Times New Roman"/>
                <w:b/>
                <w:i/>
                <w:sz w:val="20"/>
              </w:rPr>
              <w:t>End-to-End Learning</w:t>
            </w:r>
          </w:p>
        </w:tc>
        <w:tc>
          <w:tcPr>
            <w:tcW w:w="6520" w:type="dxa"/>
          </w:tcPr>
          <w:p w14:paraId="0200D486" w14:textId="77777777" w:rsidR="00F810AC" w:rsidRDefault="00000000">
            <w:proofErr w:type="spellStart"/>
            <w:r>
              <w:rPr>
                <w:rFonts w:cs="Times New Roman"/>
                <w:sz w:val="20"/>
              </w:rPr>
              <w:t>Paradigma</w:t>
            </w:r>
            <w:proofErr w:type="spellEnd"/>
            <w:r>
              <w:rPr>
                <w:rFonts w:cs="Times New Roman"/>
                <w:sz w:val="20"/>
              </w:rPr>
              <w:t xml:space="preserve"> </w:t>
            </w:r>
            <w:proofErr w:type="spellStart"/>
            <w:r>
              <w:rPr>
                <w:rFonts w:cs="Times New Roman"/>
                <w:sz w:val="20"/>
              </w:rPr>
              <w:t>pemetaan</w:t>
            </w:r>
            <w:proofErr w:type="spellEnd"/>
            <w:r>
              <w:rPr>
                <w:rFonts w:cs="Times New Roman"/>
                <w:sz w:val="20"/>
              </w:rPr>
              <w:t xml:space="preserve"> </w:t>
            </w:r>
            <w:proofErr w:type="spellStart"/>
            <w:r>
              <w:rPr>
                <w:rFonts w:cs="Times New Roman"/>
                <w:sz w:val="20"/>
              </w:rPr>
              <w:t>langsung</w:t>
            </w:r>
            <w:proofErr w:type="spellEnd"/>
            <w:r>
              <w:rPr>
                <w:rFonts w:cs="Times New Roman"/>
                <w:sz w:val="20"/>
              </w:rPr>
              <w:t xml:space="preserve"> </w:t>
            </w:r>
            <w:proofErr w:type="spellStart"/>
            <w:r>
              <w:rPr>
                <w:rFonts w:cs="Times New Roman"/>
                <w:sz w:val="20"/>
              </w:rPr>
              <w:t>dari</w:t>
            </w:r>
            <w:proofErr w:type="spellEnd"/>
            <w:r>
              <w:rPr>
                <w:rFonts w:cs="Times New Roman"/>
                <w:sz w:val="20"/>
              </w:rPr>
              <w:t xml:space="preserve"> </w:t>
            </w:r>
            <w:proofErr w:type="spellStart"/>
            <w:r>
              <w:rPr>
                <w:rFonts w:cs="Times New Roman"/>
                <w:sz w:val="20"/>
              </w:rPr>
              <w:t>masukan</w:t>
            </w:r>
            <w:proofErr w:type="spellEnd"/>
            <w:r>
              <w:rPr>
                <w:rFonts w:cs="Times New Roman"/>
                <w:sz w:val="20"/>
              </w:rPr>
              <w:t xml:space="preserve"> sensor </w:t>
            </w:r>
            <w:proofErr w:type="spellStart"/>
            <w:r>
              <w:rPr>
                <w:rFonts w:cs="Times New Roman"/>
                <w:sz w:val="20"/>
              </w:rPr>
              <w:t>mentah</w:t>
            </w:r>
            <w:proofErr w:type="spellEnd"/>
            <w:r>
              <w:rPr>
                <w:rFonts w:cs="Times New Roman"/>
                <w:sz w:val="20"/>
              </w:rPr>
              <w:t xml:space="preserve"> </w:t>
            </w:r>
            <w:proofErr w:type="spellStart"/>
            <w:r>
              <w:rPr>
                <w:rFonts w:cs="Times New Roman"/>
                <w:sz w:val="20"/>
              </w:rPr>
              <w:t>ke</w:t>
            </w:r>
            <w:proofErr w:type="spellEnd"/>
            <w:r>
              <w:rPr>
                <w:rFonts w:cs="Times New Roman"/>
                <w:sz w:val="20"/>
              </w:rPr>
              <w:t xml:space="preserve"> </w:t>
            </w:r>
            <w:proofErr w:type="spellStart"/>
            <w:r>
              <w:rPr>
                <w:rFonts w:cs="Times New Roman"/>
                <w:sz w:val="20"/>
              </w:rPr>
              <w:t>keluaran</w:t>
            </w:r>
            <w:proofErr w:type="spellEnd"/>
            <w:r>
              <w:rPr>
                <w:rFonts w:cs="Times New Roman"/>
                <w:sz w:val="20"/>
              </w:rPr>
              <w:t xml:space="preserve"> </w:t>
            </w:r>
            <w:proofErr w:type="spellStart"/>
            <w:r>
              <w:rPr>
                <w:rFonts w:cs="Times New Roman"/>
                <w:sz w:val="20"/>
              </w:rPr>
              <w:t>kendali</w:t>
            </w:r>
            <w:proofErr w:type="spellEnd"/>
            <w:r>
              <w:rPr>
                <w:rFonts w:cs="Times New Roman"/>
                <w:sz w:val="20"/>
              </w:rPr>
              <w:t xml:space="preserve"> </w:t>
            </w:r>
            <w:proofErr w:type="spellStart"/>
            <w:r>
              <w:rPr>
                <w:rFonts w:cs="Times New Roman"/>
                <w:sz w:val="20"/>
              </w:rPr>
              <w:t>tanpa</w:t>
            </w:r>
            <w:proofErr w:type="spellEnd"/>
            <w:r>
              <w:rPr>
                <w:rFonts w:cs="Times New Roman"/>
                <w:sz w:val="20"/>
              </w:rPr>
              <w:t xml:space="preserve"> </w:t>
            </w:r>
            <w:proofErr w:type="spellStart"/>
            <w:r>
              <w:rPr>
                <w:rFonts w:cs="Times New Roman"/>
                <w:sz w:val="20"/>
              </w:rPr>
              <w:t>modul</w:t>
            </w:r>
            <w:proofErr w:type="spellEnd"/>
            <w:r>
              <w:rPr>
                <w:rFonts w:cs="Times New Roman"/>
                <w:sz w:val="20"/>
              </w:rPr>
              <w:t xml:space="preserve"> </w:t>
            </w:r>
            <w:proofErr w:type="spellStart"/>
            <w:r>
              <w:rPr>
                <w:rFonts w:cs="Times New Roman"/>
                <w:sz w:val="20"/>
              </w:rPr>
              <w:t>perantara</w:t>
            </w:r>
            <w:proofErr w:type="spellEnd"/>
            <w:r>
              <w:rPr>
                <w:rFonts w:cs="Times New Roman"/>
                <w:sz w:val="20"/>
              </w:rPr>
              <w:t xml:space="preserve"> perception-planning-control.</w:t>
            </w:r>
          </w:p>
        </w:tc>
      </w:tr>
      <w:tr w:rsidR="00F810AC" w14:paraId="01F02B51" w14:textId="77777777" w:rsidTr="008313F9">
        <w:tc>
          <w:tcPr>
            <w:tcW w:w="2835" w:type="dxa"/>
          </w:tcPr>
          <w:p w14:paraId="30515B23" w14:textId="77777777" w:rsidR="00F810AC" w:rsidRDefault="00000000">
            <w:r>
              <w:rPr>
                <w:rFonts w:cs="Times New Roman"/>
                <w:b/>
                <w:i/>
                <w:sz w:val="20"/>
              </w:rPr>
              <w:t>Environment</w:t>
            </w:r>
          </w:p>
        </w:tc>
        <w:tc>
          <w:tcPr>
            <w:tcW w:w="6520" w:type="dxa"/>
          </w:tcPr>
          <w:p w14:paraId="3C2210ED" w14:textId="77777777" w:rsidR="00F810AC" w:rsidRDefault="00000000">
            <w:proofErr w:type="spellStart"/>
            <w:r>
              <w:rPr>
                <w:rFonts w:cs="Times New Roman"/>
                <w:sz w:val="20"/>
              </w:rPr>
              <w:t>Sistem</w:t>
            </w:r>
            <w:proofErr w:type="spellEnd"/>
            <w:r>
              <w:rPr>
                <w:rFonts w:cs="Times New Roman"/>
                <w:sz w:val="20"/>
              </w:rPr>
              <w:t xml:space="preserve"> </w:t>
            </w:r>
            <w:proofErr w:type="spellStart"/>
            <w:r>
              <w:rPr>
                <w:rFonts w:cs="Times New Roman"/>
                <w:sz w:val="20"/>
              </w:rPr>
              <w:t>eksternal</w:t>
            </w:r>
            <w:proofErr w:type="spellEnd"/>
            <w:r>
              <w:rPr>
                <w:rFonts w:cs="Times New Roman"/>
                <w:sz w:val="20"/>
              </w:rPr>
              <w:t xml:space="preserve"> </w:t>
            </w:r>
            <w:proofErr w:type="spellStart"/>
            <w:r>
              <w:rPr>
                <w:rFonts w:cs="Times New Roman"/>
                <w:sz w:val="20"/>
              </w:rPr>
              <w:t>tempat</w:t>
            </w:r>
            <w:proofErr w:type="spellEnd"/>
            <w:r>
              <w:rPr>
                <w:rFonts w:cs="Times New Roman"/>
                <w:sz w:val="20"/>
              </w:rPr>
              <w:t xml:space="preserve"> </w:t>
            </w:r>
            <w:proofErr w:type="spellStart"/>
            <w:r>
              <w:rPr>
                <w:rFonts w:cs="Times New Roman"/>
                <w:sz w:val="20"/>
              </w:rPr>
              <w:t>agen</w:t>
            </w:r>
            <w:proofErr w:type="spellEnd"/>
            <w:r>
              <w:rPr>
                <w:rFonts w:cs="Times New Roman"/>
                <w:sz w:val="20"/>
              </w:rPr>
              <w:t xml:space="preserve"> </w:t>
            </w:r>
            <w:proofErr w:type="spellStart"/>
            <w:r>
              <w:rPr>
                <w:rFonts w:cs="Times New Roman"/>
                <w:sz w:val="20"/>
              </w:rPr>
              <w:t>berinteraksi</w:t>
            </w:r>
            <w:proofErr w:type="spellEnd"/>
            <w:r>
              <w:rPr>
                <w:rFonts w:cs="Times New Roman"/>
                <w:sz w:val="20"/>
              </w:rPr>
              <w:t xml:space="preserve">; pada </w:t>
            </w:r>
            <w:proofErr w:type="spellStart"/>
            <w:r>
              <w:rPr>
                <w:rFonts w:cs="Times New Roman"/>
                <w:sz w:val="20"/>
              </w:rPr>
              <w:t>Tugas</w:t>
            </w:r>
            <w:proofErr w:type="spellEnd"/>
            <w:r>
              <w:rPr>
                <w:rFonts w:cs="Times New Roman"/>
                <w:sz w:val="20"/>
              </w:rPr>
              <w:t xml:space="preserve"> Akhir </w:t>
            </w:r>
            <w:proofErr w:type="spellStart"/>
            <w:r>
              <w:rPr>
                <w:rFonts w:cs="Times New Roman"/>
                <w:sz w:val="20"/>
              </w:rPr>
              <w:t>ini</w:t>
            </w:r>
            <w:proofErr w:type="spellEnd"/>
            <w:r>
              <w:rPr>
                <w:rFonts w:cs="Times New Roman"/>
                <w:sz w:val="20"/>
              </w:rPr>
              <w:t xml:space="preserve"> </w:t>
            </w:r>
            <w:proofErr w:type="spellStart"/>
            <w:r>
              <w:rPr>
                <w:rFonts w:cs="Times New Roman"/>
                <w:sz w:val="20"/>
              </w:rPr>
              <w:t>berupa</w:t>
            </w:r>
            <w:proofErr w:type="spellEnd"/>
            <w:r>
              <w:rPr>
                <w:rFonts w:cs="Times New Roman"/>
                <w:sz w:val="20"/>
              </w:rPr>
              <w:t xml:space="preserve"> simulator </w:t>
            </w:r>
            <w:proofErr w:type="spellStart"/>
            <w:r>
              <w:rPr>
                <w:rFonts w:cs="Times New Roman"/>
                <w:sz w:val="20"/>
              </w:rPr>
              <w:t>Webots</w:t>
            </w:r>
            <w:proofErr w:type="spellEnd"/>
            <w:r>
              <w:rPr>
                <w:rFonts w:cs="Times New Roman"/>
                <w:sz w:val="20"/>
              </w:rPr>
              <w:t>.</w:t>
            </w:r>
          </w:p>
        </w:tc>
      </w:tr>
      <w:tr w:rsidR="00F810AC" w14:paraId="2D22C145" w14:textId="77777777" w:rsidTr="008313F9">
        <w:tc>
          <w:tcPr>
            <w:tcW w:w="2835" w:type="dxa"/>
          </w:tcPr>
          <w:p w14:paraId="75BA8662" w14:textId="77777777" w:rsidR="00F810AC" w:rsidRDefault="00000000">
            <w:r>
              <w:rPr>
                <w:rFonts w:cs="Times New Roman"/>
                <w:b/>
                <w:i/>
                <w:sz w:val="20"/>
              </w:rPr>
              <w:t>Epsilon-Greedy</w:t>
            </w:r>
          </w:p>
        </w:tc>
        <w:tc>
          <w:tcPr>
            <w:tcW w:w="6520" w:type="dxa"/>
          </w:tcPr>
          <w:p w14:paraId="0FC25425" w14:textId="77777777" w:rsidR="00F810AC" w:rsidRDefault="00000000">
            <w:proofErr w:type="spellStart"/>
            <w:r>
              <w:rPr>
                <w:rFonts w:cs="Times New Roman"/>
                <w:sz w:val="20"/>
              </w:rPr>
              <w:t>Kebijakan</w:t>
            </w:r>
            <w:proofErr w:type="spellEnd"/>
            <w:r>
              <w:rPr>
                <w:rFonts w:cs="Times New Roman"/>
                <w:sz w:val="20"/>
              </w:rPr>
              <w:t xml:space="preserve"> </w:t>
            </w:r>
            <w:proofErr w:type="spellStart"/>
            <w:r>
              <w:rPr>
                <w:rFonts w:cs="Times New Roman"/>
                <w:sz w:val="20"/>
              </w:rPr>
              <w:t>eksplorasi</w:t>
            </w:r>
            <w:proofErr w:type="spellEnd"/>
            <w:r>
              <w:rPr>
                <w:rFonts w:cs="Times New Roman"/>
                <w:sz w:val="20"/>
              </w:rPr>
              <w:t xml:space="preserve"> yang </w:t>
            </w:r>
            <w:proofErr w:type="spellStart"/>
            <w:r>
              <w:rPr>
                <w:rFonts w:cs="Times New Roman"/>
                <w:sz w:val="20"/>
              </w:rPr>
              <w:t>memilih</w:t>
            </w:r>
            <w:proofErr w:type="spellEnd"/>
            <w:r>
              <w:rPr>
                <w:rFonts w:cs="Times New Roman"/>
                <w:sz w:val="20"/>
              </w:rPr>
              <w:t xml:space="preserve"> </w:t>
            </w:r>
            <w:proofErr w:type="spellStart"/>
            <w:r>
              <w:rPr>
                <w:rFonts w:cs="Times New Roman"/>
                <w:sz w:val="20"/>
              </w:rPr>
              <w:t>aksi</w:t>
            </w:r>
            <w:proofErr w:type="spellEnd"/>
            <w:r>
              <w:rPr>
                <w:rFonts w:cs="Times New Roman"/>
                <w:sz w:val="20"/>
              </w:rPr>
              <w:t xml:space="preserve"> </w:t>
            </w:r>
            <w:proofErr w:type="spellStart"/>
            <w:r>
              <w:rPr>
                <w:rFonts w:cs="Times New Roman"/>
                <w:sz w:val="20"/>
              </w:rPr>
              <w:t>acak</w:t>
            </w:r>
            <w:proofErr w:type="spellEnd"/>
            <w:r>
              <w:rPr>
                <w:rFonts w:cs="Times New Roman"/>
                <w:sz w:val="20"/>
              </w:rPr>
              <w:t xml:space="preserve"> </w:t>
            </w:r>
            <w:proofErr w:type="spellStart"/>
            <w:r>
              <w:rPr>
                <w:rFonts w:cs="Times New Roman"/>
                <w:sz w:val="20"/>
              </w:rPr>
              <w:t>dengan</w:t>
            </w:r>
            <w:proofErr w:type="spellEnd"/>
            <w:r>
              <w:rPr>
                <w:rFonts w:cs="Times New Roman"/>
                <w:sz w:val="20"/>
              </w:rPr>
              <w:t xml:space="preserve"> </w:t>
            </w:r>
            <w:proofErr w:type="spellStart"/>
            <w:r>
              <w:rPr>
                <w:rFonts w:cs="Times New Roman"/>
                <w:sz w:val="20"/>
              </w:rPr>
              <w:t>probabilitas</w:t>
            </w:r>
            <w:proofErr w:type="spellEnd"/>
            <w:r>
              <w:rPr>
                <w:rFonts w:cs="Times New Roman"/>
                <w:sz w:val="20"/>
              </w:rPr>
              <w:t xml:space="preserve"> ε dan </w:t>
            </w:r>
            <w:proofErr w:type="spellStart"/>
            <w:r>
              <w:rPr>
                <w:rFonts w:cs="Times New Roman"/>
                <w:sz w:val="20"/>
              </w:rPr>
              <w:t>aksi</w:t>
            </w:r>
            <w:proofErr w:type="spellEnd"/>
            <w:r>
              <w:rPr>
                <w:rFonts w:cs="Times New Roman"/>
                <w:sz w:val="20"/>
              </w:rPr>
              <w:t xml:space="preserve"> </w:t>
            </w:r>
            <w:proofErr w:type="spellStart"/>
            <w:r>
              <w:rPr>
                <w:rFonts w:cs="Times New Roman"/>
                <w:sz w:val="20"/>
              </w:rPr>
              <w:t>terbaik</w:t>
            </w:r>
            <w:proofErr w:type="spellEnd"/>
            <w:r>
              <w:rPr>
                <w:rFonts w:cs="Times New Roman"/>
                <w:sz w:val="20"/>
              </w:rPr>
              <w:t xml:space="preserve"> </w:t>
            </w:r>
            <w:proofErr w:type="spellStart"/>
            <w:r>
              <w:rPr>
                <w:rFonts w:cs="Times New Roman"/>
                <w:sz w:val="20"/>
              </w:rPr>
              <w:t>dengan</w:t>
            </w:r>
            <w:proofErr w:type="spellEnd"/>
            <w:r>
              <w:rPr>
                <w:rFonts w:cs="Times New Roman"/>
                <w:sz w:val="20"/>
              </w:rPr>
              <w:t xml:space="preserve"> </w:t>
            </w:r>
            <w:proofErr w:type="spellStart"/>
            <w:r>
              <w:rPr>
                <w:rFonts w:cs="Times New Roman"/>
                <w:sz w:val="20"/>
              </w:rPr>
              <w:t>probabilitas</w:t>
            </w:r>
            <w:proofErr w:type="spellEnd"/>
            <w:r>
              <w:rPr>
                <w:rFonts w:cs="Times New Roman"/>
                <w:sz w:val="20"/>
              </w:rPr>
              <w:t xml:space="preserve"> 1 − ε.</w:t>
            </w:r>
          </w:p>
        </w:tc>
      </w:tr>
      <w:tr w:rsidR="00F810AC" w14:paraId="4344BDBB" w14:textId="77777777" w:rsidTr="008313F9">
        <w:tc>
          <w:tcPr>
            <w:tcW w:w="2835" w:type="dxa"/>
          </w:tcPr>
          <w:p w14:paraId="295D45E4" w14:textId="77777777" w:rsidR="00F810AC" w:rsidRDefault="00000000">
            <w:r>
              <w:rPr>
                <w:rFonts w:cs="Times New Roman"/>
                <w:b/>
                <w:i/>
                <w:sz w:val="20"/>
              </w:rPr>
              <w:t>Error Propagation</w:t>
            </w:r>
          </w:p>
        </w:tc>
        <w:tc>
          <w:tcPr>
            <w:tcW w:w="6520" w:type="dxa"/>
          </w:tcPr>
          <w:p w14:paraId="7A4EFCCA" w14:textId="77777777" w:rsidR="00F810AC" w:rsidRDefault="00000000">
            <w:proofErr w:type="spellStart"/>
            <w:r>
              <w:rPr>
                <w:rFonts w:cs="Times New Roman"/>
                <w:sz w:val="20"/>
              </w:rPr>
              <w:t>Perambatan</w:t>
            </w:r>
            <w:proofErr w:type="spellEnd"/>
            <w:r>
              <w:rPr>
                <w:rFonts w:cs="Times New Roman"/>
                <w:sz w:val="20"/>
              </w:rPr>
              <w:t xml:space="preserve"> </w:t>
            </w:r>
            <w:proofErr w:type="spellStart"/>
            <w:r>
              <w:rPr>
                <w:rFonts w:cs="Times New Roman"/>
                <w:sz w:val="20"/>
              </w:rPr>
              <w:t>kesalahan</w:t>
            </w:r>
            <w:proofErr w:type="spellEnd"/>
            <w:r>
              <w:rPr>
                <w:rFonts w:cs="Times New Roman"/>
                <w:sz w:val="20"/>
              </w:rPr>
              <w:t xml:space="preserve"> </w:t>
            </w:r>
            <w:proofErr w:type="spellStart"/>
            <w:r>
              <w:rPr>
                <w:rFonts w:cs="Times New Roman"/>
                <w:sz w:val="20"/>
              </w:rPr>
              <w:t>dari</w:t>
            </w:r>
            <w:proofErr w:type="spellEnd"/>
            <w:r>
              <w:rPr>
                <w:rFonts w:cs="Times New Roman"/>
                <w:sz w:val="20"/>
              </w:rPr>
              <w:t xml:space="preserve"> </w:t>
            </w:r>
            <w:proofErr w:type="spellStart"/>
            <w:r>
              <w:rPr>
                <w:rFonts w:cs="Times New Roman"/>
                <w:sz w:val="20"/>
              </w:rPr>
              <w:t>modul</w:t>
            </w:r>
            <w:proofErr w:type="spellEnd"/>
            <w:r>
              <w:rPr>
                <w:rFonts w:cs="Times New Roman"/>
                <w:sz w:val="20"/>
              </w:rPr>
              <w:t xml:space="preserve"> </w:t>
            </w:r>
            <w:proofErr w:type="spellStart"/>
            <w:r>
              <w:rPr>
                <w:rFonts w:cs="Times New Roman"/>
                <w:sz w:val="20"/>
              </w:rPr>
              <w:t>awal</w:t>
            </w:r>
            <w:proofErr w:type="spellEnd"/>
            <w:r>
              <w:rPr>
                <w:rFonts w:cs="Times New Roman"/>
                <w:sz w:val="20"/>
              </w:rPr>
              <w:t xml:space="preserve"> </w:t>
            </w:r>
            <w:proofErr w:type="spellStart"/>
            <w:r>
              <w:rPr>
                <w:rFonts w:cs="Times New Roman"/>
                <w:sz w:val="20"/>
              </w:rPr>
              <w:t>ke</w:t>
            </w:r>
            <w:proofErr w:type="spellEnd"/>
            <w:r>
              <w:rPr>
                <w:rFonts w:cs="Times New Roman"/>
                <w:sz w:val="20"/>
              </w:rPr>
              <w:t xml:space="preserve"> </w:t>
            </w:r>
            <w:proofErr w:type="spellStart"/>
            <w:r>
              <w:rPr>
                <w:rFonts w:cs="Times New Roman"/>
                <w:sz w:val="20"/>
              </w:rPr>
              <w:t>modul</w:t>
            </w:r>
            <w:proofErr w:type="spellEnd"/>
            <w:r>
              <w:rPr>
                <w:rFonts w:cs="Times New Roman"/>
                <w:sz w:val="20"/>
              </w:rPr>
              <w:t xml:space="preserve"> </w:t>
            </w:r>
            <w:proofErr w:type="spellStart"/>
            <w:r>
              <w:rPr>
                <w:rFonts w:cs="Times New Roman"/>
                <w:sz w:val="20"/>
              </w:rPr>
              <w:t>berikutnya</w:t>
            </w:r>
            <w:proofErr w:type="spellEnd"/>
            <w:r>
              <w:rPr>
                <w:rFonts w:cs="Times New Roman"/>
                <w:sz w:val="20"/>
              </w:rPr>
              <w:t xml:space="preserve"> pada </w:t>
            </w:r>
            <w:proofErr w:type="spellStart"/>
            <w:r>
              <w:rPr>
                <w:rFonts w:cs="Times New Roman"/>
                <w:sz w:val="20"/>
              </w:rPr>
              <w:t>sistem</w:t>
            </w:r>
            <w:proofErr w:type="spellEnd"/>
            <w:r>
              <w:rPr>
                <w:rFonts w:cs="Times New Roman"/>
                <w:sz w:val="20"/>
              </w:rPr>
              <w:t xml:space="preserve"> modular pipeline yang </w:t>
            </w:r>
            <w:proofErr w:type="spellStart"/>
            <w:r>
              <w:rPr>
                <w:rFonts w:cs="Times New Roman"/>
                <w:sz w:val="20"/>
              </w:rPr>
              <w:t>menyebabkan</w:t>
            </w:r>
            <w:proofErr w:type="spellEnd"/>
            <w:r>
              <w:rPr>
                <w:rFonts w:cs="Times New Roman"/>
                <w:sz w:val="20"/>
              </w:rPr>
              <w:t xml:space="preserve"> </w:t>
            </w:r>
            <w:proofErr w:type="spellStart"/>
            <w:r>
              <w:rPr>
                <w:rFonts w:cs="Times New Roman"/>
                <w:sz w:val="20"/>
              </w:rPr>
              <w:t>akumulasi</w:t>
            </w:r>
            <w:proofErr w:type="spellEnd"/>
            <w:r>
              <w:rPr>
                <w:rFonts w:cs="Times New Roman"/>
                <w:sz w:val="20"/>
              </w:rPr>
              <w:t xml:space="preserve"> </w:t>
            </w:r>
            <w:proofErr w:type="spellStart"/>
            <w:r>
              <w:rPr>
                <w:rFonts w:cs="Times New Roman"/>
                <w:sz w:val="20"/>
              </w:rPr>
              <w:t>degradasi</w:t>
            </w:r>
            <w:proofErr w:type="spellEnd"/>
            <w:r>
              <w:rPr>
                <w:rFonts w:cs="Times New Roman"/>
                <w:sz w:val="20"/>
              </w:rPr>
              <w:t xml:space="preserve"> </w:t>
            </w:r>
            <w:proofErr w:type="spellStart"/>
            <w:r>
              <w:rPr>
                <w:rFonts w:cs="Times New Roman"/>
                <w:sz w:val="20"/>
              </w:rPr>
              <w:t>performa</w:t>
            </w:r>
            <w:proofErr w:type="spellEnd"/>
            <w:r>
              <w:rPr>
                <w:rFonts w:cs="Times New Roman"/>
                <w:sz w:val="20"/>
              </w:rPr>
              <w:t>.</w:t>
            </w:r>
          </w:p>
        </w:tc>
      </w:tr>
      <w:tr w:rsidR="00F810AC" w14:paraId="23725195" w14:textId="77777777" w:rsidTr="008313F9">
        <w:tc>
          <w:tcPr>
            <w:tcW w:w="2835" w:type="dxa"/>
          </w:tcPr>
          <w:p w14:paraId="3F2F7B96" w14:textId="77777777" w:rsidR="00F810AC" w:rsidRDefault="00000000">
            <w:r>
              <w:rPr>
                <w:rFonts w:cs="Times New Roman"/>
                <w:b/>
                <w:i/>
                <w:sz w:val="20"/>
              </w:rPr>
              <w:t>Experience Replay</w:t>
            </w:r>
          </w:p>
        </w:tc>
        <w:tc>
          <w:tcPr>
            <w:tcW w:w="6520" w:type="dxa"/>
          </w:tcPr>
          <w:p w14:paraId="1BA4FC5E" w14:textId="77777777" w:rsidR="00F810AC" w:rsidRDefault="00000000">
            <w:proofErr w:type="spellStart"/>
            <w:r>
              <w:rPr>
                <w:rFonts w:cs="Times New Roman"/>
                <w:sz w:val="20"/>
              </w:rPr>
              <w:t>Mekanisme</w:t>
            </w:r>
            <w:proofErr w:type="spellEnd"/>
            <w:r>
              <w:rPr>
                <w:rFonts w:cs="Times New Roman"/>
                <w:sz w:val="20"/>
              </w:rPr>
              <w:t xml:space="preserve"> </w:t>
            </w:r>
            <w:proofErr w:type="spellStart"/>
            <w:r>
              <w:rPr>
                <w:rFonts w:cs="Times New Roman"/>
                <w:sz w:val="20"/>
              </w:rPr>
              <w:t>penyimpanan</w:t>
            </w:r>
            <w:proofErr w:type="spellEnd"/>
            <w:r>
              <w:rPr>
                <w:rFonts w:cs="Times New Roman"/>
                <w:sz w:val="20"/>
              </w:rPr>
              <w:t xml:space="preserve"> </w:t>
            </w:r>
            <w:proofErr w:type="spellStart"/>
            <w:r>
              <w:rPr>
                <w:rFonts w:cs="Times New Roman"/>
                <w:sz w:val="20"/>
              </w:rPr>
              <w:t>transisi</w:t>
            </w:r>
            <w:proofErr w:type="spellEnd"/>
            <w:r>
              <w:rPr>
                <w:rFonts w:cs="Times New Roman"/>
                <w:sz w:val="20"/>
              </w:rPr>
              <w:t xml:space="preserve"> (state, action, reward, next state) </w:t>
            </w:r>
            <w:proofErr w:type="spellStart"/>
            <w:r>
              <w:rPr>
                <w:rFonts w:cs="Times New Roman"/>
                <w:sz w:val="20"/>
              </w:rPr>
              <w:t>ke</w:t>
            </w:r>
            <w:proofErr w:type="spellEnd"/>
            <w:r>
              <w:rPr>
                <w:rFonts w:cs="Times New Roman"/>
                <w:sz w:val="20"/>
              </w:rPr>
              <w:t xml:space="preserve"> </w:t>
            </w:r>
            <w:proofErr w:type="spellStart"/>
            <w:r>
              <w:rPr>
                <w:rFonts w:cs="Times New Roman"/>
                <w:sz w:val="20"/>
              </w:rPr>
              <w:t>dalam</w:t>
            </w:r>
            <w:proofErr w:type="spellEnd"/>
            <w:r>
              <w:rPr>
                <w:rFonts w:cs="Times New Roman"/>
                <w:sz w:val="20"/>
              </w:rPr>
              <w:t xml:space="preserve"> buffer </w:t>
            </w:r>
            <w:proofErr w:type="spellStart"/>
            <w:r>
              <w:rPr>
                <w:rFonts w:cs="Times New Roman"/>
                <w:sz w:val="20"/>
              </w:rPr>
              <w:t>untuk</w:t>
            </w:r>
            <w:proofErr w:type="spellEnd"/>
            <w:r>
              <w:rPr>
                <w:rFonts w:cs="Times New Roman"/>
                <w:sz w:val="20"/>
              </w:rPr>
              <w:t xml:space="preserve"> </w:t>
            </w:r>
            <w:proofErr w:type="spellStart"/>
            <w:r>
              <w:rPr>
                <w:rFonts w:cs="Times New Roman"/>
                <w:sz w:val="20"/>
              </w:rPr>
              <w:t>disampel</w:t>
            </w:r>
            <w:proofErr w:type="spellEnd"/>
            <w:r>
              <w:rPr>
                <w:rFonts w:cs="Times New Roman"/>
                <w:sz w:val="20"/>
              </w:rPr>
              <w:t xml:space="preserve"> </w:t>
            </w:r>
            <w:proofErr w:type="spellStart"/>
            <w:r>
              <w:rPr>
                <w:rFonts w:cs="Times New Roman"/>
                <w:sz w:val="20"/>
              </w:rPr>
              <w:t>acak</w:t>
            </w:r>
            <w:proofErr w:type="spellEnd"/>
            <w:r>
              <w:rPr>
                <w:rFonts w:cs="Times New Roman"/>
                <w:sz w:val="20"/>
              </w:rPr>
              <w:t xml:space="preserve"> </w:t>
            </w:r>
            <w:proofErr w:type="spellStart"/>
            <w:r>
              <w:rPr>
                <w:rFonts w:cs="Times New Roman"/>
                <w:sz w:val="20"/>
              </w:rPr>
              <w:t>saat</w:t>
            </w:r>
            <w:proofErr w:type="spellEnd"/>
            <w:r>
              <w:rPr>
                <w:rFonts w:cs="Times New Roman"/>
                <w:sz w:val="20"/>
              </w:rPr>
              <w:t xml:space="preserve"> </w:t>
            </w:r>
            <w:proofErr w:type="spellStart"/>
            <w:r>
              <w:rPr>
                <w:rFonts w:cs="Times New Roman"/>
                <w:sz w:val="20"/>
              </w:rPr>
              <w:t>pelatihan</w:t>
            </w:r>
            <w:proofErr w:type="spellEnd"/>
            <w:r>
              <w:rPr>
                <w:rFonts w:cs="Times New Roman"/>
                <w:sz w:val="20"/>
              </w:rPr>
              <w:t xml:space="preserve"> agar </w:t>
            </w:r>
            <w:proofErr w:type="spellStart"/>
            <w:r>
              <w:rPr>
                <w:rFonts w:cs="Times New Roman"/>
                <w:sz w:val="20"/>
              </w:rPr>
              <w:t>korelasi</w:t>
            </w:r>
            <w:proofErr w:type="spellEnd"/>
            <w:r>
              <w:rPr>
                <w:rFonts w:cs="Times New Roman"/>
                <w:sz w:val="20"/>
              </w:rPr>
              <w:t xml:space="preserve"> temporal </w:t>
            </w:r>
            <w:proofErr w:type="spellStart"/>
            <w:r>
              <w:rPr>
                <w:rFonts w:cs="Times New Roman"/>
                <w:sz w:val="20"/>
              </w:rPr>
              <w:t>antardata</w:t>
            </w:r>
            <w:proofErr w:type="spellEnd"/>
            <w:r>
              <w:rPr>
                <w:rFonts w:cs="Times New Roman"/>
                <w:sz w:val="20"/>
              </w:rPr>
              <w:t xml:space="preserve"> </w:t>
            </w:r>
            <w:proofErr w:type="spellStart"/>
            <w:r>
              <w:rPr>
                <w:rFonts w:cs="Times New Roman"/>
                <w:sz w:val="20"/>
              </w:rPr>
              <w:t>terputus</w:t>
            </w:r>
            <w:proofErr w:type="spellEnd"/>
            <w:r>
              <w:rPr>
                <w:rFonts w:cs="Times New Roman"/>
                <w:sz w:val="20"/>
              </w:rPr>
              <w:t>.</w:t>
            </w:r>
          </w:p>
        </w:tc>
      </w:tr>
      <w:tr w:rsidR="00F810AC" w14:paraId="3B14FCDA" w14:textId="77777777" w:rsidTr="008313F9">
        <w:tc>
          <w:tcPr>
            <w:tcW w:w="2835" w:type="dxa"/>
          </w:tcPr>
          <w:p w14:paraId="73B073C7" w14:textId="77777777" w:rsidR="00F810AC" w:rsidRDefault="00000000">
            <w:r>
              <w:rPr>
                <w:rFonts w:cs="Times New Roman"/>
                <w:b/>
                <w:i/>
                <w:sz w:val="20"/>
              </w:rPr>
              <w:t>Frame</w:t>
            </w:r>
          </w:p>
        </w:tc>
        <w:tc>
          <w:tcPr>
            <w:tcW w:w="6520" w:type="dxa"/>
          </w:tcPr>
          <w:p w14:paraId="53569167" w14:textId="77777777" w:rsidR="00F810AC" w:rsidRDefault="00000000">
            <w:r>
              <w:rPr>
                <w:rFonts w:cs="Times New Roman"/>
                <w:sz w:val="20"/>
              </w:rPr>
              <w:t xml:space="preserve">Citra </w:t>
            </w:r>
            <w:proofErr w:type="spellStart"/>
            <w:r>
              <w:rPr>
                <w:rFonts w:cs="Times New Roman"/>
                <w:sz w:val="20"/>
              </w:rPr>
              <w:t>tunggal</w:t>
            </w:r>
            <w:proofErr w:type="spellEnd"/>
            <w:r>
              <w:rPr>
                <w:rFonts w:cs="Times New Roman"/>
                <w:sz w:val="20"/>
              </w:rPr>
              <w:t xml:space="preserve"> yang </w:t>
            </w:r>
            <w:proofErr w:type="spellStart"/>
            <w:r>
              <w:rPr>
                <w:rFonts w:cs="Times New Roman"/>
                <w:sz w:val="20"/>
              </w:rPr>
              <w:t>ditangkap</w:t>
            </w:r>
            <w:proofErr w:type="spellEnd"/>
            <w:r>
              <w:rPr>
                <w:rFonts w:cs="Times New Roman"/>
                <w:sz w:val="20"/>
              </w:rPr>
              <w:t xml:space="preserve"> </w:t>
            </w:r>
            <w:proofErr w:type="spellStart"/>
            <w:r>
              <w:rPr>
                <w:rFonts w:cs="Times New Roman"/>
                <w:sz w:val="20"/>
              </w:rPr>
              <w:t>dari</w:t>
            </w:r>
            <w:proofErr w:type="spellEnd"/>
            <w:r>
              <w:rPr>
                <w:rFonts w:cs="Times New Roman"/>
                <w:sz w:val="20"/>
              </w:rPr>
              <w:t xml:space="preserve"> </w:t>
            </w:r>
            <w:proofErr w:type="spellStart"/>
            <w:r>
              <w:rPr>
                <w:rFonts w:cs="Times New Roman"/>
                <w:sz w:val="20"/>
              </w:rPr>
              <w:t>kamera</w:t>
            </w:r>
            <w:proofErr w:type="spellEnd"/>
            <w:r>
              <w:rPr>
                <w:rFonts w:cs="Times New Roman"/>
                <w:sz w:val="20"/>
              </w:rPr>
              <w:t xml:space="preserve"> </w:t>
            </w:r>
            <w:proofErr w:type="spellStart"/>
            <w:r>
              <w:rPr>
                <w:rFonts w:cs="Times New Roman"/>
                <w:sz w:val="20"/>
              </w:rPr>
              <w:t>atau</w:t>
            </w:r>
            <w:proofErr w:type="spellEnd"/>
            <w:r>
              <w:rPr>
                <w:rFonts w:cs="Times New Roman"/>
                <w:sz w:val="20"/>
              </w:rPr>
              <w:t xml:space="preserve"> </w:t>
            </w:r>
            <w:proofErr w:type="spellStart"/>
            <w:r>
              <w:rPr>
                <w:rFonts w:cs="Times New Roman"/>
                <w:sz w:val="20"/>
              </w:rPr>
              <w:t>lingkungan</w:t>
            </w:r>
            <w:proofErr w:type="spellEnd"/>
            <w:r>
              <w:rPr>
                <w:rFonts w:cs="Times New Roman"/>
                <w:sz w:val="20"/>
              </w:rPr>
              <w:t xml:space="preserve"> pada </w:t>
            </w:r>
            <w:proofErr w:type="spellStart"/>
            <w:r>
              <w:rPr>
                <w:rFonts w:cs="Times New Roman"/>
                <w:sz w:val="20"/>
              </w:rPr>
              <w:t>satu</w:t>
            </w:r>
            <w:proofErr w:type="spellEnd"/>
            <w:r>
              <w:rPr>
                <w:rFonts w:cs="Times New Roman"/>
                <w:sz w:val="20"/>
              </w:rPr>
              <w:t xml:space="preserve"> </w:t>
            </w:r>
            <w:proofErr w:type="spellStart"/>
            <w:r>
              <w:rPr>
                <w:rFonts w:cs="Times New Roman"/>
                <w:sz w:val="20"/>
              </w:rPr>
              <w:t>langkah</w:t>
            </w:r>
            <w:proofErr w:type="spellEnd"/>
            <w:r>
              <w:rPr>
                <w:rFonts w:cs="Times New Roman"/>
                <w:sz w:val="20"/>
              </w:rPr>
              <w:t xml:space="preserve"> </w:t>
            </w:r>
            <w:proofErr w:type="spellStart"/>
            <w:r>
              <w:rPr>
                <w:rFonts w:cs="Times New Roman"/>
                <w:sz w:val="20"/>
              </w:rPr>
              <w:t>waktu</w:t>
            </w:r>
            <w:proofErr w:type="spellEnd"/>
            <w:r>
              <w:rPr>
                <w:rFonts w:cs="Times New Roman"/>
                <w:sz w:val="20"/>
              </w:rPr>
              <w:t>.</w:t>
            </w:r>
          </w:p>
        </w:tc>
      </w:tr>
      <w:tr w:rsidR="00F810AC" w14:paraId="109B2CBC" w14:textId="77777777" w:rsidTr="008313F9">
        <w:tc>
          <w:tcPr>
            <w:tcW w:w="2835" w:type="dxa"/>
          </w:tcPr>
          <w:p w14:paraId="2F350845" w14:textId="77777777" w:rsidR="00F810AC" w:rsidRDefault="00000000">
            <w:r>
              <w:rPr>
                <w:rFonts w:cs="Times New Roman"/>
                <w:b/>
                <w:i/>
                <w:sz w:val="20"/>
              </w:rPr>
              <w:t>Frame Stacking</w:t>
            </w:r>
          </w:p>
        </w:tc>
        <w:tc>
          <w:tcPr>
            <w:tcW w:w="6520" w:type="dxa"/>
          </w:tcPr>
          <w:p w14:paraId="208B0713" w14:textId="77777777" w:rsidR="00F810AC" w:rsidRDefault="00000000">
            <w:proofErr w:type="spellStart"/>
            <w:r>
              <w:rPr>
                <w:rFonts w:cs="Times New Roman"/>
                <w:sz w:val="20"/>
              </w:rPr>
              <w:t>Penggabungan</w:t>
            </w:r>
            <w:proofErr w:type="spellEnd"/>
            <w:r>
              <w:rPr>
                <w:rFonts w:cs="Times New Roman"/>
                <w:sz w:val="20"/>
              </w:rPr>
              <w:t xml:space="preserve"> </w:t>
            </w:r>
            <w:proofErr w:type="spellStart"/>
            <w:r>
              <w:rPr>
                <w:rFonts w:cs="Times New Roman"/>
                <w:sz w:val="20"/>
              </w:rPr>
              <w:t>beberapa</w:t>
            </w:r>
            <w:proofErr w:type="spellEnd"/>
            <w:r>
              <w:rPr>
                <w:rFonts w:cs="Times New Roman"/>
                <w:sz w:val="20"/>
              </w:rPr>
              <w:t xml:space="preserve"> frame </w:t>
            </w:r>
            <w:proofErr w:type="spellStart"/>
            <w:r>
              <w:rPr>
                <w:rFonts w:cs="Times New Roman"/>
                <w:sz w:val="20"/>
              </w:rPr>
              <w:t>berurutan</w:t>
            </w:r>
            <w:proofErr w:type="spellEnd"/>
            <w:r>
              <w:rPr>
                <w:rFonts w:cs="Times New Roman"/>
                <w:sz w:val="20"/>
              </w:rPr>
              <w:t xml:space="preserve"> </w:t>
            </w:r>
            <w:proofErr w:type="spellStart"/>
            <w:r>
              <w:rPr>
                <w:rFonts w:cs="Times New Roman"/>
                <w:sz w:val="20"/>
              </w:rPr>
              <w:t>menjadi</w:t>
            </w:r>
            <w:proofErr w:type="spellEnd"/>
            <w:r>
              <w:rPr>
                <w:rFonts w:cs="Times New Roman"/>
                <w:sz w:val="20"/>
              </w:rPr>
              <w:t xml:space="preserve"> </w:t>
            </w:r>
            <w:proofErr w:type="spellStart"/>
            <w:r>
              <w:rPr>
                <w:rFonts w:cs="Times New Roman"/>
                <w:sz w:val="20"/>
              </w:rPr>
              <w:t>satu</w:t>
            </w:r>
            <w:proofErr w:type="spellEnd"/>
            <w:r>
              <w:rPr>
                <w:rFonts w:cs="Times New Roman"/>
                <w:sz w:val="20"/>
              </w:rPr>
              <w:t xml:space="preserve"> </w:t>
            </w:r>
            <w:proofErr w:type="spellStart"/>
            <w:r>
              <w:rPr>
                <w:rFonts w:cs="Times New Roman"/>
                <w:sz w:val="20"/>
              </w:rPr>
              <w:t>masukan</w:t>
            </w:r>
            <w:proofErr w:type="spellEnd"/>
            <w:r>
              <w:rPr>
                <w:rFonts w:cs="Times New Roman"/>
                <w:sz w:val="20"/>
              </w:rPr>
              <w:t xml:space="preserve"> agar </w:t>
            </w:r>
            <w:proofErr w:type="spellStart"/>
            <w:r>
              <w:rPr>
                <w:rFonts w:cs="Times New Roman"/>
                <w:sz w:val="20"/>
              </w:rPr>
              <w:t>agen</w:t>
            </w:r>
            <w:proofErr w:type="spellEnd"/>
            <w:r>
              <w:rPr>
                <w:rFonts w:cs="Times New Roman"/>
                <w:sz w:val="20"/>
              </w:rPr>
              <w:t xml:space="preserve"> </w:t>
            </w:r>
            <w:proofErr w:type="spellStart"/>
            <w:r>
              <w:rPr>
                <w:rFonts w:cs="Times New Roman"/>
                <w:sz w:val="20"/>
              </w:rPr>
              <w:t>memiliki</w:t>
            </w:r>
            <w:proofErr w:type="spellEnd"/>
            <w:r>
              <w:rPr>
                <w:rFonts w:cs="Times New Roman"/>
                <w:sz w:val="20"/>
              </w:rPr>
              <w:t xml:space="preserve"> </w:t>
            </w:r>
            <w:proofErr w:type="spellStart"/>
            <w:r>
              <w:rPr>
                <w:rFonts w:cs="Times New Roman"/>
                <w:sz w:val="20"/>
              </w:rPr>
              <w:t>informasi</w:t>
            </w:r>
            <w:proofErr w:type="spellEnd"/>
            <w:r>
              <w:rPr>
                <w:rFonts w:cs="Times New Roman"/>
                <w:sz w:val="20"/>
              </w:rPr>
              <w:t xml:space="preserve"> </w:t>
            </w:r>
            <w:proofErr w:type="spellStart"/>
            <w:r>
              <w:rPr>
                <w:rFonts w:cs="Times New Roman"/>
                <w:sz w:val="20"/>
              </w:rPr>
              <w:t>dinamika</w:t>
            </w:r>
            <w:proofErr w:type="spellEnd"/>
            <w:r>
              <w:rPr>
                <w:rFonts w:cs="Times New Roman"/>
                <w:sz w:val="20"/>
              </w:rPr>
              <w:t xml:space="preserve"> temporal.</w:t>
            </w:r>
          </w:p>
        </w:tc>
      </w:tr>
      <w:tr w:rsidR="00F810AC" w14:paraId="5060C248" w14:textId="77777777" w:rsidTr="008313F9">
        <w:tc>
          <w:tcPr>
            <w:tcW w:w="2835" w:type="dxa"/>
          </w:tcPr>
          <w:p w14:paraId="2C0FF10E" w14:textId="77777777" w:rsidR="00F810AC" w:rsidRDefault="00000000">
            <w:r>
              <w:rPr>
                <w:rFonts w:cs="Times New Roman"/>
                <w:b/>
                <w:i/>
                <w:sz w:val="20"/>
              </w:rPr>
              <w:t>Grayscale</w:t>
            </w:r>
          </w:p>
        </w:tc>
        <w:tc>
          <w:tcPr>
            <w:tcW w:w="6520" w:type="dxa"/>
          </w:tcPr>
          <w:p w14:paraId="7A9F67DF" w14:textId="77777777" w:rsidR="00F810AC" w:rsidRDefault="00000000">
            <w:r>
              <w:rPr>
                <w:rFonts w:cs="Times New Roman"/>
                <w:sz w:val="20"/>
              </w:rPr>
              <w:t xml:space="preserve">Citra </w:t>
            </w:r>
            <w:proofErr w:type="spellStart"/>
            <w:r>
              <w:rPr>
                <w:rFonts w:cs="Times New Roman"/>
                <w:sz w:val="20"/>
              </w:rPr>
              <w:t>dengan</w:t>
            </w:r>
            <w:proofErr w:type="spellEnd"/>
            <w:r>
              <w:rPr>
                <w:rFonts w:cs="Times New Roman"/>
                <w:sz w:val="20"/>
              </w:rPr>
              <w:t xml:space="preserve"> </w:t>
            </w:r>
            <w:proofErr w:type="spellStart"/>
            <w:r>
              <w:rPr>
                <w:rFonts w:cs="Times New Roman"/>
                <w:sz w:val="20"/>
              </w:rPr>
              <w:t>satu</w:t>
            </w:r>
            <w:proofErr w:type="spellEnd"/>
            <w:r>
              <w:rPr>
                <w:rFonts w:cs="Times New Roman"/>
                <w:sz w:val="20"/>
              </w:rPr>
              <w:t xml:space="preserve"> </w:t>
            </w:r>
            <w:proofErr w:type="spellStart"/>
            <w:r>
              <w:rPr>
                <w:rFonts w:cs="Times New Roman"/>
                <w:sz w:val="20"/>
              </w:rPr>
              <w:t>kanal</w:t>
            </w:r>
            <w:proofErr w:type="spellEnd"/>
            <w:r>
              <w:rPr>
                <w:rFonts w:cs="Times New Roman"/>
                <w:sz w:val="20"/>
              </w:rPr>
              <w:t xml:space="preserve"> </w:t>
            </w:r>
            <w:proofErr w:type="spellStart"/>
            <w:r>
              <w:rPr>
                <w:rFonts w:cs="Times New Roman"/>
                <w:sz w:val="20"/>
              </w:rPr>
              <w:t>warna</w:t>
            </w:r>
            <w:proofErr w:type="spellEnd"/>
            <w:r>
              <w:rPr>
                <w:rFonts w:cs="Times New Roman"/>
                <w:sz w:val="20"/>
              </w:rPr>
              <w:t xml:space="preserve"> yang </w:t>
            </w:r>
            <w:proofErr w:type="spellStart"/>
            <w:r>
              <w:rPr>
                <w:rFonts w:cs="Times New Roman"/>
                <w:sz w:val="20"/>
              </w:rPr>
              <w:t>merepresentasikan</w:t>
            </w:r>
            <w:proofErr w:type="spellEnd"/>
            <w:r>
              <w:rPr>
                <w:rFonts w:cs="Times New Roman"/>
                <w:sz w:val="20"/>
              </w:rPr>
              <w:t xml:space="preserve"> </w:t>
            </w:r>
            <w:proofErr w:type="spellStart"/>
            <w:r>
              <w:rPr>
                <w:rFonts w:cs="Times New Roman"/>
                <w:sz w:val="20"/>
              </w:rPr>
              <w:t>intensitas</w:t>
            </w:r>
            <w:proofErr w:type="spellEnd"/>
            <w:r>
              <w:rPr>
                <w:rFonts w:cs="Times New Roman"/>
                <w:sz w:val="20"/>
              </w:rPr>
              <w:t xml:space="preserve"> </w:t>
            </w:r>
            <w:proofErr w:type="spellStart"/>
            <w:r>
              <w:rPr>
                <w:rFonts w:cs="Times New Roman"/>
                <w:sz w:val="20"/>
              </w:rPr>
              <w:t>keabuan</w:t>
            </w:r>
            <w:proofErr w:type="spellEnd"/>
            <w:r>
              <w:rPr>
                <w:rFonts w:cs="Times New Roman"/>
                <w:sz w:val="20"/>
              </w:rPr>
              <w:t>.</w:t>
            </w:r>
          </w:p>
        </w:tc>
      </w:tr>
      <w:tr w:rsidR="00F810AC" w14:paraId="33BC76A1" w14:textId="77777777" w:rsidTr="008313F9">
        <w:tc>
          <w:tcPr>
            <w:tcW w:w="2835" w:type="dxa"/>
          </w:tcPr>
          <w:p w14:paraId="2B0A3021" w14:textId="77777777" w:rsidR="00F810AC" w:rsidRDefault="00000000">
            <w:r>
              <w:rPr>
                <w:rFonts w:cs="Times New Roman"/>
                <w:b/>
                <w:i/>
                <w:sz w:val="20"/>
              </w:rPr>
              <w:t>Hyperparameter</w:t>
            </w:r>
          </w:p>
        </w:tc>
        <w:tc>
          <w:tcPr>
            <w:tcW w:w="6520" w:type="dxa"/>
          </w:tcPr>
          <w:p w14:paraId="40E53203" w14:textId="77777777" w:rsidR="00F810AC" w:rsidRDefault="00000000">
            <w:r>
              <w:rPr>
                <w:rFonts w:cs="Times New Roman"/>
                <w:sz w:val="20"/>
              </w:rPr>
              <w:t xml:space="preserve">Parameter </w:t>
            </w:r>
            <w:proofErr w:type="spellStart"/>
            <w:r>
              <w:rPr>
                <w:rFonts w:cs="Times New Roman"/>
                <w:sz w:val="20"/>
              </w:rPr>
              <w:t>konfigurasi</w:t>
            </w:r>
            <w:proofErr w:type="spellEnd"/>
            <w:r>
              <w:rPr>
                <w:rFonts w:cs="Times New Roman"/>
                <w:sz w:val="20"/>
              </w:rPr>
              <w:t xml:space="preserve"> </w:t>
            </w:r>
            <w:proofErr w:type="spellStart"/>
            <w:r>
              <w:rPr>
                <w:rFonts w:cs="Times New Roman"/>
                <w:sz w:val="20"/>
              </w:rPr>
              <w:t>pelatihan</w:t>
            </w:r>
            <w:proofErr w:type="spellEnd"/>
            <w:r>
              <w:rPr>
                <w:rFonts w:cs="Times New Roman"/>
                <w:sz w:val="20"/>
              </w:rPr>
              <w:t xml:space="preserve"> yang </w:t>
            </w:r>
            <w:proofErr w:type="spellStart"/>
            <w:r>
              <w:rPr>
                <w:rFonts w:cs="Times New Roman"/>
                <w:sz w:val="20"/>
              </w:rPr>
              <w:t>ditetapkan</w:t>
            </w:r>
            <w:proofErr w:type="spellEnd"/>
            <w:r>
              <w:rPr>
                <w:rFonts w:cs="Times New Roman"/>
                <w:sz w:val="20"/>
              </w:rPr>
              <w:t xml:space="preserve"> </w:t>
            </w:r>
            <w:proofErr w:type="spellStart"/>
            <w:r>
              <w:rPr>
                <w:rFonts w:cs="Times New Roman"/>
                <w:sz w:val="20"/>
              </w:rPr>
              <w:t>sebelum</w:t>
            </w:r>
            <w:proofErr w:type="spellEnd"/>
            <w:r>
              <w:rPr>
                <w:rFonts w:cs="Times New Roman"/>
                <w:sz w:val="20"/>
              </w:rPr>
              <w:t xml:space="preserve"> proses </w:t>
            </w:r>
            <w:proofErr w:type="spellStart"/>
            <w:r>
              <w:rPr>
                <w:rFonts w:cs="Times New Roman"/>
                <w:sz w:val="20"/>
              </w:rPr>
              <w:t>pembelajaran</w:t>
            </w:r>
            <w:proofErr w:type="spellEnd"/>
            <w:r>
              <w:rPr>
                <w:rFonts w:cs="Times New Roman"/>
                <w:sz w:val="20"/>
              </w:rPr>
              <w:t xml:space="preserve">, </w:t>
            </w:r>
            <w:proofErr w:type="spellStart"/>
            <w:r>
              <w:rPr>
                <w:rFonts w:cs="Times New Roman"/>
                <w:sz w:val="20"/>
              </w:rPr>
              <w:t>seperti</w:t>
            </w:r>
            <w:proofErr w:type="spellEnd"/>
            <w:r>
              <w:rPr>
                <w:rFonts w:cs="Times New Roman"/>
                <w:sz w:val="20"/>
              </w:rPr>
              <w:t xml:space="preserve"> learning rate, batch size, dan gamma.</w:t>
            </w:r>
          </w:p>
        </w:tc>
      </w:tr>
      <w:tr w:rsidR="00F810AC" w14:paraId="36BE3D70" w14:textId="77777777" w:rsidTr="008313F9">
        <w:tc>
          <w:tcPr>
            <w:tcW w:w="2835" w:type="dxa"/>
          </w:tcPr>
          <w:p w14:paraId="601FDAA6" w14:textId="77777777" w:rsidR="00F810AC" w:rsidRDefault="00000000">
            <w:r>
              <w:rPr>
                <w:rFonts w:cs="Times New Roman"/>
                <w:b/>
                <w:i/>
                <w:sz w:val="20"/>
              </w:rPr>
              <w:t>Markov Decision Process (MDP)</w:t>
            </w:r>
          </w:p>
        </w:tc>
        <w:tc>
          <w:tcPr>
            <w:tcW w:w="6520" w:type="dxa"/>
          </w:tcPr>
          <w:p w14:paraId="4113FC2E" w14:textId="77777777" w:rsidR="00F810AC" w:rsidRDefault="00000000">
            <w:proofErr w:type="spellStart"/>
            <w:r>
              <w:rPr>
                <w:rFonts w:cs="Times New Roman"/>
                <w:sz w:val="20"/>
              </w:rPr>
              <w:t>Kerangka</w:t>
            </w:r>
            <w:proofErr w:type="spellEnd"/>
            <w:r>
              <w:rPr>
                <w:rFonts w:cs="Times New Roman"/>
                <w:sz w:val="20"/>
              </w:rPr>
              <w:t xml:space="preserve"> </w:t>
            </w:r>
            <w:proofErr w:type="spellStart"/>
            <w:r>
              <w:rPr>
                <w:rFonts w:cs="Times New Roman"/>
                <w:sz w:val="20"/>
              </w:rPr>
              <w:t>matematis</w:t>
            </w:r>
            <w:proofErr w:type="spellEnd"/>
            <w:r>
              <w:rPr>
                <w:rFonts w:cs="Times New Roman"/>
                <w:sz w:val="20"/>
              </w:rPr>
              <w:t xml:space="preserve"> </w:t>
            </w:r>
            <w:proofErr w:type="spellStart"/>
            <w:r>
              <w:rPr>
                <w:rFonts w:cs="Times New Roman"/>
                <w:sz w:val="20"/>
              </w:rPr>
              <w:t>untuk</w:t>
            </w:r>
            <w:proofErr w:type="spellEnd"/>
            <w:r>
              <w:rPr>
                <w:rFonts w:cs="Times New Roman"/>
                <w:sz w:val="20"/>
              </w:rPr>
              <w:t xml:space="preserve"> </w:t>
            </w:r>
            <w:proofErr w:type="spellStart"/>
            <w:r>
              <w:rPr>
                <w:rFonts w:cs="Times New Roman"/>
                <w:sz w:val="20"/>
              </w:rPr>
              <w:t>memodelkan</w:t>
            </w:r>
            <w:proofErr w:type="spellEnd"/>
            <w:r>
              <w:rPr>
                <w:rFonts w:cs="Times New Roman"/>
                <w:sz w:val="20"/>
              </w:rPr>
              <w:t xml:space="preserve"> </w:t>
            </w:r>
            <w:proofErr w:type="spellStart"/>
            <w:r>
              <w:rPr>
                <w:rFonts w:cs="Times New Roman"/>
                <w:sz w:val="20"/>
              </w:rPr>
              <w:t>pengambilan</w:t>
            </w:r>
            <w:proofErr w:type="spellEnd"/>
            <w:r>
              <w:rPr>
                <w:rFonts w:cs="Times New Roman"/>
                <w:sz w:val="20"/>
              </w:rPr>
              <w:t xml:space="preserve"> </w:t>
            </w:r>
            <w:proofErr w:type="spellStart"/>
            <w:r>
              <w:rPr>
                <w:rFonts w:cs="Times New Roman"/>
                <w:sz w:val="20"/>
              </w:rPr>
              <w:t>keputusan</w:t>
            </w:r>
            <w:proofErr w:type="spellEnd"/>
            <w:r>
              <w:rPr>
                <w:rFonts w:cs="Times New Roman"/>
                <w:sz w:val="20"/>
              </w:rPr>
              <w:t xml:space="preserve"> </w:t>
            </w:r>
            <w:proofErr w:type="spellStart"/>
            <w:r>
              <w:rPr>
                <w:rFonts w:cs="Times New Roman"/>
                <w:sz w:val="20"/>
              </w:rPr>
              <w:t>berurutan</w:t>
            </w:r>
            <w:proofErr w:type="spellEnd"/>
            <w:r>
              <w:rPr>
                <w:rFonts w:cs="Times New Roman"/>
                <w:sz w:val="20"/>
              </w:rPr>
              <w:t xml:space="preserve">, </w:t>
            </w:r>
            <w:proofErr w:type="spellStart"/>
            <w:r>
              <w:rPr>
                <w:rFonts w:cs="Times New Roman"/>
                <w:sz w:val="20"/>
              </w:rPr>
              <w:t>didefinisikan</w:t>
            </w:r>
            <w:proofErr w:type="spellEnd"/>
            <w:r>
              <w:rPr>
                <w:rFonts w:cs="Times New Roman"/>
                <w:sz w:val="20"/>
              </w:rPr>
              <w:t xml:space="preserve"> oleh </w:t>
            </w:r>
            <w:proofErr w:type="spellStart"/>
            <w:r>
              <w:rPr>
                <w:rFonts w:cs="Times New Roman"/>
                <w:sz w:val="20"/>
              </w:rPr>
              <w:t>tupel</w:t>
            </w:r>
            <w:proofErr w:type="spellEnd"/>
            <w:r>
              <w:rPr>
                <w:rFonts w:cs="Times New Roman"/>
                <w:sz w:val="20"/>
              </w:rPr>
              <w:t xml:space="preserve"> (S, A, P, R, γ).</w:t>
            </w:r>
          </w:p>
        </w:tc>
      </w:tr>
      <w:tr w:rsidR="00F810AC" w14:paraId="5F2F04DE" w14:textId="77777777" w:rsidTr="008313F9">
        <w:tc>
          <w:tcPr>
            <w:tcW w:w="2835" w:type="dxa"/>
          </w:tcPr>
          <w:p w14:paraId="3B47CB87" w14:textId="77777777" w:rsidR="00F810AC" w:rsidRDefault="00000000">
            <w:r>
              <w:rPr>
                <w:rFonts w:cs="Times New Roman"/>
                <w:b/>
                <w:i/>
                <w:sz w:val="20"/>
              </w:rPr>
              <w:t>Mean Episode Return</w:t>
            </w:r>
          </w:p>
        </w:tc>
        <w:tc>
          <w:tcPr>
            <w:tcW w:w="6520" w:type="dxa"/>
          </w:tcPr>
          <w:p w14:paraId="4C57CBB7" w14:textId="77777777" w:rsidR="00F810AC" w:rsidRDefault="00000000">
            <w:proofErr w:type="spellStart"/>
            <w:r>
              <w:rPr>
                <w:rFonts w:cs="Times New Roman"/>
                <w:sz w:val="20"/>
              </w:rPr>
              <w:t>Rerata</w:t>
            </w:r>
            <w:proofErr w:type="spellEnd"/>
            <w:r>
              <w:rPr>
                <w:rFonts w:cs="Times New Roman"/>
                <w:sz w:val="20"/>
              </w:rPr>
              <w:t xml:space="preserve"> </w:t>
            </w:r>
            <w:proofErr w:type="spellStart"/>
            <w:r>
              <w:rPr>
                <w:rFonts w:cs="Times New Roman"/>
                <w:sz w:val="20"/>
              </w:rPr>
              <w:t>akumulasi</w:t>
            </w:r>
            <w:proofErr w:type="spellEnd"/>
            <w:r>
              <w:rPr>
                <w:rFonts w:cs="Times New Roman"/>
                <w:sz w:val="20"/>
              </w:rPr>
              <w:t xml:space="preserve"> reward per episode; </w:t>
            </w:r>
            <w:proofErr w:type="spellStart"/>
            <w:r>
              <w:rPr>
                <w:rFonts w:cs="Times New Roman"/>
                <w:sz w:val="20"/>
              </w:rPr>
              <w:t>indikator</w:t>
            </w:r>
            <w:proofErr w:type="spellEnd"/>
            <w:r>
              <w:rPr>
                <w:rFonts w:cs="Times New Roman"/>
                <w:sz w:val="20"/>
              </w:rPr>
              <w:t xml:space="preserve"> </w:t>
            </w:r>
            <w:proofErr w:type="spellStart"/>
            <w:r>
              <w:rPr>
                <w:rFonts w:cs="Times New Roman"/>
                <w:sz w:val="20"/>
              </w:rPr>
              <w:t>agregat</w:t>
            </w:r>
            <w:proofErr w:type="spellEnd"/>
            <w:r>
              <w:rPr>
                <w:rFonts w:cs="Times New Roman"/>
                <w:sz w:val="20"/>
              </w:rPr>
              <w:t xml:space="preserve"> </w:t>
            </w:r>
            <w:proofErr w:type="spellStart"/>
            <w:r>
              <w:rPr>
                <w:rFonts w:cs="Times New Roman"/>
                <w:sz w:val="20"/>
              </w:rPr>
              <w:t>kualitas</w:t>
            </w:r>
            <w:proofErr w:type="spellEnd"/>
            <w:r>
              <w:rPr>
                <w:rFonts w:cs="Times New Roman"/>
                <w:sz w:val="20"/>
              </w:rPr>
              <w:t xml:space="preserve"> </w:t>
            </w:r>
            <w:proofErr w:type="spellStart"/>
            <w:r>
              <w:rPr>
                <w:rFonts w:cs="Times New Roman"/>
                <w:sz w:val="20"/>
              </w:rPr>
              <w:t>kebijakan</w:t>
            </w:r>
            <w:proofErr w:type="spellEnd"/>
            <w:r>
              <w:rPr>
                <w:rFonts w:cs="Times New Roman"/>
                <w:sz w:val="20"/>
              </w:rPr>
              <w:t xml:space="preserve"> yang </w:t>
            </w:r>
            <w:proofErr w:type="spellStart"/>
            <w:r>
              <w:rPr>
                <w:rFonts w:cs="Times New Roman"/>
                <w:sz w:val="20"/>
              </w:rPr>
              <w:t>dipelajari</w:t>
            </w:r>
            <w:proofErr w:type="spellEnd"/>
            <w:r>
              <w:rPr>
                <w:rFonts w:cs="Times New Roman"/>
                <w:sz w:val="20"/>
              </w:rPr>
              <w:t xml:space="preserve"> </w:t>
            </w:r>
            <w:proofErr w:type="spellStart"/>
            <w:r>
              <w:rPr>
                <w:rFonts w:cs="Times New Roman"/>
                <w:sz w:val="20"/>
              </w:rPr>
              <w:t>agen</w:t>
            </w:r>
            <w:proofErr w:type="spellEnd"/>
            <w:r>
              <w:rPr>
                <w:rFonts w:cs="Times New Roman"/>
                <w:sz w:val="20"/>
              </w:rPr>
              <w:t>.</w:t>
            </w:r>
          </w:p>
        </w:tc>
      </w:tr>
      <w:tr w:rsidR="00F810AC" w14:paraId="150C84FD" w14:textId="77777777" w:rsidTr="008313F9">
        <w:tc>
          <w:tcPr>
            <w:tcW w:w="2835" w:type="dxa"/>
          </w:tcPr>
          <w:p w14:paraId="29DAAD3D" w14:textId="77777777" w:rsidR="00F810AC" w:rsidRDefault="00000000">
            <w:r>
              <w:rPr>
                <w:rFonts w:cs="Times New Roman"/>
                <w:b/>
                <w:i/>
                <w:sz w:val="20"/>
              </w:rPr>
              <w:t>Modular Pipeline</w:t>
            </w:r>
          </w:p>
        </w:tc>
        <w:tc>
          <w:tcPr>
            <w:tcW w:w="6520" w:type="dxa"/>
          </w:tcPr>
          <w:p w14:paraId="4534C8EA" w14:textId="77777777" w:rsidR="00F810AC" w:rsidRDefault="00000000">
            <w:proofErr w:type="spellStart"/>
            <w:r>
              <w:rPr>
                <w:rFonts w:cs="Times New Roman"/>
                <w:sz w:val="20"/>
              </w:rPr>
              <w:t>Arsitektur</w:t>
            </w:r>
            <w:proofErr w:type="spellEnd"/>
            <w:r>
              <w:rPr>
                <w:rFonts w:cs="Times New Roman"/>
                <w:sz w:val="20"/>
              </w:rPr>
              <w:t xml:space="preserve"> </w:t>
            </w:r>
            <w:proofErr w:type="spellStart"/>
            <w:r>
              <w:rPr>
                <w:rFonts w:cs="Times New Roman"/>
                <w:sz w:val="20"/>
              </w:rPr>
              <w:t>sistem</w:t>
            </w:r>
            <w:proofErr w:type="spellEnd"/>
            <w:r>
              <w:rPr>
                <w:rFonts w:cs="Times New Roman"/>
                <w:sz w:val="20"/>
              </w:rPr>
              <w:t xml:space="preserve"> </w:t>
            </w:r>
            <w:proofErr w:type="spellStart"/>
            <w:r>
              <w:rPr>
                <w:rFonts w:cs="Times New Roman"/>
                <w:sz w:val="20"/>
              </w:rPr>
              <w:t>kendaraan</w:t>
            </w:r>
            <w:proofErr w:type="spellEnd"/>
            <w:r>
              <w:rPr>
                <w:rFonts w:cs="Times New Roman"/>
                <w:sz w:val="20"/>
              </w:rPr>
              <w:t xml:space="preserve"> </w:t>
            </w:r>
            <w:proofErr w:type="spellStart"/>
            <w:r>
              <w:rPr>
                <w:rFonts w:cs="Times New Roman"/>
                <w:sz w:val="20"/>
              </w:rPr>
              <w:t>otonom</w:t>
            </w:r>
            <w:proofErr w:type="spellEnd"/>
            <w:r>
              <w:rPr>
                <w:rFonts w:cs="Times New Roman"/>
                <w:sz w:val="20"/>
              </w:rPr>
              <w:t xml:space="preserve"> </w:t>
            </w:r>
            <w:proofErr w:type="spellStart"/>
            <w:r>
              <w:rPr>
                <w:rFonts w:cs="Times New Roman"/>
                <w:sz w:val="20"/>
              </w:rPr>
              <w:t>klasik</w:t>
            </w:r>
            <w:proofErr w:type="spellEnd"/>
            <w:r>
              <w:rPr>
                <w:rFonts w:cs="Times New Roman"/>
                <w:sz w:val="20"/>
              </w:rPr>
              <w:t xml:space="preserve"> yang </w:t>
            </w:r>
            <w:proofErr w:type="spellStart"/>
            <w:r>
              <w:rPr>
                <w:rFonts w:cs="Times New Roman"/>
                <w:sz w:val="20"/>
              </w:rPr>
              <w:t>membagi</w:t>
            </w:r>
            <w:proofErr w:type="spellEnd"/>
            <w:r>
              <w:rPr>
                <w:rFonts w:cs="Times New Roman"/>
                <w:sz w:val="20"/>
              </w:rPr>
              <w:t xml:space="preserve"> </w:t>
            </w:r>
            <w:proofErr w:type="spellStart"/>
            <w:r>
              <w:rPr>
                <w:rFonts w:cs="Times New Roman"/>
                <w:sz w:val="20"/>
              </w:rPr>
              <w:t>persoalan</w:t>
            </w:r>
            <w:proofErr w:type="spellEnd"/>
            <w:r>
              <w:rPr>
                <w:rFonts w:cs="Times New Roman"/>
                <w:sz w:val="20"/>
              </w:rPr>
              <w:t xml:space="preserve"> </w:t>
            </w:r>
            <w:proofErr w:type="spellStart"/>
            <w:r>
              <w:rPr>
                <w:rFonts w:cs="Times New Roman"/>
                <w:sz w:val="20"/>
              </w:rPr>
              <w:t>menjadi</w:t>
            </w:r>
            <w:proofErr w:type="spellEnd"/>
            <w:r>
              <w:rPr>
                <w:rFonts w:cs="Times New Roman"/>
                <w:sz w:val="20"/>
              </w:rPr>
              <w:t xml:space="preserve"> sub-</w:t>
            </w:r>
            <w:proofErr w:type="spellStart"/>
            <w:r>
              <w:rPr>
                <w:rFonts w:cs="Times New Roman"/>
                <w:sz w:val="20"/>
              </w:rPr>
              <w:t>modul</w:t>
            </w:r>
            <w:proofErr w:type="spellEnd"/>
            <w:r>
              <w:rPr>
                <w:rFonts w:cs="Times New Roman"/>
                <w:sz w:val="20"/>
              </w:rPr>
              <w:t xml:space="preserve"> perception, planning, dan control yang </w:t>
            </w:r>
            <w:proofErr w:type="spellStart"/>
            <w:r>
              <w:rPr>
                <w:rFonts w:cs="Times New Roman"/>
                <w:sz w:val="20"/>
              </w:rPr>
              <w:t>terpisah</w:t>
            </w:r>
            <w:proofErr w:type="spellEnd"/>
            <w:r>
              <w:rPr>
                <w:rFonts w:cs="Times New Roman"/>
                <w:sz w:val="20"/>
              </w:rPr>
              <w:t>.</w:t>
            </w:r>
          </w:p>
        </w:tc>
      </w:tr>
      <w:tr w:rsidR="00F810AC" w14:paraId="64DAAC53" w14:textId="77777777" w:rsidTr="008313F9">
        <w:tc>
          <w:tcPr>
            <w:tcW w:w="2835" w:type="dxa"/>
          </w:tcPr>
          <w:p w14:paraId="1C56986F" w14:textId="77777777" w:rsidR="00F810AC" w:rsidRDefault="00000000">
            <w:r>
              <w:rPr>
                <w:rFonts w:cs="Times New Roman"/>
                <w:b/>
                <w:i/>
                <w:sz w:val="20"/>
              </w:rPr>
              <w:t>n-step Return</w:t>
            </w:r>
          </w:p>
        </w:tc>
        <w:tc>
          <w:tcPr>
            <w:tcW w:w="6520" w:type="dxa"/>
          </w:tcPr>
          <w:p w14:paraId="4122887B" w14:textId="77777777" w:rsidR="00F810AC" w:rsidRDefault="00000000">
            <w:proofErr w:type="spellStart"/>
            <w:r>
              <w:rPr>
                <w:rFonts w:cs="Times New Roman"/>
                <w:sz w:val="20"/>
              </w:rPr>
              <w:t>Generalisasi</w:t>
            </w:r>
            <w:proofErr w:type="spellEnd"/>
            <w:r>
              <w:rPr>
                <w:rFonts w:cs="Times New Roman"/>
                <w:sz w:val="20"/>
              </w:rPr>
              <w:t xml:space="preserve"> target Bellman yang </w:t>
            </w:r>
            <w:proofErr w:type="spellStart"/>
            <w:r>
              <w:rPr>
                <w:rFonts w:cs="Times New Roman"/>
                <w:sz w:val="20"/>
              </w:rPr>
              <w:t>mengakumulasi</w:t>
            </w:r>
            <w:proofErr w:type="spellEnd"/>
            <w:r>
              <w:rPr>
                <w:rFonts w:cs="Times New Roman"/>
                <w:sz w:val="20"/>
              </w:rPr>
              <w:t xml:space="preserve"> reward </w:t>
            </w:r>
            <w:proofErr w:type="spellStart"/>
            <w:r>
              <w:rPr>
                <w:rFonts w:cs="Times New Roman"/>
                <w:sz w:val="20"/>
              </w:rPr>
              <w:t>sepanjang</w:t>
            </w:r>
            <w:proofErr w:type="spellEnd"/>
            <w:r>
              <w:rPr>
                <w:rFonts w:cs="Times New Roman"/>
                <w:sz w:val="20"/>
              </w:rPr>
              <w:t xml:space="preserve"> n </w:t>
            </w:r>
            <w:proofErr w:type="spellStart"/>
            <w:r>
              <w:rPr>
                <w:rFonts w:cs="Times New Roman"/>
                <w:sz w:val="20"/>
              </w:rPr>
              <w:t>langkah</w:t>
            </w:r>
            <w:proofErr w:type="spellEnd"/>
            <w:r>
              <w:rPr>
                <w:rFonts w:cs="Times New Roman"/>
                <w:sz w:val="20"/>
              </w:rPr>
              <w:t xml:space="preserve"> </w:t>
            </w:r>
            <w:proofErr w:type="spellStart"/>
            <w:r>
              <w:rPr>
                <w:rFonts w:cs="Times New Roman"/>
                <w:sz w:val="20"/>
              </w:rPr>
              <w:t>ke</w:t>
            </w:r>
            <w:proofErr w:type="spellEnd"/>
            <w:r>
              <w:rPr>
                <w:rFonts w:cs="Times New Roman"/>
                <w:sz w:val="20"/>
              </w:rPr>
              <w:t xml:space="preserve"> </w:t>
            </w:r>
            <w:proofErr w:type="spellStart"/>
            <w:r>
              <w:rPr>
                <w:rFonts w:cs="Times New Roman"/>
                <w:sz w:val="20"/>
              </w:rPr>
              <w:t>depan</w:t>
            </w:r>
            <w:proofErr w:type="spellEnd"/>
            <w:r>
              <w:rPr>
                <w:rFonts w:cs="Times New Roman"/>
                <w:sz w:val="20"/>
              </w:rPr>
              <w:t xml:space="preserve"> </w:t>
            </w:r>
            <w:proofErr w:type="spellStart"/>
            <w:r>
              <w:rPr>
                <w:rFonts w:cs="Times New Roman"/>
                <w:sz w:val="20"/>
              </w:rPr>
              <w:t>untuk</w:t>
            </w:r>
            <w:proofErr w:type="spellEnd"/>
            <w:r>
              <w:rPr>
                <w:rFonts w:cs="Times New Roman"/>
                <w:sz w:val="20"/>
              </w:rPr>
              <w:t xml:space="preserve"> </w:t>
            </w:r>
            <w:proofErr w:type="spellStart"/>
            <w:r>
              <w:rPr>
                <w:rFonts w:cs="Times New Roman"/>
                <w:sz w:val="20"/>
              </w:rPr>
              <w:t>mempercepat</w:t>
            </w:r>
            <w:proofErr w:type="spellEnd"/>
            <w:r>
              <w:rPr>
                <w:rFonts w:cs="Times New Roman"/>
                <w:sz w:val="20"/>
              </w:rPr>
              <w:t xml:space="preserve"> </w:t>
            </w:r>
            <w:proofErr w:type="spellStart"/>
            <w:r>
              <w:rPr>
                <w:rFonts w:cs="Times New Roman"/>
                <w:sz w:val="20"/>
              </w:rPr>
              <w:t>propagasi</w:t>
            </w:r>
            <w:proofErr w:type="spellEnd"/>
            <w:r>
              <w:rPr>
                <w:rFonts w:cs="Times New Roman"/>
                <w:sz w:val="20"/>
              </w:rPr>
              <w:t xml:space="preserve"> </w:t>
            </w:r>
            <w:proofErr w:type="spellStart"/>
            <w:r>
              <w:rPr>
                <w:rFonts w:cs="Times New Roman"/>
                <w:sz w:val="20"/>
              </w:rPr>
              <w:t>sinyal</w:t>
            </w:r>
            <w:proofErr w:type="spellEnd"/>
            <w:r>
              <w:rPr>
                <w:rFonts w:cs="Times New Roman"/>
                <w:sz w:val="20"/>
              </w:rPr>
              <w:t xml:space="preserve"> </w:t>
            </w:r>
            <w:proofErr w:type="spellStart"/>
            <w:r>
              <w:rPr>
                <w:rFonts w:cs="Times New Roman"/>
                <w:sz w:val="20"/>
              </w:rPr>
              <w:t>pembelajaran</w:t>
            </w:r>
            <w:proofErr w:type="spellEnd"/>
            <w:r>
              <w:rPr>
                <w:rFonts w:cs="Times New Roman"/>
                <w:sz w:val="20"/>
              </w:rPr>
              <w:t>.</w:t>
            </w:r>
          </w:p>
        </w:tc>
      </w:tr>
      <w:tr w:rsidR="00F810AC" w14:paraId="361BD2DD" w14:textId="77777777" w:rsidTr="008313F9">
        <w:tc>
          <w:tcPr>
            <w:tcW w:w="2835" w:type="dxa"/>
          </w:tcPr>
          <w:p w14:paraId="3411DD98" w14:textId="77777777" w:rsidR="00F810AC" w:rsidRDefault="00000000">
            <w:r>
              <w:rPr>
                <w:rFonts w:cs="Times New Roman"/>
                <w:b/>
                <w:i/>
                <w:sz w:val="20"/>
              </w:rPr>
              <w:t>Observation</w:t>
            </w:r>
          </w:p>
        </w:tc>
        <w:tc>
          <w:tcPr>
            <w:tcW w:w="6520" w:type="dxa"/>
          </w:tcPr>
          <w:p w14:paraId="2C6EEA36" w14:textId="77777777" w:rsidR="00F810AC" w:rsidRDefault="00000000">
            <w:r>
              <w:rPr>
                <w:rFonts w:cs="Times New Roman"/>
                <w:sz w:val="20"/>
              </w:rPr>
              <w:t xml:space="preserve">Bagian </w:t>
            </w:r>
            <w:proofErr w:type="spellStart"/>
            <w:r>
              <w:rPr>
                <w:rFonts w:cs="Times New Roman"/>
                <w:sz w:val="20"/>
              </w:rPr>
              <w:t>dari</w:t>
            </w:r>
            <w:proofErr w:type="spellEnd"/>
            <w:r>
              <w:rPr>
                <w:rFonts w:cs="Times New Roman"/>
                <w:sz w:val="20"/>
              </w:rPr>
              <w:t xml:space="preserve"> state yang </w:t>
            </w:r>
            <w:proofErr w:type="spellStart"/>
            <w:r>
              <w:rPr>
                <w:rFonts w:cs="Times New Roman"/>
                <w:sz w:val="20"/>
              </w:rPr>
              <w:t>dapat</w:t>
            </w:r>
            <w:proofErr w:type="spellEnd"/>
            <w:r>
              <w:rPr>
                <w:rFonts w:cs="Times New Roman"/>
                <w:sz w:val="20"/>
              </w:rPr>
              <w:t xml:space="preserve"> </w:t>
            </w:r>
            <w:proofErr w:type="spellStart"/>
            <w:r>
              <w:rPr>
                <w:rFonts w:cs="Times New Roman"/>
                <w:sz w:val="20"/>
              </w:rPr>
              <w:t>diamati</w:t>
            </w:r>
            <w:proofErr w:type="spellEnd"/>
            <w:r>
              <w:rPr>
                <w:rFonts w:cs="Times New Roman"/>
                <w:sz w:val="20"/>
              </w:rPr>
              <w:t xml:space="preserve"> </w:t>
            </w:r>
            <w:proofErr w:type="spellStart"/>
            <w:r>
              <w:rPr>
                <w:rFonts w:cs="Times New Roman"/>
                <w:sz w:val="20"/>
              </w:rPr>
              <w:t>agen</w:t>
            </w:r>
            <w:proofErr w:type="spellEnd"/>
            <w:r>
              <w:rPr>
                <w:rFonts w:cs="Times New Roman"/>
                <w:sz w:val="20"/>
              </w:rPr>
              <w:t xml:space="preserve"> pada </w:t>
            </w:r>
            <w:proofErr w:type="spellStart"/>
            <w:r>
              <w:rPr>
                <w:rFonts w:cs="Times New Roman"/>
                <w:sz w:val="20"/>
              </w:rPr>
              <w:t>setiap</w:t>
            </w:r>
            <w:proofErr w:type="spellEnd"/>
            <w:r>
              <w:rPr>
                <w:rFonts w:cs="Times New Roman"/>
                <w:sz w:val="20"/>
              </w:rPr>
              <w:t xml:space="preserve"> </w:t>
            </w:r>
            <w:proofErr w:type="spellStart"/>
            <w:r>
              <w:rPr>
                <w:rFonts w:cs="Times New Roman"/>
                <w:sz w:val="20"/>
              </w:rPr>
              <w:t>langkah</w:t>
            </w:r>
            <w:proofErr w:type="spellEnd"/>
            <w:r>
              <w:rPr>
                <w:rFonts w:cs="Times New Roman"/>
                <w:sz w:val="20"/>
              </w:rPr>
              <w:t xml:space="preserve"> </w:t>
            </w:r>
            <w:proofErr w:type="spellStart"/>
            <w:r>
              <w:rPr>
                <w:rFonts w:cs="Times New Roman"/>
                <w:sz w:val="20"/>
              </w:rPr>
              <w:t>waktu</w:t>
            </w:r>
            <w:proofErr w:type="spellEnd"/>
            <w:r>
              <w:rPr>
                <w:rFonts w:cs="Times New Roman"/>
                <w:sz w:val="20"/>
              </w:rPr>
              <w:t>.</w:t>
            </w:r>
          </w:p>
        </w:tc>
      </w:tr>
      <w:tr w:rsidR="00F810AC" w14:paraId="45AF1CAF" w14:textId="77777777" w:rsidTr="008313F9">
        <w:tc>
          <w:tcPr>
            <w:tcW w:w="2835" w:type="dxa"/>
          </w:tcPr>
          <w:p w14:paraId="6475396E" w14:textId="77777777" w:rsidR="00F810AC" w:rsidRDefault="00000000">
            <w:r>
              <w:rPr>
                <w:rFonts w:cs="Times New Roman"/>
                <w:b/>
                <w:i/>
                <w:sz w:val="20"/>
              </w:rPr>
              <w:t>Off-Road / Off-Track</w:t>
            </w:r>
          </w:p>
        </w:tc>
        <w:tc>
          <w:tcPr>
            <w:tcW w:w="6520" w:type="dxa"/>
          </w:tcPr>
          <w:p w14:paraId="0029264E" w14:textId="77777777" w:rsidR="00F810AC" w:rsidRDefault="00000000">
            <w:proofErr w:type="spellStart"/>
            <w:r>
              <w:rPr>
                <w:rFonts w:cs="Times New Roman"/>
                <w:sz w:val="20"/>
              </w:rPr>
              <w:t>Kondisi</w:t>
            </w:r>
            <w:proofErr w:type="spellEnd"/>
            <w:r>
              <w:rPr>
                <w:rFonts w:cs="Times New Roman"/>
                <w:sz w:val="20"/>
              </w:rPr>
              <w:t xml:space="preserve"> terminal </w:t>
            </w:r>
            <w:proofErr w:type="spellStart"/>
            <w:r>
              <w:rPr>
                <w:rFonts w:cs="Times New Roman"/>
                <w:sz w:val="20"/>
              </w:rPr>
              <w:t>ketika</w:t>
            </w:r>
            <w:proofErr w:type="spellEnd"/>
            <w:r>
              <w:rPr>
                <w:rFonts w:cs="Times New Roman"/>
                <w:sz w:val="20"/>
              </w:rPr>
              <w:t xml:space="preserve"> </w:t>
            </w:r>
            <w:proofErr w:type="spellStart"/>
            <w:r>
              <w:rPr>
                <w:rFonts w:cs="Times New Roman"/>
                <w:sz w:val="20"/>
              </w:rPr>
              <w:t>kendaraan</w:t>
            </w:r>
            <w:proofErr w:type="spellEnd"/>
            <w:r>
              <w:rPr>
                <w:rFonts w:cs="Times New Roman"/>
                <w:sz w:val="20"/>
              </w:rPr>
              <w:t xml:space="preserve"> </w:t>
            </w:r>
            <w:proofErr w:type="spellStart"/>
            <w:r>
              <w:rPr>
                <w:rFonts w:cs="Times New Roman"/>
                <w:sz w:val="20"/>
              </w:rPr>
              <w:t>keluar</w:t>
            </w:r>
            <w:proofErr w:type="spellEnd"/>
            <w:r>
              <w:rPr>
                <w:rFonts w:cs="Times New Roman"/>
                <w:sz w:val="20"/>
              </w:rPr>
              <w:t xml:space="preserve"> </w:t>
            </w:r>
            <w:proofErr w:type="spellStart"/>
            <w:r>
              <w:rPr>
                <w:rFonts w:cs="Times New Roman"/>
                <w:sz w:val="20"/>
              </w:rPr>
              <w:t>dari</w:t>
            </w:r>
            <w:proofErr w:type="spellEnd"/>
            <w:r>
              <w:rPr>
                <w:rFonts w:cs="Times New Roman"/>
                <w:sz w:val="20"/>
              </w:rPr>
              <w:t xml:space="preserve"> area </w:t>
            </w:r>
            <w:proofErr w:type="spellStart"/>
            <w:r>
              <w:rPr>
                <w:rFonts w:cs="Times New Roman"/>
                <w:sz w:val="20"/>
              </w:rPr>
              <w:t>jalan</w:t>
            </w:r>
            <w:proofErr w:type="spellEnd"/>
            <w:r>
              <w:rPr>
                <w:rFonts w:cs="Times New Roman"/>
                <w:sz w:val="20"/>
              </w:rPr>
              <w:t xml:space="preserve"> yang </w:t>
            </w:r>
            <w:proofErr w:type="spellStart"/>
            <w:r>
              <w:rPr>
                <w:rFonts w:cs="Times New Roman"/>
                <w:sz w:val="20"/>
              </w:rPr>
              <w:t>ditentukan</w:t>
            </w:r>
            <w:proofErr w:type="spellEnd"/>
            <w:r>
              <w:rPr>
                <w:rFonts w:cs="Times New Roman"/>
                <w:sz w:val="20"/>
              </w:rPr>
              <w:t>.</w:t>
            </w:r>
          </w:p>
        </w:tc>
      </w:tr>
      <w:tr w:rsidR="00F810AC" w14:paraId="400B42A7" w14:textId="77777777" w:rsidTr="008313F9">
        <w:tc>
          <w:tcPr>
            <w:tcW w:w="2835" w:type="dxa"/>
          </w:tcPr>
          <w:p w14:paraId="69EC2EB4" w14:textId="77777777" w:rsidR="00F810AC" w:rsidRDefault="00000000">
            <w:r>
              <w:rPr>
                <w:rFonts w:cs="Times New Roman"/>
                <w:b/>
                <w:i/>
                <w:sz w:val="20"/>
              </w:rPr>
              <w:t>Overestimation Bias</w:t>
            </w:r>
          </w:p>
        </w:tc>
        <w:tc>
          <w:tcPr>
            <w:tcW w:w="6520" w:type="dxa"/>
          </w:tcPr>
          <w:p w14:paraId="24C8A268" w14:textId="77777777" w:rsidR="00F810AC" w:rsidRDefault="00000000">
            <w:proofErr w:type="spellStart"/>
            <w:r>
              <w:rPr>
                <w:rFonts w:cs="Times New Roman"/>
                <w:sz w:val="20"/>
              </w:rPr>
              <w:t>Kecenderungan</w:t>
            </w:r>
            <w:proofErr w:type="spellEnd"/>
            <w:r>
              <w:rPr>
                <w:rFonts w:cs="Times New Roman"/>
                <w:sz w:val="20"/>
              </w:rPr>
              <w:t xml:space="preserve"> DQN </w:t>
            </w:r>
            <w:proofErr w:type="spellStart"/>
            <w:r>
              <w:rPr>
                <w:rFonts w:cs="Times New Roman"/>
                <w:sz w:val="20"/>
              </w:rPr>
              <w:t>standar</w:t>
            </w:r>
            <w:proofErr w:type="spellEnd"/>
            <w:r>
              <w:rPr>
                <w:rFonts w:cs="Times New Roman"/>
                <w:sz w:val="20"/>
              </w:rPr>
              <w:t xml:space="preserve"> </w:t>
            </w:r>
            <w:proofErr w:type="spellStart"/>
            <w:r>
              <w:rPr>
                <w:rFonts w:cs="Times New Roman"/>
                <w:sz w:val="20"/>
              </w:rPr>
              <w:t>menaksir</w:t>
            </w:r>
            <w:proofErr w:type="spellEnd"/>
            <w:r>
              <w:rPr>
                <w:rFonts w:cs="Times New Roman"/>
                <w:sz w:val="20"/>
              </w:rPr>
              <w:t xml:space="preserve"> Q-value </w:t>
            </w:r>
            <w:proofErr w:type="spellStart"/>
            <w:r>
              <w:rPr>
                <w:rFonts w:cs="Times New Roman"/>
                <w:sz w:val="20"/>
              </w:rPr>
              <w:t>lebih</w:t>
            </w:r>
            <w:proofErr w:type="spellEnd"/>
            <w:r>
              <w:rPr>
                <w:rFonts w:cs="Times New Roman"/>
                <w:sz w:val="20"/>
              </w:rPr>
              <w:t xml:space="preserve"> </w:t>
            </w:r>
            <w:proofErr w:type="spellStart"/>
            <w:r>
              <w:rPr>
                <w:rFonts w:cs="Times New Roman"/>
                <w:sz w:val="20"/>
              </w:rPr>
              <w:t>tinggi</w:t>
            </w:r>
            <w:proofErr w:type="spellEnd"/>
            <w:r>
              <w:rPr>
                <w:rFonts w:cs="Times New Roman"/>
                <w:sz w:val="20"/>
              </w:rPr>
              <w:t xml:space="preserve"> </w:t>
            </w:r>
            <w:proofErr w:type="spellStart"/>
            <w:r>
              <w:rPr>
                <w:rFonts w:cs="Times New Roman"/>
                <w:sz w:val="20"/>
              </w:rPr>
              <w:t>dari</w:t>
            </w:r>
            <w:proofErr w:type="spellEnd"/>
            <w:r>
              <w:rPr>
                <w:rFonts w:cs="Times New Roman"/>
                <w:sz w:val="20"/>
              </w:rPr>
              <w:t xml:space="preserve"> </w:t>
            </w:r>
            <w:proofErr w:type="spellStart"/>
            <w:r>
              <w:rPr>
                <w:rFonts w:cs="Times New Roman"/>
                <w:sz w:val="20"/>
              </w:rPr>
              <w:t>nilai</w:t>
            </w:r>
            <w:proofErr w:type="spellEnd"/>
            <w:r>
              <w:rPr>
                <w:rFonts w:cs="Times New Roman"/>
                <w:sz w:val="20"/>
              </w:rPr>
              <w:t xml:space="preserve"> </w:t>
            </w:r>
            <w:proofErr w:type="spellStart"/>
            <w:r>
              <w:rPr>
                <w:rFonts w:cs="Times New Roman"/>
                <w:sz w:val="20"/>
              </w:rPr>
              <w:t>sebenarnya</w:t>
            </w:r>
            <w:proofErr w:type="spellEnd"/>
            <w:r>
              <w:rPr>
                <w:rFonts w:cs="Times New Roman"/>
                <w:sz w:val="20"/>
              </w:rPr>
              <w:t xml:space="preserve"> </w:t>
            </w:r>
            <w:proofErr w:type="spellStart"/>
            <w:r>
              <w:rPr>
                <w:rFonts w:cs="Times New Roman"/>
                <w:sz w:val="20"/>
              </w:rPr>
              <w:t>akibat</w:t>
            </w:r>
            <w:proofErr w:type="spellEnd"/>
            <w:r>
              <w:rPr>
                <w:rFonts w:cs="Times New Roman"/>
                <w:sz w:val="20"/>
              </w:rPr>
              <w:t xml:space="preserve"> operator max pada target Bellman.</w:t>
            </w:r>
          </w:p>
        </w:tc>
      </w:tr>
      <w:tr w:rsidR="00F810AC" w14:paraId="573DC0D9" w14:textId="77777777" w:rsidTr="008313F9">
        <w:tc>
          <w:tcPr>
            <w:tcW w:w="2835" w:type="dxa"/>
          </w:tcPr>
          <w:p w14:paraId="0B08D677" w14:textId="77777777" w:rsidR="00F810AC" w:rsidRDefault="00000000">
            <w:r>
              <w:rPr>
                <w:rFonts w:cs="Times New Roman"/>
                <w:b/>
                <w:i/>
                <w:sz w:val="20"/>
              </w:rPr>
              <w:t>Policy</w:t>
            </w:r>
          </w:p>
        </w:tc>
        <w:tc>
          <w:tcPr>
            <w:tcW w:w="6520" w:type="dxa"/>
          </w:tcPr>
          <w:p w14:paraId="6D1845E1" w14:textId="77777777" w:rsidR="00F810AC" w:rsidRDefault="00000000">
            <w:proofErr w:type="spellStart"/>
            <w:r>
              <w:rPr>
                <w:rFonts w:cs="Times New Roman"/>
                <w:sz w:val="20"/>
              </w:rPr>
              <w:t>Kebijakan</w:t>
            </w:r>
            <w:proofErr w:type="spellEnd"/>
            <w:r>
              <w:rPr>
                <w:rFonts w:cs="Times New Roman"/>
                <w:sz w:val="20"/>
              </w:rPr>
              <w:t xml:space="preserve"> </w:t>
            </w:r>
            <w:proofErr w:type="spellStart"/>
            <w:r>
              <w:rPr>
                <w:rFonts w:cs="Times New Roman"/>
                <w:sz w:val="20"/>
              </w:rPr>
              <w:t>agen</w:t>
            </w:r>
            <w:proofErr w:type="spellEnd"/>
            <w:r>
              <w:rPr>
                <w:rFonts w:cs="Times New Roman"/>
                <w:sz w:val="20"/>
              </w:rPr>
              <w:t xml:space="preserve"> yang </w:t>
            </w:r>
            <w:proofErr w:type="spellStart"/>
            <w:r>
              <w:rPr>
                <w:rFonts w:cs="Times New Roman"/>
                <w:sz w:val="20"/>
              </w:rPr>
              <w:t>memetakan</w:t>
            </w:r>
            <w:proofErr w:type="spellEnd"/>
            <w:r>
              <w:rPr>
                <w:rFonts w:cs="Times New Roman"/>
                <w:sz w:val="20"/>
              </w:rPr>
              <w:t xml:space="preserve"> state </w:t>
            </w:r>
            <w:proofErr w:type="spellStart"/>
            <w:r>
              <w:rPr>
                <w:rFonts w:cs="Times New Roman"/>
                <w:sz w:val="20"/>
              </w:rPr>
              <w:t>ke</w:t>
            </w:r>
            <w:proofErr w:type="spellEnd"/>
            <w:r>
              <w:rPr>
                <w:rFonts w:cs="Times New Roman"/>
                <w:sz w:val="20"/>
              </w:rPr>
              <w:t xml:space="preserve"> </w:t>
            </w:r>
            <w:proofErr w:type="spellStart"/>
            <w:r>
              <w:rPr>
                <w:rFonts w:cs="Times New Roman"/>
                <w:sz w:val="20"/>
              </w:rPr>
              <w:t>aksi</w:t>
            </w:r>
            <w:proofErr w:type="spellEnd"/>
            <w:r>
              <w:rPr>
                <w:rFonts w:cs="Times New Roman"/>
                <w:sz w:val="20"/>
              </w:rPr>
              <w:t xml:space="preserve"> (</w:t>
            </w:r>
            <w:proofErr w:type="spellStart"/>
            <w:r>
              <w:rPr>
                <w:rFonts w:cs="Times New Roman"/>
                <w:sz w:val="20"/>
              </w:rPr>
              <w:t>deterministik</w:t>
            </w:r>
            <w:proofErr w:type="spellEnd"/>
            <w:r>
              <w:rPr>
                <w:rFonts w:cs="Times New Roman"/>
                <w:sz w:val="20"/>
              </w:rPr>
              <w:t xml:space="preserve">) </w:t>
            </w:r>
            <w:proofErr w:type="spellStart"/>
            <w:r>
              <w:rPr>
                <w:rFonts w:cs="Times New Roman"/>
                <w:sz w:val="20"/>
              </w:rPr>
              <w:t>atau</w:t>
            </w:r>
            <w:proofErr w:type="spellEnd"/>
            <w:r>
              <w:rPr>
                <w:rFonts w:cs="Times New Roman"/>
                <w:sz w:val="20"/>
              </w:rPr>
              <w:t xml:space="preserve"> </w:t>
            </w:r>
            <w:proofErr w:type="spellStart"/>
            <w:r>
              <w:rPr>
                <w:rFonts w:cs="Times New Roman"/>
                <w:sz w:val="20"/>
              </w:rPr>
              <w:t>ke</w:t>
            </w:r>
            <w:proofErr w:type="spellEnd"/>
            <w:r>
              <w:rPr>
                <w:rFonts w:cs="Times New Roman"/>
                <w:sz w:val="20"/>
              </w:rPr>
              <w:t xml:space="preserve"> </w:t>
            </w:r>
            <w:proofErr w:type="spellStart"/>
            <w:r>
              <w:rPr>
                <w:rFonts w:cs="Times New Roman"/>
                <w:sz w:val="20"/>
              </w:rPr>
              <w:t>distribusi</w:t>
            </w:r>
            <w:proofErr w:type="spellEnd"/>
            <w:r>
              <w:rPr>
                <w:rFonts w:cs="Times New Roman"/>
                <w:sz w:val="20"/>
              </w:rPr>
              <w:t xml:space="preserve"> </w:t>
            </w:r>
            <w:proofErr w:type="spellStart"/>
            <w:r>
              <w:rPr>
                <w:rFonts w:cs="Times New Roman"/>
                <w:sz w:val="20"/>
              </w:rPr>
              <w:t>probabilitas</w:t>
            </w:r>
            <w:proofErr w:type="spellEnd"/>
            <w:r>
              <w:rPr>
                <w:rFonts w:cs="Times New Roman"/>
                <w:sz w:val="20"/>
              </w:rPr>
              <w:t xml:space="preserve"> </w:t>
            </w:r>
            <w:proofErr w:type="spellStart"/>
            <w:r>
              <w:rPr>
                <w:rFonts w:cs="Times New Roman"/>
                <w:sz w:val="20"/>
              </w:rPr>
              <w:t>aksi</w:t>
            </w:r>
            <w:proofErr w:type="spellEnd"/>
            <w:r>
              <w:rPr>
                <w:rFonts w:cs="Times New Roman"/>
                <w:sz w:val="20"/>
              </w:rPr>
              <w:t xml:space="preserve"> (</w:t>
            </w:r>
            <w:proofErr w:type="spellStart"/>
            <w:r>
              <w:rPr>
                <w:rFonts w:cs="Times New Roman"/>
                <w:sz w:val="20"/>
              </w:rPr>
              <w:t>stokastik</w:t>
            </w:r>
            <w:proofErr w:type="spellEnd"/>
            <w:r>
              <w:rPr>
                <w:rFonts w:cs="Times New Roman"/>
                <w:sz w:val="20"/>
              </w:rPr>
              <w:t>).</w:t>
            </w:r>
          </w:p>
        </w:tc>
      </w:tr>
      <w:tr w:rsidR="00F810AC" w14:paraId="44160473" w14:textId="77777777" w:rsidTr="008313F9">
        <w:tc>
          <w:tcPr>
            <w:tcW w:w="2835" w:type="dxa"/>
          </w:tcPr>
          <w:p w14:paraId="771C2543" w14:textId="77777777" w:rsidR="00F810AC" w:rsidRDefault="00000000">
            <w:r>
              <w:rPr>
                <w:rFonts w:cs="Times New Roman"/>
                <w:b/>
                <w:i/>
                <w:sz w:val="20"/>
              </w:rPr>
              <w:t>Q-Network</w:t>
            </w:r>
          </w:p>
        </w:tc>
        <w:tc>
          <w:tcPr>
            <w:tcW w:w="6520" w:type="dxa"/>
          </w:tcPr>
          <w:p w14:paraId="0DCE72C7" w14:textId="77777777" w:rsidR="00F810AC" w:rsidRDefault="00000000">
            <w:proofErr w:type="spellStart"/>
            <w:r>
              <w:rPr>
                <w:rFonts w:cs="Times New Roman"/>
                <w:sz w:val="20"/>
              </w:rPr>
              <w:t>Jaringan</w:t>
            </w:r>
            <w:proofErr w:type="spellEnd"/>
            <w:r>
              <w:rPr>
                <w:rFonts w:cs="Times New Roman"/>
                <w:sz w:val="20"/>
              </w:rPr>
              <w:t xml:space="preserve"> </w:t>
            </w:r>
            <w:proofErr w:type="spellStart"/>
            <w:r>
              <w:rPr>
                <w:rFonts w:cs="Times New Roman"/>
                <w:sz w:val="20"/>
              </w:rPr>
              <w:t>saraf</w:t>
            </w:r>
            <w:proofErr w:type="spellEnd"/>
            <w:r>
              <w:rPr>
                <w:rFonts w:cs="Times New Roman"/>
                <w:sz w:val="20"/>
              </w:rPr>
              <w:t xml:space="preserve"> yang </w:t>
            </w:r>
            <w:proofErr w:type="spellStart"/>
            <w:r>
              <w:rPr>
                <w:rFonts w:cs="Times New Roman"/>
                <w:sz w:val="20"/>
              </w:rPr>
              <w:t>mengaproksimasi</w:t>
            </w:r>
            <w:proofErr w:type="spellEnd"/>
            <w:r>
              <w:rPr>
                <w:rFonts w:cs="Times New Roman"/>
                <w:sz w:val="20"/>
              </w:rPr>
              <w:t xml:space="preserve"> </w:t>
            </w:r>
            <w:proofErr w:type="spellStart"/>
            <w:r>
              <w:rPr>
                <w:rFonts w:cs="Times New Roman"/>
                <w:sz w:val="20"/>
              </w:rPr>
              <w:t>fungsi</w:t>
            </w:r>
            <w:proofErr w:type="spellEnd"/>
            <w:r>
              <w:rPr>
                <w:rFonts w:cs="Times New Roman"/>
                <w:sz w:val="20"/>
              </w:rPr>
              <w:t xml:space="preserve"> </w:t>
            </w:r>
            <w:proofErr w:type="spellStart"/>
            <w:r>
              <w:rPr>
                <w:rFonts w:cs="Times New Roman"/>
                <w:sz w:val="20"/>
              </w:rPr>
              <w:t>aksi-nilai</w:t>
            </w:r>
            <w:proofErr w:type="spellEnd"/>
            <w:r>
              <w:rPr>
                <w:rFonts w:cs="Times New Roman"/>
                <w:sz w:val="20"/>
              </w:rPr>
              <w:t xml:space="preserve"> </w:t>
            </w:r>
            <w:proofErr w:type="gramStart"/>
            <w:r>
              <w:rPr>
                <w:rFonts w:cs="Times New Roman"/>
                <w:sz w:val="20"/>
              </w:rPr>
              <w:t>Q(</w:t>
            </w:r>
            <w:proofErr w:type="gramEnd"/>
            <w:r>
              <w:rPr>
                <w:rFonts w:cs="Times New Roman"/>
                <w:sz w:val="20"/>
              </w:rPr>
              <w:t xml:space="preserve">s, a) pada </w:t>
            </w:r>
            <w:proofErr w:type="spellStart"/>
            <w:r>
              <w:rPr>
                <w:rFonts w:cs="Times New Roman"/>
                <w:sz w:val="20"/>
              </w:rPr>
              <w:t>algoritma</w:t>
            </w:r>
            <w:proofErr w:type="spellEnd"/>
            <w:r>
              <w:rPr>
                <w:rFonts w:cs="Times New Roman"/>
                <w:sz w:val="20"/>
              </w:rPr>
              <w:t xml:space="preserve"> DQN.</w:t>
            </w:r>
          </w:p>
        </w:tc>
      </w:tr>
      <w:tr w:rsidR="00F810AC" w14:paraId="37924A6A" w14:textId="77777777" w:rsidTr="008313F9">
        <w:tc>
          <w:tcPr>
            <w:tcW w:w="2835" w:type="dxa"/>
          </w:tcPr>
          <w:p w14:paraId="1BB5868C" w14:textId="77777777" w:rsidR="00F810AC" w:rsidRDefault="00000000">
            <w:r>
              <w:rPr>
                <w:rFonts w:cs="Times New Roman"/>
                <w:b/>
                <w:i/>
                <w:sz w:val="20"/>
              </w:rPr>
              <w:lastRenderedPageBreak/>
              <w:t>Q-Value</w:t>
            </w:r>
          </w:p>
        </w:tc>
        <w:tc>
          <w:tcPr>
            <w:tcW w:w="6520" w:type="dxa"/>
          </w:tcPr>
          <w:p w14:paraId="1DF76960" w14:textId="77777777" w:rsidR="00F810AC" w:rsidRDefault="00000000">
            <w:r>
              <w:rPr>
                <w:rFonts w:cs="Times New Roman"/>
                <w:sz w:val="20"/>
              </w:rPr>
              <w:t xml:space="preserve">Nilai </w:t>
            </w:r>
            <w:proofErr w:type="spellStart"/>
            <w:r>
              <w:rPr>
                <w:rFonts w:cs="Times New Roman"/>
                <w:sz w:val="20"/>
              </w:rPr>
              <w:t>estimasi</w:t>
            </w:r>
            <w:proofErr w:type="spellEnd"/>
            <w:r>
              <w:rPr>
                <w:rFonts w:cs="Times New Roman"/>
                <w:sz w:val="20"/>
              </w:rPr>
              <w:t xml:space="preserve"> </w:t>
            </w:r>
            <w:proofErr w:type="spellStart"/>
            <w:r>
              <w:rPr>
                <w:rFonts w:cs="Times New Roman"/>
                <w:sz w:val="20"/>
              </w:rPr>
              <w:t>ekspektasi</w:t>
            </w:r>
            <w:proofErr w:type="spellEnd"/>
            <w:r>
              <w:rPr>
                <w:rFonts w:cs="Times New Roman"/>
                <w:sz w:val="20"/>
              </w:rPr>
              <w:t xml:space="preserve"> return yang </w:t>
            </w:r>
            <w:proofErr w:type="spellStart"/>
            <w:r>
              <w:rPr>
                <w:rFonts w:cs="Times New Roman"/>
                <w:sz w:val="20"/>
              </w:rPr>
              <w:t>diperoleh</w:t>
            </w:r>
            <w:proofErr w:type="spellEnd"/>
            <w:r>
              <w:rPr>
                <w:rFonts w:cs="Times New Roman"/>
                <w:sz w:val="20"/>
              </w:rPr>
              <w:t xml:space="preserve"> </w:t>
            </w:r>
            <w:proofErr w:type="spellStart"/>
            <w:r>
              <w:rPr>
                <w:rFonts w:cs="Times New Roman"/>
                <w:sz w:val="20"/>
              </w:rPr>
              <w:t>agen</w:t>
            </w:r>
            <w:proofErr w:type="spellEnd"/>
            <w:r>
              <w:rPr>
                <w:rFonts w:cs="Times New Roman"/>
                <w:sz w:val="20"/>
              </w:rPr>
              <w:t xml:space="preserve"> </w:t>
            </w:r>
            <w:proofErr w:type="spellStart"/>
            <w:r>
              <w:rPr>
                <w:rFonts w:cs="Times New Roman"/>
                <w:sz w:val="20"/>
              </w:rPr>
              <w:t>jika</w:t>
            </w:r>
            <w:proofErr w:type="spellEnd"/>
            <w:r>
              <w:rPr>
                <w:rFonts w:cs="Times New Roman"/>
                <w:sz w:val="20"/>
              </w:rPr>
              <w:t xml:space="preserve"> </w:t>
            </w:r>
            <w:proofErr w:type="spellStart"/>
            <w:r>
              <w:rPr>
                <w:rFonts w:cs="Times New Roman"/>
                <w:sz w:val="20"/>
              </w:rPr>
              <w:t>mengambil</w:t>
            </w:r>
            <w:proofErr w:type="spellEnd"/>
            <w:r>
              <w:rPr>
                <w:rFonts w:cs="Times New Roman"/>
                <w:sz w:val="20"/>
              </w:rPr>
              <w:t xml:space="preserve"> </w:t>
            </w:r>
            <w:proofErr w:type="spellStart"/>
            <w:r>
              <w:rPr>
                <w:rFonts w:cs="Times New Roman"/>
                <w:sz w:val="20"/>
              </w:rPr>
              <w:t>aksi</w:t>
            </w:r>
            <w:proofErr w:type="spellEnd"/>
            <w:r>
              <w:rPr>
                <w:rFonts w:cs="Times New Roman"/>
                <w:sz w:val="20"/>
              </w:rPr>
              <w:t xml:space="preserve"> </w:t>
            </w:r>
            <w:proofErr w:type="spellStart"/>
            <w:r>
              <w:rPr>
                <w:rFonts w:cs="Times New Roman"/>
                <w:sz w:val="20"/>
              </w:rPr>
              <w:t>tertentu</w:t>
            </w:r>
            <w:proofErr w:type="spellEnd"/>
            <w:r>
              <w:rPr>
                <w:rFonts w:cs="Times New Roman"/>
                <w:sz w:val="20"/>
              </w:rPr>
              <w:t xml:space="preserve"> pada state </w:t>
            </w:r>
            <w:proofErr w:type="spellStart"/>
            <w:r>
              <w:rPr>
                <w:rFonts w:cs="Times New Roman"/>
                <w:sz w:val="20"/>
              </w:rPr>
              <w:t>tertentu</w:t>
            </w:r>
            <w:proofErr w:type="spellEnd"/>
            <w:r>
              <w:rPr>
                <w:rFonts w:cs="Times New Roman"/>
                <w:sz w:val="20"/>
              </w:rPr>
              <w:t>.</w:t>
            </w:r>
          </w:p>
        </w:tc>
      </w:tr>
      <w:tr w:rsidR="00F810AC" w14:paraId="647FAD1D" w14:textId="77777777" w:rsidTr="008313F9">
        <w:tc>
          <w:tcPr>
            <w:tcW w:w="2835" w:type="dxa"/>
          </w:tcPr>
          <w:p w14:paraId="023D8360" w14:textId="77777777" w:rsidR="00F810AC" w:rsidRDefault="00000000">
            <w:r>
              <w:rPr>
                <w:rFonts w:cs="Times New Roman"/>
                <w:b/>
                <w:i/>
                <w:sz w:val="20"/>
              </w:rPr>
              <w:t>Reinforcement Learning (RL)</w:t>
            </w:r>
          </w:p>
        </w:tc>
        <w:tc>
          <w:tcPr>
            <w:tcW w:w="6520" w:type="dxa"/>
          </w:tcPr>
          <w:p w14:paraId="0CE5BC91" w14:textId="77777777" w:rsidR="00F810AC" w:rsidRDefault="00000000">
            <w:proofErr w:type="spellStart"/>
            <w:r>
              <w:rPr>
                <w:rFonts w:cs="Times New Roman"/>
                <w:sz w:val="20"/>
              </w:rPr>
              <w:t>Paradigma</w:t>
            </w:r>
            <w:proofErr w:type="spellEnd"/>
            <w:r>
              <w:rPr>
                <w:rFonts w:cs="Times New Roman"/>
                <w:sz w:val="20"/>
              </w:rPr>
              <w:t xml:space="preserve"> </w:t>
            </w:r>
            <w:proofErr w:type="spellStart"/>
            <w:r>
              <w:rPr>
                <w:rFonts w:cs="Times New Roman"/>
                <w:sz w:val="20"/>
              </w:rPr>
              <w:t>pembelajaran</w:t>
            </w:r>
            <w:proofErr w:type="spellEnd"/>
            <w:r>
              <w:rPr>
                <w:rFonts w:cs="Times New Roman"/>
                <w:sz w:val="20"/>
              </w:rPr>
              <w:t xml:space="preserve"> </w:t>
            </w:r>
            <w:proofErr w:type="spellStart"/>
            <w:r>
              <w:rPr>
                <w:rFonts w:cs="Times New Roman"/>
                <w:sz w:val="20"/>
              </w:rPr>
              <w:t>mesin</w:t>
            </w:r>
            <w:proofErr w:type="spellEnd"/>
            <w:r>
              <w:rPr>
                <w:rFonts w:cs="Times New Roman"/>
                <w:sz w:val="20"/>
              </w:rPr>
              <w:t xml:space="preserve"> di mana </w:t>
            </w:r>
            <w:proofErr w:type="spellStart"/>
            <w:r>
              <w:rPr>
                <w:rFonts w:cs="Times New Roman"/>
                <w:sz w:val="20"/>
              </w:rPr>
              <w:t>agen</w:t>
            </w:r>
            <w:proofErr w:type="spellEnd"/>
            <w:r>
              <w:rPr>
                <w:rFonts w:cs="Times New Roman"/>
                <w:sz w:val="20"/>
              </w:rPr>
              <w:t xml:space="preserve"> </w:t>
            </w:r>
            <w:proofErr w:type="spellStart"/>
            <w:r>
              <w:rPr>
                <w:rFonts w:cs="Times New Roman"/>
                <w:sz w:val="20"/>
              </w:rPr>
              <w:t>belajar</w:t>
            </w:r>
            <w:proofErr w:type="spellEnd"/>
            <w:r>
              <w:rPr>
                <w:rFonts w:cs="Times New Roman"/>
                <w:sz w:val="20"/>
              </w:rPr>
              <w:t xml:space="preserve"> </w:t>
            </w:r>
            <w:proofErr w:type="spellStart"/>
            <w:r>
              <w:rPr>
                <w:rFonts w:cs="Times New Roman"/>
                <w:sz w:val="20"/>
              </w:rPr>
              <w:t>melalui</w:t>
            </w:r>
            <w:proofErr w:type="spellEnd"/>
            <w:r>
              <w:rPr>
                <w:rFonts w:cs="Times New Roman"/>
                <w:sz w:val="20"/>
              </w:rPr>
              <w:t xml:space="preserve"> </w:t>
            </w:r>
            <w:proofErr w:type="spellStart"/>
            <w:r>
              <w:rPr>
                <w:rFonts w:cs="Times New Roman"/>
                <w:sz w:val="20"/>
              </w:rPr>
              <w:t>interaksi</w:t>
            </w:r>
            <w:proofErr w:type="spellEnd"/>
            <w:r>
              <w:rPr>
                <w:rFonts w:cs="Times New Roman"/>
                <w:sz w:val="20"/>
              </w:rPr>
              <w:t xml:space="preserve"> </w:t>
            </w:r>
            <w:proofErr w:type="spellStart"/>
            <w:r>
              <w:rPr>
                <w:rFonts w:cs="Times New Roman"/>
                <w:sz w:val="20"/>
              </w:rPr>
              <w:t>dengan</w:t>
            </w:r>
            <w:proofErr w:type="spellEnd"/>
            <w:r>
              <w:rPr>
                <w:rFonts w:cs="Times New Roman"/>
                <w:sz w:val="20"/>
              </w:rPr>
              <w:t xml:space="preserve"> </w:t>
            </w:r>
            <w:proofErr w:type="spellStart"/>
            <w:r>
              <w:rPr>
                <w:rFonts w:cs="Times New Roman"/>
                <w:sz w:val="20"/>
              </w:rPr>
              <w:t>lingkungan</w:t>
            </w:r>
            <w:proofErr w:type="spellEnd"/>
            <w:r>
              <w:rPr>
                <w:rFonts w:cs="Times New Roman"/>
                <w:sz w:val="20"/>
              </w:rPr>
              <w:t xml:space="preserve"> </w:t>
            </w:r>
            <w:proofErr w:type="spellStart"/>
            <w:r>
              <w:rPr>
                <w:rFonts w:cs="Times New Roman"/>
                <w:sz w:val="20"/>
              </w:rPr>
              <w:t>berdasarkan</w:t>
            </w:r>
            <w:proofErr w:type="spellEnd"/>
            <w:r>
              <w:rPr>
                <w:rFonts w:cs="Times New Roman"/>
                <w:sz w:val="20"/>
              </w:rPr>
              <w:t xml:space="preserve"> </w:t>
            </w:r>
            <w:proofErr w:type="spellStart"/>
            <w:r>
              <w:rPr>
                <w:rFonts w:cs="Times New Roman"/>
                <w:sz w:val="20"/>
              </w:rPr>
              <w:t>sinyal</w:t>
            </w:r>
            <w:proofErr w:type="spellEnd"/>
            <w:r>
              <w:rPr>
                <w:rFonts w:cs="Times New Roman"/>
                <w:sz w:val="20"/>
              </w:rPr>
              <w:t xml:space="preserve"> reward.</w:t>
            </w:r>
          </w:p>
        </w:tc>
      </w:tr>
      <w:tr w:rsidR="00F810AC" w14:paraId="4B07EE53" w14:textId="77777777" w:rsidTr="008313F9">
        <w:tc>
          <w:tcPr>
            <w:tcW w:w="2835" w:type="dxa"/>
          </w:tcPr>
          <w:p w14:paraId="11212957" w14:textId="77777777" w:rsidR="00F810AC" w:rsidRDefault="00000000">
            <w:r>
              <w:rPr>
                <w:rFonts w:cs="Times New Roman"/>
                <w:b/>
                <w:i/>
                <w:sz w:val="20"/>
              </w:rPr>
              <w:t>Replay Buffer</w:t>
            </w:r>
          </w:p>
        </w:tc>
        <w:tc>
          <w:tcPr>
            <w:tcW w:w="6520" w:type="dxa"/>
          </w:tcPr>
          <w:p w14:paraId="403BA3CE" w14:textId="77777777" w:rsidR="00F810AC" w:rsidRDefault="00000000">
            <w:proofErr w:type="spellStart"/>
            <w:r>
              <w:rPr>
                <w:rFonts w:cs="Times New Roman"/>
                <w:sz w:val="20"/>
              </w:rPr>
              <w:t>Penyimpanan</w:t>
            </w:r>
            <w:proofErr w:type="spellEnd"/>
            <w:r>
              <w:rPr>
                <w:rFonts w:cs="Times New Roman"/>
                <w:sz w:val="20"/>
              </w:rPr>
              <w:t xml:space="preserve"> </w:t>
            </w:r>
            <w:proofErr w:type="spellStart"/>
            <w:r>
              <w:rPr>
                <w:rFonts w:cs="Times New Roman"/>
                <w:sz w:val="20"/>
              </w:rPr>
              <w:t>transisi</w:t>
            </w:r>
            <w:proofErr w:type="spellEnd"/>
            <w:r>
              <w:rPr>
                <w:rFonts w:cs="Times New Roman"/>
                <w:sz w:val="20"/>
              </w:rPr>
              <w:t xml:space="preserve"> </w:t>
            </w:r>
            <w:proofErr w:type="spellStart"/>
            <w:r>
              <w:rPr>
                <w:rFonts w:cs="Times New Roman"/>
                <w:sz w:val="20"/>
              </w:rPr>
              <w:t>pengalaman</w:t>
            </w:r>
            <w:proofErr w:type="spellEnd"/>
            <w:r>
              <w:rPr>
                <w:rFonts w:cs="Times New Roman"/>
                <w:sz w:val="20"/>
              </w:rPr>
              <w:t xml:space="preserve"> </w:t>
            </w:r>
            <w:proofErr w:type="spellStart"/>
            <w:r>
              <w:rPr>
                <w:rFonts w:cs="Times New Roman"/>
                <w:sz w:val="20"/>
              </w:rPr>
              <w:t>agen</w:t>
            </w:r>
            <w:proofErr w:type="spellEnd"/>
            <w:r>
              <w:rPr>
                <w:rFonts w:cs="Times New Roman"/>
                <w:sz w:val="20"/>
              </w:rPr>
              <w:t xml:space="preserve"> yang </w:t>
            </w:r>
            <w:proofErr w:type="spellStart"/>
            <w:r>
              <w:rPr>
                <w:rFonts w:cs="Times New Roman"/>
                <w:sz w:val="20"/>
              </w:rPr>
              <w:t>dipakai</w:t>
            </w:r>
            <w:proofErr w:type="spellEnd"/>
            <w:r>
              <w:rPr>
                <w:rFonts w:cs="Times New Roman"/>
                <w:sz w:val="20"/>
              </w:rPr>
              <w:t xml:space="preserve"> </w:t>
            </w:r>
            <w:proofErr w:type="spellStart"/>
            <w:r>
              <w:rPr>
                <w:rFonts w:cs="Times New Roman"/>
                <w:sz w:val="20"/>
              </w:rPr>
              <w:t>untuk</w:t>
            </w:r>
            <w:proofErr w:type="spellEnd"/>
            <w:r>
              <w:rPr>
                <w:rFonts w:cs="Times New Roman"/>
                <w:sz w:val="20"/>
              </w:rPr>
              <w:t xml:space="preserve"> experience replay.</w:t>
            </w:r>
          </w:p>
        </w:tc>
      </w:tr>
      <w:tr w:rsidR="00F810AC" w14:paraId="6CCD6E54" w14:textId="77777777" w:rsidTr="008313F9">
        <w:tc>
          <w:tcPr>
            <w:tcW w:w="2835" w:type="dxa"/>
          </w:tcPr>
          <w:p w14:paraId="0A4ED3DA" w14:textId="77777777" w:rsidR="00F810AC" w:rsidRDefault="00000000">
            <w:r>
              <w:rPr>
                <w:rFonts w:cs="Times New Roman"/>
                <w:b/>
                <w:i/>
                <w:sz w:val="20"/>
              </w:rPr>
              <w:t>Reward</w:t>
            </w:r>
          </w:p>
        </w:tc>
        <w:tc>
          <w:tcPr>
            <w:tcW w:w="6520" w:type="dxa"/>
          </w:tcPr>
          <w:p w14:paraId="0D2202AD" w14:textId="77777777" w:rsidR="00F810AC" w:rsidRDefault="00000000">
            <w:proofErr w:type="spellStart"/>
            <w:r>
              <w:rPr>
                <w:rFonts w:cs="Times New Roman"/>
                <w:sz w:val="20"/>
              </w:rPr>
              <w:t>Sinyal</w:t>
            </w:r>
            <w:proofErr w:type="spellEnd"/>
            <w:r>
              <w:rPr>
                <w:rFonts w:cs="Times New Roman"/>
                <w:sz w:val="20"/>
              </w:rPr>
              <w:t xml:space="preserve"> </w:t>
            </w:r>
            <w:proofErr w:type="spellStart"/>
            <w:r>
              <w:rPr>
                <w:rFonts w:cs="Times New Roman"/>
                <w:sz w:val="20"/>
              </w:rPr>
              <w:t>imbalan</w:t>
            </w:r>
            <w:proofErr w:type="spellEnd"/>
            <w:r>
              <w:rPr>
                <w:rFonts w:cs="Times New Roman"/>
                <w:sz w:val="20"/>
              </w:rPr>
              <w:t xml:space="preserve"> </w:t>
            </w:r>
            <w:proofErr w:type="spellStart"/>
            <w:r>
              <w:rPr>
                <w:rFonts w:cs="Times New Roman"/>
                <w:sz w:val="20"/>
              </w:rPr>
              <w:t>numerik</w:t>
            </w:r>
            <w:proofErr w:type="spellEnd"/>
            <w:r>
              <w:rPr>
                <w:rFonts w:cs="Times New Roman"/>
                <w:sz w:val="20"/>
              </w:rPr>
              <w:t xml:space="preserve"> yang </w:t>
            </w:r>
            <w:proofErr w:type="spellStart"/>
            <w:r>
              <w:rPr>
                <w:rFonts w:cs="Times New Roman"/>
                <w:sz w:val="20"/>
              </w:rPr>
              <w:t>diberikan</w:t>
            </w:r>
            <w:proofErr w:type="spellEnd"/>
            <w:r>
              <w:rPr>
                <w:rFonts w:cs="Times New Roman"/>
                <w:sz w:val="20"/>
              </w:rPr>
              <w:t xml:space="preserve"> </w:t>
            </w:r>
            <w:proofErr w:type="spellStart"/>
            <w:r>
              <w:rPr>
                <w:rFonts w:cs="Times New Roman"/>
                <w:sz w:val="20"/>
              </w:rPr>
              <w:t>lingkungan</w:t>
            </w:r>
            <w:proofErr w:type="spellEnd"/>
            <w:r>
              <w:rPr>
                <w:rFonts w:cs="Times New Roman"/>
                <w:sz w:val="20"/>
              </w:rPr>
              <w:t xml:space="preserve"> </w:t>
            </w:r>
            <w:proofErr w:type="spellStart"/>
            <w:r>
              <w:rPr>
                <w:rFonts w:cs="Times New Roman"/>
                <w:sz w:val="20"/>
              </w:rPr>
              <w:t>kepada</w:t>
            </w:r>
            <w:proofErr w:type="spellEnd"/>
            <w:r>
              <w:rPr>
                <w:rFonts w:cs="Times New Roman"/>
                <w:sz w:val="20"/>
              </w:rPr>
              <w:t xml:space="preserve"> </w:t>
            </w:r>
            <w:proofErr w:type="spellStart"/>
            <w:r>
              <w:rPr>
                <w:rFonts w:cs="Times New Roman"/>
                <w:sz w:val="20"/>
              </w:rPr>
              <w:t>agen</w:t>
            </w:r>
            <w:proofErr w:type="spellEnd"/>
            <w:r>
              <w:rPr>
                <w:rFonts w:cs="Times New Roman"/>
                <w:sz w:val="20"/>
              </w:rPr>
              <w:t xml:space="preserve"> </w:t>
            </w:r>
            <w:proofErr w:type="spellStart"/>
            <w:r>
              <w:rPr>
                <w:rFonts w:cs="Times New Roman"/>
                <w:sz w:val="20"/>
              </w:rPr>
              <w:t>sebagai</w:t>
            </w:r>
            <w:proofErr w:type="spellEnd"/>
            <w:r>
              <w:rPr>
                <w:rFonts w:cs="Times New Roman"/>
                <w:sz w:val="20"/>
              </w:rPr>
              <w:t xml:space="preserve"> </w:t>
            </w:r>
            <w:proofErr w:type="spellStart"/>
            <w:r>
              <w:rPr>
                <w:rFonts w:cs="Times New Roman"/>
                <w:sz w:val="20"/>
              </w:rPr>
              <w:t>umpan</w:t>
            </w:r>
            <w:proofErr w:type="spellEnd"/>
            <w:r>
              <w:rPr>
                <w:rFonts w:cs="Times New Roman"/>
                <w:sz w:val="20"/>
              </w:rPr>
              <w:t xml:space="preserve"> </w:t>
            </w:r>
            <w:proofErr w:type="spellStart"/>
            <w:r>
              <w:rPr>
                <w:rFonts w:cs="Times New Roman"/>
                <w:sz w:val="20"/>
              </w:rPr>
              <w:t>balik</w:t>
            </w:r>
            <w:proofErr w:type="spellEnd"/>
            <w:r>
              <w:rPr>
                <w:rFonts w:cs="Times New Roman"/>
                <w:sz w:val="20"/>
              </w:rPr>
              <w:t xml:space="preserve"> </w:t>
            </w:r>
            <w:proofErr w:type="spellStart"/>
            <w:r>
              <w:rPr>
                <w:rFonts w:cs="Times New Roman"/>
                <w:sz w:val="20"/>
              </w:rPr>
              <w:t>atas</w:t>
            </w:r>
            <w:proofErr w:type="spellEnd"/>
            <w:r>
              <w:rPr>
                <w:rFonts w:cs="Times New Roman"/>
                <w:sz w:val="20"/>
              </w:rPr>
              <w:t xml:space="preserve"> </w:t>
            </w:r>
            <w:proofErr w:type="spellStart"/>
            <w:r>
              <w:rPr>
                <w:rFonts w:cs="Times New Roman"/>
                <w:sz w:val="20"/>
              </w:rPr>
              <w:t>aksi</w:t>
            </w:r>
            <w:proofErr w:type="spellEnd"/>
            <w:r>
              <w:rPr>
                <w:rFonts w:cs="Times New Roman"/>
                <w:sz w:val="20"/>
              </w:rPr>
              <w:t xml:space="preserve"> yang </w:t>
            </w:r>
            <w:proofErr w:type="spellStart"/>
            <w:r>
              <w:rPr>
                <w:rFonts w:cs="Times New Roman"/>
                <w:sz w:val="20"/>
              </w:rPr>
              <w:t>dieksekusi</w:t>
            </w:r>
            <w:proofErr w:type="spellEnd"/>
            <w:r>
              <w:rPr>
                <w:rFonts w:cs="Times New Roman"/>
                <w:sz w:val="20"/>
              </w:rPr>
              <w:t>.</w:t>
            </w:r>
          </w:p>
        </w:tc>
      </w:tr>
      <w:tr w:rsidR="00F810AC" w14:paraId="2BC45D3B" w14:textId="77777777" w:rsidTr="008313F9">
        <w:tc>
          <w:tcPr>
            <w:tcW w:w="2835" w:type="dxa"/>
          </w:tcPr>
          <w:p w14:paraId="200E714C" w14:textId="77777777" w:rsidR="00F810AC" w:rsidRDefault="00000000">
            <w:r>
              <w:rPr>
                <w:rFonts w:cs="Times New Roman"/>
                <w:b/>
                <w:i/>
                <w:sz w:val="20"/>
              </w:rPr>
              <w:t>Reward Shaping</w:t>
            </w:r>
          </w:p>
        </w:tc>
        <w:tc>
          <w:tcPr>
            <w:tcW w:w="6520" w:type="dxa"/>
          </w:tcPr>
          <w:p w14:paraId="651D2FEC" w14:textId="77777777" w:rsidR="00F810AC" w:rsidRDefault="00000000">
            <w:proofErr w:type="spellStart"/>
            <w:r>
              <w:rPr>
                <w:rFonts w:cs="Times New Roman"/>
                <w:sz w:val="20"/>
              </w:rPr>
              <w:t>Perancangan</w:t>
            </w:r>
            <w:proofErr w:type="spellEnd"/>
            <w:r>
              <w:rPr>
                <w:rFonts w:cs="Times New Roman"/>
                <w:sz w:val="20"/>
              </w:rPr>
              <w:t xml:space="preserve"> </w:t>
            </w:r>
            <w:proofErr w:type="spellStart"/>
            <w:r>
              <w:rPr>
                <w:rFonts w:cs="Times New Roman"/>
                <w:sz w:val="20"/>
              </w:rPr>
              <w:t>formulasi</w:t>
            </w:r>
            <w:proofErr w:type="spellEnd"/>
            <w:r>
              <w:rPr>
                <w:rFonts w:cs="Times New Roman"/>
                <w:sz w:val="20"/>
              </w:rPr>
              <w:t xml:space="preserve"> reward yang </w:t>
            </w:r>
            <w:proofErr w:type="spellStart"/>
            <w:r>
              <w:rPr>
                <w:rFonts w:cs="Times New Roman"/>
                <w:sz w:val="20"/>
              </w:rPr>
              <w:t>membentuk</w:t>
            </w:r>
            <w:proofErr w:type="spellEnd"/>
            <w:r>
              <w:rPr>
                <w:rFonts w:cs="Times New Roman"/>
                <w:sz w:val="20"/>
              </w:rPr>
              <w:t xml:space="preserve"> </w:t>
            </w:r>
            <w:proofErr w:type="spellStart"/>
            <w:r>
              <w:rPr>
                <w:rFonts w:cs="Times New Roman"/>
                <w:sz w:val="20"/>
              </w:rPr>
              <w:t>perilaku</w:t>
            </w:r>
            <w:proofErr w:type="spellEnd"/>
            <w:r>
              <w:rPr>
                <w:rFonts w:cs="Times New Roman"/>
                <w:sz w:val="20"/>
              </w:rPr>
              <w:t xml:space="preserve"> </w:t>
            </w:r>
            <w:proofErr w:type="spellStart"/>
            <w:r>
              <w:rPr>
                <w:rFonts w:cs="Times New Roman"/>
                <w:sz w:val="20"/>
              </w:rPr>
              <w:t>agen</w:t>
            </w:r>
            <w:proofErr w:type="spellEnd"/>
            <w:r>
              <w:rPr>
                <w:rFonts w:cs="Times New Roman"/>
                <w:sz w:val="20"/>
              </w:rPr>
              <w:t xml:space="preserve"> </w:t>
            </w:r>
            <w:proofErr w:type="spellStart"/>
            <w:r>
              <w:rPr>
                <w:rFonts w:cs="Times New Roman"/>
                <w:sz w:val="20"/>
              </w:rPr>
              <w:t>sesuai</w:t>
            </w:r>
            <w:proofErr w:type="spellEnd"/>
            <w:r>
              <w:rPr>
                <w:rFonts w:cs="Times New Roman"/>
                <w:sz w:val="20"/>
              </w:rPr>
              <w:t xml:space="preserve"> </w:t>
            </w:r>
            <w:proofErr w:type="spellStart"/>
            <w:r>
              <w:rPr>
                <w:rFonts w:cs="Times New Roman"/>
                <w:sz w:val="20"/>
              </w:rPr>
              <w:t>dengan</w:t>
            </w:r>
            <w:proofErr w:type="spellEnd"/>
            <w:r>
              <w:rPr>
                <w:rFonts w:cs="Times New Roman"/>
                <w:sz w:val="20"/>
              </w:rPr>
              <w:t xml:space="preserve"> </w:t>
            </w:r>
            <w:proofErr w:type="spellStart"/>
            <w:r>
              <w:rPr>
                <w:rFonts w:cs="Times New Roman"/>
                <w:sz w:val="20"/>
              </w:rPr>
              <w:t>tujuan</w:t>
            </w:r>
            <w:proofErr w:type="spellEnd"/>
            <w:r>
              <w:rPr>
                <w:rFonts w:cs="Times New Roman"/>
                <w:sz w:val="20"/>
              </w:rPr>
              <w:t xml:space="preserve"> </w:t>
            </w:r>
            <w:proofErr w:type="spellStart"/>
            <w:r>
              <w:rPr>
                <w:rFonts w:cs="Times New Roman"/>
                <w:sz w:val="20"/>
              </w:rPr>
              <w:t>akhir</w:t>
            </w:r>
            <w:proofErr w:type="spellEnd"/>
            <w:r>
              <w:rPr>
                <w:rFonts w:cs="Times New Roman"/>
                <w:sz w:val="20"/>
              </w:rPr>
              <w:t>.</w:t>
            </w:r>
          </w:p>
        </w:tc>
      </w:tr>
      <w:tr w:rsidR="00F810AC" w14:paraId="1BA88AF6" w14:textId="77777777" w:rsidTr="008313F9">
        <w:tc>
          <w:tcPr>
            <w:tcW w:w="2835" w:type="dxa"/>
          </w:tcPr>
          <w:p w14:paraId="27397AE0" w14:textId="77777777" w:rsidR="00F810AC" w:rsidRDefault="00000000">
            <w:r>
              <w:rPr>
                <w:rFonts w:cs="Times New Roman"/>
                <w:b/>
                <w:i/>
                <w:sz w:val="20"/>
              </w:rPr>
              <w:t>Sanity Check</w:t>
            </w:r>
          </w:p>
        </w:tc>
        <w:tc>
          <w:tcPr>
            <w:tcW w:w="6520" w:type="dxa"/>
          </w:tcPr>
          <w:p w14:paraId="632BA011" w14:textId="77777777" w:rsidR="00F810AC" w:rsidRDefault="00000000">
            <w:proofErr w:type="spellStart"/>
            <w:r>
              <w:rPr>
                <w:rFonts w:cs="Times New Roman"/>
                <w:sz w:val="20"/>
              </w:rPr>
              <w:t>Validasi</w:t>
            </w:r>
            <w:proofErr w:type="spellEnd"/>
            <w:r>
              <w:rPr>
                <w:rFonts w:cs="Times New Roman"/>
                <w:sz w:val="20"/>
              </w:rPr>
              <w:t xml:space="preserve"> </w:t>
            </w:r>
            <w:proofErr w:type="spellStart"/>
            <w:r>
              <w:rPr>
                <w:rFonts w:cs="Times New Roman"/>
                <w:sz w:val="20"/>
              </w:rPr>
              <w:t>awal</w:t>
            </w:r>
            <w:proofErr w:type="spellEnd"/>
            <w:r>
              <w:rPr>
                <w:rFonts w:cs="Times New Roman"/>
                <w:sz w:val="20"/>
              </w:rPr>
              <w:t xml:space="preserve"> </w:t>
            </w:r>
            <w:proofErr w:type="spellStart"/>
            <w:r>
              <w:rPr>
                <w:rFonts w:cs="Times New Roman"/>
                <w:sz w:val="20"/>
              </w:rPr>
              <w:t>untuk</w:t>
            </w:r>
            <w:proofErr w:type="spellEnd"/>
            <w:r>
              <w:rPr>
                <w:rFonts w:cs="Times New Roman"/>
                <w:sz w:val="20"/>
              </w:rPr>
              <w:t xml:space="preserve"> </w:t>
            </w:r>
            <w:proofErr w:type="spellStart"/>
            <w:r>
              <w:rPr>
                <w:rFonts w:cs="Times New Roman"/>
                <w:sz w:val="20"/>
              </w:rPr>
              <w:t>memastikan</w:t>
            </w:r>
            <w:proofErr w:type="spellEnd"/>
            <w:r>
              <w:rPr>
                <w:rFonts w:cs="Times New Roman"/>
                <w:sz w:val="20"/>
              </w:rPr>
              <w:t xml:space="preserve"> </w:t>
            </w:r>
            <w:proofErr w:type="spellStart"/>
            <w:r>
              <w:rPr>
                <w:rFonts w:cs="Times New Roman"/>
                <w:sz w:val="20"/>
              </w:rPr>
              <w:t>logika</w:t>
            </w:r>
            <w:proofErr w:type="spellEnd"/>
            <w:r>
              <w:rPr>
                <w:rFonts w:cs="Times New Roman"/>
                <w:sz w:val="20"/>
              </w:rPr>
              <w:t xml:space="preserve"> </w:t>
            </w:r>
            <w:proofErr w:type="spellStart"/>
            <w:r>
              <w:rPr>
                <w:rFonts w:cs="Times New Roman"/>
                <w:sz w:val="20"/>
              </w:rPr>
              <w:t>pemrograman</w:t>
            </w:r>
            <w:proofErr w:type="spellEnd"/>
            <w:r>
              <w:rPr>
                <w:rFonts w:cs="Times New Roman"/>
                <w:sz w:val="20"/>
              </w:rPr>
              <w:t xml:space="preserve"> </w:t>
            </w:r>
            <w:proofErr w:type="spellStart"/>
            <w:r>
              <w:rPr>
                <w:rFonts w:cs="Times New Roman"/>
                <w:sz w:val="20"/>
              </w:rPr>
              <w:t>berjalan</w:t>
            </w:r>
            <w:proofErr w:type="spellEnd"/>
            <w:r>
              <w:rPr>
                <w:rFonts w:cs="Times New Roman"/>
                <w:sz w:val="20"/>
              </w:rPr>
              <w:t xml:space="preserve"> </w:t>
            </w:r>
            <w:proofErr w:type="spellStart"/>
            <w:r>
              <w:rPr>
                <w:rFonts w:cs="Times New Roman"/>
                <w:sz w:val="20"/>
              </w:rPr>
              <w:t>dengan</w:t>
            </w:r>
            <w:proofErr w:type="spellEnd"/>
            <w:r>
              <w:rPr>
                <w:rFonts w:cs="Times New Roman"/>
                <w:sz w:val="20"/>
              </w:rPr>
              <w:t xml:space="preserve"> </w:t>
            </w:r>
            <w:proofErr w:type="spellStart"/>
            <w:r>
              <w:rPr>
                <w:rFonts w:cs="Times New Roman"/>
                <w:sz w:val="20"/>
              </w:rPr>
              <w:t>benar</w:t>
            </w:r>
            <w:proofErr w:type="spellEnd"/>
            <w:r>
              <w:rPr>
                <w:rFonts w:cs="Times New Roman"/>
                <w:sz w:val="20"/>
              </w:rPr>
              <w:t xml:space="preserve"> </w:t>
            </w:r>
            <w:proofErr w:type="spellStart"/>
            <w:r>
              <w:rPr>
                <w:rFonts w:cs="Times New Roman"/>
                <w:sz w:val="20"/>
              </w:rPr>
              <w:t>sebelum</w:t>
            </w:r>
            <w:proofErr w:type="spellEnd"/>
            <w:r>
              <w:rPr>
                <w:rFonts w:cs="Times New Roman"/>
                <w:sz w:val="20"/>
              </w:rPr>
              <w:t xml:space="preserve"> </w:t>
            </w:r>
            <w:proofErr w:type="spellStart"/>
            <w:r>
              <w:rPr>
                <w:rFonts w:cs="Times New Roman"/>
                <w:sz w:val="20"/>
              </w:rPr>
              <w:t>eksperimen</w:t>
            </w:r>
            <w:proofErr w:type="spellEnd"/>
            <w:r>
              <w:rPr>
                <w:rFonts w:cs="Times New Roman"/>
                <w:sz w:val="20"/>
              </w:rPr>
              <w:t xml:space="preserve"> </w:t>
            </w:r>
            <w:proofErr w:type="spellStart"/>
            <w:r>
              <w:rPr>
                <w:rFonts w:cs="Times New Roman"/>
                <w:sz w:val="20"/>
              </w:rPr>
              <w:t>utama</w:t>
            </w:r>
            <w:proofErr w:type="spellEnd"/>
            <w:r>
              <w:rPr>
                <w:rFonts w:cs="Times New Roman"/>
                <w:sz w:val="20"/>
              </w:rPr>
              <w:t xml:space="preserve"> </w:t>
            </w:r>
            <w:proofErr w:type="spellStart"/>
            <w:r>
              <w:rPr>
                <w:rFonts w:cs="Times New Roman"/>
                <w:sz w:val="20"/>
              </w:rPr>
              <w:t>dilakukan</w:t>
            </w:r>
            <w:proofErr w:type="spellEnd"/>
            <w:r>
              <w:rPr>
                <w:rFonts w:cs="Times New Roman"/>
                <w:sz w:val="20"/>
              </w:rPr>
              <w:t>.</w:t>
            </w:r>
          </w:p>
        </w:tc>
      </w:tr>
      <w:tr w:rsidR="00F810AC" w14:paraId="0823A711" w14:textId="77777777" w:rsidTr="008313F9">
        <w:tc>
          <w:tcPr>
            <w:tcW w:w="2835" w:type="dxa"/>
          </w:tcPr>
          <w:p w14:paraId="2BE7D097" w14:textId="77777777" w:rsidR="00F810AC" w:rsidRDefault="00000000">
            <w:r>
              <w:rPr>
                <w:rFonts w:cs="Times New Roman"/>
                <w:b/>
                <w:i/>
                <w:sz w:val="20"/>
              </w:rPr>
              <w:t>Single-Modal</w:t>
            </w:r>
          </w:p>
        </w:tc>
        <w:tc>
          <w:tcPr>
            <w:tcW w:w="6520" w:type="dxa"/>
          </w:tcPr>
          <w:p w14:paraId="773A06CC" w14:textId="77777777" w:rsidR="00F810AC" w:rsidRDefault="00000000">
            <w:proofErr w:type="spellStart"/>
            <w:r>
              <w:rPr>
                <w:rFonts w:cs="Times New Roman"/>
                <w:sz w:val="20"/>
              </w:rPr>
              <w:t>Penggunaan</w:t>
            </w:r>
            <w:proofErr w:type="spellEnd"/>
            <w:r>
              <w:rPr>
                <w:rFonts w:cs="Times New Roman"/>
                <w:sz w:val="20"/>
              </w:rPr>
              <w:t xml:space="preserve"> </w:t>
            </w:r>
            <w:proofErr w:type="spellStart"/>
            <w:r>
              <w:rPr>
                <w:rFonts w:cs="Times New Roman"/>
                <w:sz w:val="20"/>
              </w:rPr>
              <w:t>satu</w:t>
            </w:r>
            <w:proofErr w:type="spellEnd"/>
            <w:r>
              <w:rPr>
                <w:rFonts w:cs="Times New Roman"/>
                <w:sz w:val="20"/>
              </w:rPr>
              <w:t xml:space="preserve"> </w:t>
            </w:r>
            <w:proofErr w:type="spellStart"/>
            <w:r>
              <w:rPr>
                <w:rFonts w:cs="Times New Roman"/>
                <w:sz w:val="20"/>
              </w:rPr>
              <w:t>jenis</w:t>
            </w:r>
            <w:proofErr w:type="spellEnd"/>
            <w:r>
              <w:rPr>
                <w:rFonts w:cs="Times New Roman"/>
                <w:sz w:val="20"/>
              </w:rPr>
              <w:t xml:space="preserve"> </w:t>
            </w:r>
            <w:proofErr w:type="spellStart"/>
            <w:r>
              <w:rPr>
                <w:rFonts w:cs="Times New Roman"/>
                <w:sz w:val="20"/>
              </w:rPr>
              <w:t>modalitas</w:t>
            </w:r>
            <w:proofErr w:type="spellEnd"/>
            <w:r>
              <w:rPr>
                <w:rFonts w:cs="Times New Roman"/>
                <w:sz w:val="20"/>
              </w:rPr>
              <w:t xml:space="preserve"> sensor; pada </w:t>
            </w:r>
            <w:proofErr w:type="spellStart"/>
            <w:r>
              <w:rPr>
                <w:rFonts w:cs="Times New Roman"/>
                <w:sz w:val="20"/>
              </w:rPr>
              <w:t>Tugas</w:t>
            </w:r>
            <w:proofErr w:type="spellEnd"/>
            <w:r>
              <w:rPr>
                <w:rFonts w:cs="Times New Roman"/>
                <w:sz w:val="20"/>
              </w:rPr>
              <w:t xml:space="preserve"> Akhir </w:t>
            </w:r>
            <w:proofErr w:type="spellStart"/>
            <w:r>
              <w:rPr>
                <w:rFonts w:cs="Times New Roman"/>
                <w:sz w:val="20"/>
              </w:rPr>
              <w:t>ini</w:t>
            </w:r>
            <w:proofErr w:type="spellEnd"/>
            <w:r>
              <w:rPr>
                <w:rFonts w:cs="Times New Roman"/>
                <w:sz w:val="20"/>
              </w:rPr>
              <w:t xml:space="preserve"> </w:t>
            </w:r>
            <w:proofErr w:type="spellStart"/>
            <w:r>
              <w:rPr>
                <w:rFonts w:cs="Times New Roman"/>
                <w:sz w:val="20"/>
              </w:rPr>
              <w:t>hanya</w:t>
            </w:r>
            <w:proofErr w:type="spellEnd"/>
            <w:r>
              <w:rPr>
                <w:rFonts w:cs="Times New Roman"/>
                <w:sz w:val="20"/>
              </w:rPr>
              <w:t xml:space="preserve"> </w:t>
            </w:r>
            <w:proofErr w:type="spellStart"/>
            <w:r>
              <w:rPr>
                <w:rFonts w:cs="Times New Roman"/>
                <w:sz w:val="20"/>
              </w:rPr>
              <w:t>kamera</w:t>
            </w:r>
            <w:proofErr w:type="spellEnd"/>
            <w:r>
              <w:rPr>
                <w:rFonts w:cs="Times New Roman"/>
                <w:sz w:val="20"/>
              </w:rPr>
              <w:t xml:space="preserve"> </w:t>
            </w:r>
            <w:proofErr w:type="spellStart"/>
            <w:r>
              <w:rPr>
                <w:rFonts w:cs="Times New Roman"/>
                <w:sz w:val="20"/>
              </w:rPr>
              <w:t>depan</w:t>
            </w:r>
            <w:proofErr w:type="spellEnd"/>
            <w:r>
              <w:rPr>
                <w:rFonts w:cs="Times New Roman"/>
                <w:sz w:val="20"/>
              </w:rPr>
              <w:t>.</w:t>
            </w:r>
          </w:p>
        </w:tc>
      </w:tr>
      <w:tr w:rsidR="00F810AC" w14:paraId="3425BC9D" w14:textId="77777777" w:rsidTr="008313F9">
        <w:tc>
          <w:tcPr>
            <w:tcW w:w="2835" w:type="dxa"/>
          </w:tcPr>
          <w:p w14:paraId="5ACCDA77" w14:textId="77777777" w:rsidR="00F810AC" w:rsidRDefault="00000000">
            <w:r>
              <w:rPr>
                <w:rFonts w:cs="Times New Roman"/>
                <w:b/>
                <w:i/>
                <w:sz w:val="20"/>
              </w:rPr>
              <w:t>Stable-Baselines3 (SB3)</w:t>
            </w:r>
          </w:p>
        </w:tc>
        <w:tc>
          <w:tcPr>
            <w:tcW w:w="6520" w:type="dxa"/>
          </w:tcPr>
          <w:p w14:paraId="7FE5F645" w14:textId="77777777" w:rsidR="00F810AC" w:rsidRDefault="00000000">
            <w:r>
              <w:rPr>
                <w:rFonts w:cs="Times New Roman"/>
                <w:sz w:val="20"/>
              </w:rPr>
              <w:t xml:space="preserve">Pustaka Python yang </w:t>
            </w:r>
            <w:proofErr w:type="spellStart"/>
            <w:r>
              <w:rPr>
                <w:rFonts w:cs="Times New Roman"/>
                <w:sz w:val="20"/>
              </w:rPr>
              <w:t>menyediakan</w:t>
            </w:r>
            <w:proofErr w:type="spellEnd"/>
            <w:r>
              <w:rPr>
                <w:rFonts w:cs="Times New Roman"/>
                <w:sz w:val="20"/>
              </w:rPr>
              <w:t xml:space="preserve"> </w:t>
            </w:r>
            <w:proofErr w:type="spellStart"/>
            <w:r>
              <w:rPr>
                <w:rFonts w:cs="Times New Roman"/>
                <w:sz w:val="20"/>
              </w:rPr>
              <w:t>implementasi</w:t>
            </w:r>
            <w:proofErr w:type="spellEnd"/>
            <w:r>
              <w:rPr>
                <w:rFonts w:cs="Times New Roman"/>
                <w:sz w:val="20"/>
              </w:rPr>
              <w:t xml:space="preserve"> </w:t>
            </w:r>
            <w:proofErr w:type="spellStart"/>
            <w:r>
              <w:rPr>
                <w:rFonts w:cs="Times New Roman"/>
                <w:sz w:val="20"/>
              </w:rPr>
              <w:t>algoritma</w:t>
            </w:r>
            <w:proofErr w:type="spellEnd"/>
            <w:r>
              <w:rPr>
                <w:rFonts w:cs="Times New Roman"/>
                <w:sz w:val="20"/>
              </w:rPr>
              <w:t xml:space="preserve"> Deep Reinforcement Learning </w:t>
            </w:r>
            <w:proofErr w:type="spellStart"/>
            <w:r>
              <w:rPr>
                <w:rFonts w:cs="Times New Roman"/>
                <w:sz w:val="20"/>
              </w:rPr>
              <w:t>standar</w:t>
            </w:r>
            <w:proofErr w:type="spellEnd"/>
            <w:r>
              <w:rPr>
                <w:rFonts w:cs="Times New Roman"/>
                <w:sz w:val="20"/>
              </w:rPr>
              <w:t xml:space="preserve"> </w:t>
            </w:r>
            <w:proofErr w:type="spellStart"/>
            <w:r>
              <w:rPr>
                <w:rFonts w:cs="Times New Roman"/>
                <w:sz w:val="20"/>
              </w:rPr>
              <w:t>berbasis</w:t>
            </w:r>
            <w:proofErr w:type="spellEnd"/>
            <w:r>
              <w:rPr>
                <w:rFonts w:cs="Times New Roman"/>
                <w:sz w:val="20"/>
              </w:rPr>
              <w:t xml:space="preserve"> </w:t>
            </w:r>
            <w:proofErr w:type="spellStart"/>
            <w:r>
              <w:rPr>
                <w:rFonts w:cs="Times New Roman"/>
                <w:sz w:val="20"/>
              </w:rPr>
              <w:t>PyTorch</w:t>
            </w:r>
            <w:proofErr w:type="spellEnd"/>
            <w:r>
              <w:rPr>
                <w:rFonts w:cs="Times New Roman"/>
                <w:sz w:val="20"/>
              </w:rPr>
              <w:t>.</w:t>
            </w:r>
          </w:p>
        </w:tc>
      </w:tr>
      <w:tr w:rsidR="00F810AC" w14:paraId="25E3CBB6" w14:textId="77777777" w:rsidTr="008313F9">
        <w:tc>
          <w:tcPr>
            <w:tcW w:w="2835" w:type="dxa"/>
          </w:tcPr>
          <w:p w14:paraId="26C19D24" w14:textId="77777777" w:rsidR="00F810AC" w:rsidRDefault="00000000">
            <w:r>
              <w:rPr>
                <w:rFonts w:cs="Times New Roman"/>
                <w:b/>
                <w:i/>
                <w:sz w:val="20"/>
              </w:rPr>
              <w:t>State / State Space</w:t>
            </w:r>
          </w:p>
        </w:tc>
        <w:tc>
          <w:tcPr>
            <w:tcW w:w="6520" w:type="dxa"/>
          </w:tcPr>
          <w:p w14:paraId="6CB63A34" w14:textId="77777777" w:rsidR="00F810AC" w:rsidRDefault="00000000">
            <w:proofErr w:type="spellStart"/>
            <w:r>
              <w:rPr>
                <w:rFonts w:cs="Times New Roman"/>
                <w:sz w:val="20"/>
              </w:rPr>
              <w:t>Representasi</w:t>
            </w:r>
            <w:proofErr w:type="spellEnd"/>
            <w:r>
              <w:rPr>
                <w:rFonts w:cs="Times New Roman"/>
                <w:sz w:val="20"/>
              </w:rPr>
              <w:t xml:space="preserve"> </w:t>
            </w:r>
            <w:proofErr w:type="spellStart"/>
            <w:r>
              <w:rPr>
                <w:rFonts w:cs="Times New Roman"/>
                <w:sz w:val="20"/>
              </w:rPr>
              <w:t>keadaan</w:t>
            </w:r>
            <w:proofErr w:type="spellEnd"/>
            <w:r>
              <w:rPr>
                <w:rFonts w:cs="Times New Roman"/>
                <w:sz w:val="20"/>
              </w:rPr>
              <w:t xml:space="preserve"> </w:t>
            </w:r>
            <w:proofErr w:type="spellStart"/>
            <w:r>
              <w:rPr>
                <w:rFonts w:cs="Times New Roman"/>
                <w:sz w:val="20"/>
              </w:rPr>
              <w:t>lingkungan</w:t>
            </w:r>
            <w:proofErr w:type="spellEnd"/>
            <w:r>
              <w:rPr>
                <w:rFonts w:cs="Times New Roman"/>
                <w:sz w:val="20"/>
              </w:rPr>
              <w:t xml:space="preserve"> pada </w:t>
            </w:r>
            <w:proofErr w:type="spellStart"/>
            <w:r>
              <w:rPr>
                <w:rFonts w:cs="Times New Roman"/>
                <w:sz w:val="20"/>
              </w:rPr>
              <w:t>satu</w:t>
            </w:r>
            <w:proofErr w:type="spellEnd"/>
            <w:r>
              <w:rPr>
                <w:rFonts w:cs="Times New Roman"/>
                <w:sz w:val="20"/>
              </w:rPr>
              <w:t xml:space="preserve"> </w:t>
            </w:r>
            <w:proofErr w:type="spellStart"/>
            <w:r>
              <w:rPr>
                <w:rFonts w:cs="Times New Roman"/>
                <w:sz w:val="20"/>
              </w:rPr>
              <w:t>langkah</w:t>
            </w:r>
            <w:proofErr w:type="spellEnd"/>
            <w:r>
              <w:rPr>
                <w:rFonts w:cs="Times New Roman"/>
                <w:sz w:val="20"/>
              </w:rPr>
              <w:t xml:space="preserve"> </w:t>
            </w:r>
            <w:proofErr w:type="spellStart"/>
            <w:r>
              <w:rPr>
                <w:rFonts w:cs="Times New Roman"/>
                <w:sz w:val="20"/>
              </w:rPr>
              <w:t>waktu</w:t>
            </w:r>
            <w:proofErr w:type="spellEnd"/>
            <w:r>
              <w:rPr>
                <w:rFonts w:cs="Times New Roman"/>
                <w:sz w:val="20"/>
              </w:rPr>
              <w:t xml:space="preserve"> / </w:t>
            </w:r>
            <w:proofErr w:type="spellStart"/>
            <w:r>
              <w:rPr>
                <w:rFonts w:cs="Times New Roman"/>
                <w:sz w:val="20"/>
              </w:rPr>
              <w:t>himpunan</w:t>
            </w:r>
            <w:proofErr w:type="spellEnd"/>
            <w:r>
              <w:rPr>
                <w:rFonts w:cs="Times New Roman"/>
                <w:sz w:val="20"/>
              </w:rPr>
              <w:t xml:space="preserve"> </w:t>
            </w:r>
            <w:proofErr w:type="spellStart"/>
            <w:r>
              <w:rPr>
                <w:rFonts w:cs="Times New Roman"/>
                <w:sz w:val="20"/>
              </w:rPr>
              <w:t>semua</w:t>
            </w:r>
            <w:proofErr w:type="spellEnd"/>
            <w:r>
              <w:rPr>
                <w:rFonts w:cs="Times New Roman"/>
                <w:sz w:val="20"/>
              </w:rPr>
              <w:t xml:space="preserve"> </w:t>
            </w:r>
            <w:proofErr w:type="spellStart"/>
            <w:r>
              <w:rPr>
                <w:rFonts w:cs="Times New Roman"/>
                <w:sz w:val="20"/>
              </w:rPr>
              <w:t>keadaan</w:t>
            </w:r>
            <w:proofErr w:type="spellEnd"/>
            <w:r>
              <w:rPr>
                <w:rFonts w:cs="Times New Roman"/>
                <w:sz w:val="20"/>
              </w:rPr>
              <w:t xml:space="preserve"> yang </w:t>
            </w:r>
            <w:proofErr w:type="spellStart"/>
            <w:r>
              <w:rPr>
                <w:rFonts w:cs="Times New Roman"/>
                <w:sz w:val="20"/>
              </w:rPr>
              <w:t>mungkin</w:t>
            </w:r>
            <w:proofErr w:type="spellEnd"/>
            <w:r>
              <w:rPr>
                <w:rFonts w:cs="Times New Roman"/>
                <w:sz w:val="20"/>
              </w:rPr>
              <w:t>.</w:t>
            </w:r>
          </w:p>
        </w:tc>
      </w:tr>
      <w:tr w:rsidR="00F810AC" w14:paraId="644107EA" w14:textId="77777777" w:rsidTr="008313F9">
        <w:tc>
          <w:tcPr>
            <w:tcW w:w="2835" w:type="dxa"/>
          </w:tcPr>
          <w:p w14:paraId="2F0AD178" w14:textId="77777777" w:rsidR="00F810AC" w:rsidRDefault="00000000">
            <w:r>
              <w:rPr>
                <w:rFonts w:cs="Times New Roman"/>
                <w:b/>
                <w:i/>
                <w:sz w:val="20"/>
              </w:rPr>
              <w:t>Steering</w:t>
            </w:r>
          </w:p>
        </w:tc>
        <w:tc>
          <w:tcPr>
            <w:tcW w:w="6520" w:type="dxa"/>
          </w:tcPr>
          <w:p w14:paraId="4D12C5F4" w14:textId="77777777" w:rsidR="00F810AC" w:rsidRDefault="00000000">
            <w:proofErr w:type="spellStart"/>
            <w:r>
              <w:rPr>
                <w:rFonts w:cs="Times New Roman"/>
                <w:sz w:val="20"/>
              </w:rPr>
              <w:t>Sudut</w:t>
            </w:r>
            <w:proofErr w:type="spellEnd"/>
            <w:r>
              <w:rPr>
                <w:rFonts w:cs="Times New Roman"/>
                <w:sz w:val="20"/>
              </w:rPr>
              <w:t xml:space="preserve"> </w:t>
            </w:r>
            <w:proofErr w:type="spellStart"/>
            <w:r>
              <w:rPr>
                <w:rFonts w:cs="Times New Roman"/>
                <w:sz w:val="20"/>
              </w:rPr>
              <w:t>kemudi</w:t>
            </w:r>
            <w:proofErr w:type="spellEnd"/>
            <w:r>
              <w:rPr>
                <w:rFonts w:cs="Times New Roman"/>
                <w:sz w:val="20"/>
              </w:rPr>
              <w:t xml:space="preserve"> yang </w:t>
            </w:r>
            <w:proofErr w:type="spellStart"/>
            <w:r>
              <w:rPr>
                <w:rFonts w:cs="Times New Roman"/>
                <w:sz w:val="20"/>
              </w:rPr>
              <w:t>menentukan</w:t>
            </w:r>
            <w:proofErr w:type="spellEnd"/>
            <w:r>
              <w:rPr>
                <w:rFonts w:cs="Times New Roman"/>
                <w:sz w:val="20"/>
              </w:rPr>
              <w:t xml:space="preserve"> </w:t>
            </w:r>
            <w:proofErr w:type="spellStart"/>
            <w:r>
              <w:rPr>
                <w:rFonts w:cs="Times New Roman"/>
                <w:sz w:val="20"/>
              </w:rPr>
              <w:t>arah</w:t>
            </w:r>
            <w:proofErr w:type="spellEnd"/>
            <w:r>
              <w:rPr>
                <w:rFonts w:cs="Times New Roman"/>
                <w:sz w:val="20"/>
              </w:rPr>
              <w:t xml:space="preserve"> lateral </w:t>
            </w:r>
            <w:proofErr w:type="spellStart"/>
            <w:r>
              <w:rPr>
                <w:rFonts w:cs="Times New Roman"/>
                <w:sz w:val="20"/>
              </w:rPr>
              <w:t>kendaraan</w:t>
            </w:r>
            <w:proofErr w:type="spellEnd"/>
            <w:r>
              <w:rPr>
                <w:rFonts w:cs="Times New Roman"/>
                <w:sz w:val="20"/>
              </w:rPr>
              <w:t>.</w:t>
            </w:r>
          </w:p>
        </w:tc>
      </w:tr>
      <w:tr w:rsidR="00F810AC" w14:paraId="3DC73EAA" w14:textId="77777777" w:rsidTr="008313F9">
        <w:tc>
          <w:tcPr>
            <w:tcW w:w="2835" w:type="dxa"/>
          </w:tcPr>
          <w:p w14:paraId="2DD999E4" w14:textId="77777777" w:rsidR="00F810AC" w:rsidRDefault="00000000">
            <w:r>
              <w:rPr>
                <w:rFonts w:cs="Times New Roman"/>
                <w:b/>
                <w:i/>
                <w:sz w:val="20"/>
              </w:rPr>
              <w:t>Success Rate</w:t>
            </w:r>
          </w:p>
        </w:tc>
        <w:tc>
          <w:tcPr>
            <w:tcW w:w="6520" w:type="dxa"/>
          </w:tcPr>
          <w:p w14:paraId="0FF1794D" w14:textId="77777777" w:rsidR="00F810AC" w:rsidRDefault="00000000">
            <w:proofErr w:type="spellStart"/>
            <w:r>
              <w:rPr>
                <w:rFonts w:cs="Times New Roman"/>
                <w:sz w:val="20"/>
              </w:rPr>
              <w:t>Proporsi</w:t>
            </w:r>
            <w:proofErr w:type="spellEnd"/>
            <w:r>
              <w:rPr>
                <w:rFonts w:cs="Times New Roman"/>
                <w:sz w:val="20"/>
              </w:rPr>
              <w:t xml:space="preserve"> episode </w:t>
            </w:r>
            <w:proofErr w:type="spellStart"/>
            <w:r>
              <w:rPr>
                <w:rFonts w:cs="Times New Roman"/>
                <w:sz w:val="20"/>
              </w:rPr>
              <w:t>evaluasi</w:t>
            </w:r>
            <w:proofErr w:type="spellEnd"/>
            <w:r>
              <w:rPr>
                <w:rFonts w:cs="Times New Roman"/>
                <w:sz w:val="20"/>
              </w:rPr>
              <w:t xml:space="preserve"> yang </w:t>
            </w:r>
            <w:proofErr w:type="spellStart"/>
            <w:r>
              <w:rPr>
                <w:rFonts w:cs="Times New Roman"/>
                <w:sz w:val="20"/>
              </w:rPr>
              <w:t>berakhir</w:t>
            </w:r>
            <w:proofErr w:type="spellEnd"/>
            <w:r>
              <w:rPr>
                <w:rFonts w:cs="Times New Roman"/>
                <w:sz w:val="20"/>
              </w:rPr>
              <w:t xml:space="preserve"> </w:t>
            </w:r>
            <w:proofErr w:type="spellStart"/>
            <w:r>
              <w:rPr>
                <w:rFonts w:cs="Times New Roman"/>
                <w:sz w:val="20"/>
              </w:rPr>
              <w:t>sukses</w:t>
            </w:r>
            <w:proofErr w:type="spellEnd"/>
            <w:r>
              <w:rPr>
                <w:rFonts w:cs="Times New Roman"/>
                <w:sz w:val="20"/>
              </w:rPr>
              <w:t xml:space="preserve"> (</w:t>
            </w:r>
            <w:proofErr w:type="spellStart"/>
            <w:r>
              <w:rPr>
                <w:rFonts w:cs="Times New Roman"/>
                <w:sz w:val="20"/>
              </w:rPr>
              <w:t>agen</w:t>
            </w:r>
            <w:proofErr w:type="spellEnd"/>
            <w:r>
              <w:rPr>
                <w:rFonts w:cs="Times New Roman"/>
                <w:sz w:val="20"/>
              </w:rPr>
              <w:t xml:space="preserve"> </w:t>
            </w:r>
            <w:proofErr w:type="spellStart"/>
            <w:r>
              <w:rPr>
                <w:rFonts w:cs="Times New Roman"/>
                <w:sz w:val="20"/>
              </w:rPr>
              <w:t>mencapai</w:t>
            </w:r>
            <w:proofErr w:type="spellEnd"/>
            <w:r>
              <w:rPr>
                <w:rFonts w:cs="Times New Roman"/>
                <w:sz w:val="20"/>
              </w:rPr>
              <w:t xml:space="preserve"> </w:t>
            </w:r>
            <w:proofErr w:type="spellStart"/>
            <w:r>
              <w:rPr>
                <w:rFonts w:cs="Times New Roman"/>
                <w:sz w:val="20"/>
              </w:rPr>
              <w:t>titik</w:t>
            </w:r>
            <w:proofErr w:type="spellEnd"/>
            <w:r>
              <w:rPr>
                <w:rFonts w:cs="Times New Roman"/>
                <w:sz w:val="20"/>
              </w:rPr>
              <w:t xml:space="preserve"> </w:t>
            </w:r>
            <w:proofErr w:type="spellStart"/>
            <w:r>
              <w:rPr>
                <w:rFonts w:cs="Times New Roman"/>
                <w:sz w:val="20"/>
              </w:rPr>
              <w:t>akhir</w:t>
            </w:r>
            <w:proofErr w:type="spellEnd"/>
            <w:r>
              <w:rPr>
                <w:rFonts w:cs="Times New Roman"/>
                <w:sz w:val="20"/>
              </w:rPr>
              <w:t xml:space="preserve"> </w:t>
            </w:r>
            <w:proofErr w:type="spellStart"/>
            <w:r>
              <w:rPr>
                <w:rFonts w:cs="Times New Roman"/>
                <w:sz w:val="20"/>
              </w:rPr>
              <w:t>lintasan</w:t>
            </w:r>
            <w:proofErr w:type="spellEnd"/>
            <w:r>
              <w:rPr>
                <w:rFonts w:cs="Times New Roman"/>
                <w:sz w:val="20"/>
              </w:rPr>
              <w:t xml:space="preserve"> </w:t>
            </w:r>
            <w:proofErr w:type="spellStart"/>
            <w:r>
              <w:rPr>
                <w:rFonts w:cs="Times New Roman"/>
                <w:sz w:val="20"/>
              </w:rPr>
              <w:t>tanpa</w:t>
            </w:r>
            <w:proofErr w:type="spellEnd"/>
            <w:r>
              <w:rPr>
                <w:rFonts w:cs="Times New Roman"/>
                <w:sz w:val="20"/>
              </w:rPr>
              <w:t xml:space="preserve"> </w:t>
            </w:r>
            <w:proofErr w:type="spellStart"/>
            <w:r>
              <w:rPr>
                <w:rFonts w:cs="Times New Roman"/>
                <w:sz w:val="20"/>
              </w:rPr>
              <w:t>tabrakan</w:t>
            </w:r>
            <w:proofErr w:type="spellEnd"/>
            <w:r>
              <w:rPr>
                <w:rFonts w:cs="Times New Roman"/>
                <w:sz w:val="20"/>
              </w:rPr>
              <w:t xml:space="preserve"> dan </w:t>
            </w:r>
            <w:proofErr w:type="spellStart"/>
            <w:r>
              <w:rPr>
                <w:rFonts w:cs="Times New Roman"/>
                <w:sz w:val="20"/>
              </w:rPr>
              <w:t>tanpa</w:t>
            </w:r>
            <w:proofErr w:type="spellEnd"/>
            <w:r>
              <w:rPr>
                <w:rFonts w:cs="Times New Roman"/>
                <w:sz w:val="20"/>
              </w:rPr>
              <w:t xml:space="preserve"> </w:t>
            </w:r>
            <w:proofErr w:type="spellStart"/>
            <w:r>
              <w:rPr>
                <w:rFonts w:cs="Times New Roman"/>
                <w:sz w:val="20"/>
              </w:rPr>
              <w:t>keluar</w:t>
            </w:r>
            <w:proofErr w:type="spellEnd"/>
            <w:r>
              <w:rPr>
                <w:rFonts w:cs="Times New Roman"/>
                <w:sz w:val="20"/>
              </w:rPr>
              <w:t xml:space="preserve"> </w:t>
            </w:r>
            <w:proofErr w:type="spellStart"/>
            <w:r>
              <w:rPr>
                <w:rFonts w:cs="Times New Roman"/>
                <w:sz w:val="20"/>
              </w:rPr>
              <w:t>jalur</w:t>
            </w:r>
            <w:proofErr w:type="spellEnd"/>
            <w:r>
              <w:rPr>
                <w:rFonts w:cs="Times New Roman"/>
                <w:sz w:val="20"/>
              </w:rPr>
              <w:t>).</w:t>
            </w:r>
          </w:p>
        </w:tc>
      </w:tr>
      <w:tr w:rsidR="00F810AC" w14:paraId="3CDB20E6" w14:textId="77777777" w:rsidTr="008313F9">
        <w:tc>
          <w:tcPr>
            <w:tcW w:w="2835" w:type="dxa"/>
          </w:tcPr>
          <w:p w14:paraId="1FBBC25F" w14:textId="77777777" w:rsidR="00F810AC" w:rsidRDefault="00000000">
            <w:r>
              <w:rPr>
                <w:rFonts w:cs="Times New Roman"/>
                <w:b/>
                <w:i/>
                <w:sz w:val="20"/>
              </w:rPr>
              <w:t>Target Network</w:t>
            </w:r>
          </w:p>
        </w:tc>
        <w:tc>
          <w:tcPr>
            <w:tcW w:w="6520" w:type="dxa"/>
          </w:tcPr>
          <w:p w14:paraId="011C7C59" w14:textId="77777777" w:rsidR="00F810AC" w:rsidRDefault="00000000">
            <w:r>
              <w:rPr>
                <w:rFonts w:cs="Times New Roman"/>
                <w:sz w:val="20"/>
              </w:rPr>
              <w:t xml:space="preserve">Salinan </w:t>
            </w:r>
            <w:proofErr w:type="spellStart"/>
            <w:r>
              <w:rPr>
                <w:rFonts w:cs="Times New Roman"/>
                <w:sz w:val="20"/>
              </w:rPr>
              <w:t>periodik</w:t>
            </w:r>
            <w:proofErr w:type="spellEnd"/>
            <w:r>
              <w:rPr>
                <w:rFonts w:cs="Times New Roman"/>
                <w:sz w:val="20"/>
              </w:rPr>
              <w:t xml:space="preserve"> </w:t>
            </w:r>
            <w:proofErr w:type="spellStart"/>
            <w:r>
              <w:rPr>
                <w:rFonts w:cs="Times New Roman"/>
                <w:sz w:val="20"/>
              </w:rPr>
              <w:t>dari</w:t>
            </w:r>
            <w:proofErr w:type="spellEnd"/>
            <w:r>
              <w:rPr>
                <w:rFonts w:cs="Times New Roman"/>
                <w:sz w:val="20"/>
              </w:rPr>
              <w:t xml:space="preserve"> Q-Network yang </w:t>
            </w:r>
            <w:proofErr w:type="spellStart"/>
            <w:r>
              <w:rPr>
                <w:rFonts w:cs="Times New Roman"/>
                <w:sz w:val="20"/>
              </w:rPr>
              <w:t>digunakan</w:t>
            </w:r>
            <w:proofErr w:type="spellEnd"/>
            <w:r>
              <w:rPr>
                <w:rFonts w:cs="Times New Roman"/>
                <w:sz w:val="20"/>
              </w:rPr>
              <w:t xml:space="preserve"> </w:t>
            </w:r>
            <w:proofErr w:type="spellStart"/>
            <w:r>
              <w:rPr>
                <w:rFonts w:cs="Times New Roman"/>
                <w:sz w:val="20"/>
              </w:rPr>
              <w:t>untuk</w:t>
            </w:r>
            <w:proofErr w:type="spellEnd"/>
            <w:r>
              <w:rPr>
                <w:rFonts w:cs="Times New Roman"/>
                <w:sz w:val="20"/>
              </w:rPr>
              <w:t xml:space="preserve"> </w:t>
            </w:r>
            <w:proofErr w:type="spellStart"/>
            <w:r>
              <w:rPr>
                <w:rFonts w:cs="Times New Roman"/>
                <w:sz w:val="20"/>
              </w:rPr>
              <w:t>menghitung</w:t>
            </w:r>
            <w:proofErr w:type="spellEnd"/>
            <w:r>
              <w:rPr>
                <w:rFonts w:cs="Times New Roman"/>
                <w:sz w:val="20"/>
              </w:rPr>
              <w:t xml:space="preserve"> target Bellman demi </w:t>
            </w:r>
            <w:proofErr w:type="spellStart"/>
            <w:r>
              <w:rPr>
                <w:rFonts w:cs="Times New Roman"/>
                <w:sz w:val="20"/>
              </w:rPr>
              <w:t>menstabilkan</w:t>
            </w:r>
            <w:proofErr w:type="spellEnd"/>
            <w:r>
              <w:rPr>
                <w:rFonts w:cs="Times New Roman"/>
                <w:sz w:val="20"/>
              </w:rPr>
              <w:t xml:space="preserve"> </w:t>
            </w:r>
            <w:proofErr w:type="spellStart"/>
            <w:r>
              <w:rPr>
                <w:rFonts w:cs="Times New Roman"/>
                <w:sz w:val="20"/>
              </w:rPr>
              <w:t>pelatihan</w:t>
            </w:r>
            <w:proofErr w:type="spellEnd"/>
            <w:r>
              <w:rPr>
                <w:rFonts w:cs="Times New Roman"/>
                <w:sz w:val="20"/>
              </w:rPr>
              <w:t>.</w:t>
            </w:r>
          </w:p>
        </w:tc>
      </w:tr>
      <w:tr w:rsidR="00F810AC" w14:paraId="46F18ADE" w14:textId="77777777" w:rsidTr="008313F9">
        <w:tc>
          <w:tcPr>
            <w:tcW w:w="2835" w:type="dxa"/>
          </w:tcPr>
          <w:p w14:paraId="3D89E4BC" w14:textId="77777777" w:rsidR="00F810AC" w:rsidRDefault="00000000">
            <w:proofErr w:type="spellStart"/>
            <w:r>
              <w:rPr>
                <w:rFonts w:cs="Times New Roman"/>
                <w:b/>
                <w:i/>
                <w:sz w:val="20"/>
              </w:rPr>
              <w:t>TensorBoard</w:t>
            </w:r>
            <w:proofErr w:type="spellEnd"/>
          </w:p>
        </w:tc>
        <w:tc>
          <w:tcPr>
            <w:tcW w:w="6520" w:type="dxa"/>
          </w:tcPr>
          <w:p w14:paraId="6E18C2AE" w14:textId="77777777" w:rsidR="00F810AC" w:rsidRDefault="00000000">
            <w:r>
              <w:rPr>
                <w:rFonts w:cs="Times New Roman"/>
                <w:sz w:val="20"/>
              </w:rPr>
              <w:t xml:space="preserve">Alat </w:t>
            </w:r>
            <w:proofErr w:type="spellStart"/>
            <w:r>
              <w:rPr>
                <w:rFonts w:cs="Times New Roman"/>
                <w:sz w:val="20"/>
              </w:rPr>
              <w:t>visualisasi</w:t>
            </w:r>
            <w:proofErr w:type="spellEnd"/>
            <w:r>
              <w:rPr>
                <w:rFonts w:cs="Times New Roman"/>
                <w:sz w:val="20"/>
              </w:rPr>
              <w:t xml:space="preserve"> </w:t>
            </w:r>
            <w:proofErr w:type="spellStart"/>
            <w:r>
              <w:rPr>
                <w:rFonts w:cs="Times New Roman"/>
                <w:sz w:val="20"/>
              </w:rPr>
              <w:t>metrik</w:t>
            </w:r>
            <w:proofErr w:type="spellEnd"/>
            <w:r>
              <w:rPr>
                <w:rFonts w:cs="Times New Roman"/>
                <w:sz w:val="20"/>
              </w:rPr>
              <w:t xml:space="preserve"> </w:t>
            </w:r>
            <w:proofErr w:type="spellStart"/>
            <w:r>
              <w:rPr>
                <w:rFonts w:cs="Times New Roman"/>
                <w:sz w:val="20"/>
              </w:rPr>
              <w:t>pelatihan</w:t>
            </w:r>
            <w:proofErr w:type="spellEnd"/>
            <w:r>
              <w:rPr>
                <w:rFonts w:cs="Times New Roman"/>
                <w:sz w:val="20"/>
              </w:rPr>
              <w:t xml:space="preserve"> model deep learning yang </w:t>
            </w:r>
            <w:proofErr w:type="spellStart"/>
            <w:r>
              <w:rPr>
                <w:rFonts w:cs="Times New Roman"/>
                <w:sz w:val="20"/>
              </w:rPr>
              <w:t>berasal</w:t>
            </w:r>
            <w:proofErr w:type="spellEnd"/>
            <w:r>
              <w:rPr>
                <w:rFonts w:cs="Times New Roman"/>
                <w:sz w:val="20"/>
              </w:rPr>
              <w:t xml:space="preserve"> </w:t>
            </w:r>
            <w:proofErr w:type="spellStart"/>
            <w:r>
              <w:rPr>
                <w:rFonts w:cs="Times New Roman"/>
                <w:sz w:val="20"/>
              </w:rPr>
              <w:t>dari</w:t>
            </w:r>
            <w:proofErr w:type="spellEnd"/>
            <w:r>
              <w:rPr>
                <w:rFonts w:cs="Times New Roman"/>
                <w:sz w:val="20"/>
              </w:rPr>
              <w:t xml:space="preserve"> </w:t>
            </w:r>
            <w:proofErr w:type="spellStart"/>
            <w:r>
              <w:rPr>
                <w:rFonts w:cs="Times New Roman"/>
                <w:sz w:val="20"/>
              </w:rPr>
              <w:t>ekosistem</w:t>
            </w:r>
            <w:proofErr w:type="spellEnd"/>
            <w:r>
              <w:rPr>
                <w:rFonts w:cs="Times New Roman"/>
                <w:sz w:val="20"/>
              </w:rPr>
              <w:t xml:space="preserve"> TensorFlow.</w:t>
            </w:r>
          </w:p>
        </w:tc>
      </w:tr>
      <w:tr w:rsidR="00F810AC" w14:paraId="73E191AA" w14:textId="77777777" w:rsidTr="008313F9">
        <w:tc>
          <w:tcPr>
            <w:tcW w:w="2835" w:type="dxa"/>
          </w:tcPr>
          <w:p w14:paraId="3B6931A7" w14:textId="77777777" w:rsidR="00F810AC" w:rsidRDefault="00000000">
            <w:r>
              <w:rPr>
                <w:rFonts w:cs="Times New Roman"/>
                <w:b/>
                <w:i/>
                <w:sz w:val="20"/>
              </w:rPr>
              <w:t>Throttle</w:t>
            </w:r>
          </w:p>
        </w:tc>
        <w:tc>
          <w:tcPr>
            <w:tcW w:w="6520" w:type="dxa"/>
          </w:tcPr>
          <w:p w14:paraId="4DA2A6B0" w14:textId="77777777" w:rsidR="00F810AC" w:rsidRDefault="00000000">
            <w:proofErr w:type="spellStart"/>
            <w:r>
              <w:rPr>
                <w:rFonts w:cs="Times New Roman"/>
                <w:sz w:val="20"/>
              </w:rPr>
              <w:t>Kendali</w:t>
            </w:r>
            <w:proofErr w:type="spellEnd"/>
            <w:r>
              <w:rPr>
                <w:rFonts w:cs="Times New Roman"/>
                <w:sz w:val="20"/>
              </w:rPr>
              <w:t xml:space="preserve"> </w:t>
            </w:r>
            <w:proofErr w:type="spellStart"/>
            <w:r>
              <w:rPr>
                <w:rFonts w:cs="Times New Roman"/>
                <w:sz w:val="20"/>
              </w:rPr>
              <w:t>percepatan</w:t>
            </w:r>
            <w:proofErr w:type="spellEnd"/>
            <w:r>
              <w:rPr>
                <w:rFonts w:cs="Times New Roman"/>
                <w:sz w:val="20"/>
              </w:rPr>
              <w:t>/</w:t>
            </w:r>
            <w:proofErr w:type="spellStart"/>
            <w:r>
              <w:rPr>
                <w:rFonts w:cs="Times New Roman"/>
                <w:sz w:val="20"/>
              </w:rPr>
              <w:t>laju</w:t>
            </w:r>
            <w:proofErr w:type="spellEnd"/>
            <w:r>
              <w:rPr>
                <w:rFonts w:cs="Times New Roman"/>
                <w:sz w:val="20"/>
              </w:rPr>
              <w:t xml:space="preserve"> </w:t>
            </w:r>
            <w:proofErr w:type="spellStart"/>
            <w:r>
              <w:rPr>
                <w:rFonts w:cs="Times New Roman"/>
                <w:sz w:val="20"/>
              </w:rPr>
              <w:t>kendaraan</w:t>
            </w:r>
            <w:proofErr w:type="spellEnd"/>
            <w:r>
              <w:rPr>
                <w:rFonts w:cs="Times New Roman"/>
                <w:sz w:val="20"/>
              </w:rPr>
              <w:t xml:space="preserve">; pada </w:t>
            </w:r>
            <w:proofErr w:type="spellStart"/>
            <w:r>
              <w:rPr>
                <w:rFonts w:cs="Times New Roman"/>
                <w:sz w:val="20"/>
              </w:rPr>
              <w:t>Tugas</w:t>
            </w:r>
            <w:proofErr w:type="spellEnd"/>
            <w:r>
              <w:rPr>
                <w:rFonts w:cs="Times New Roman"/>
                <w:sz w:val="20"/>
              </w:rPr>
              <w:t xml:space="preserve"> Akhir </w:t>
            </w:r>
            <w:proofErr w:type="spellStart"/>
            <w:r>
              <w:rPr>
                <w:rFonts w:cs="Times New Roman"/>
                <w:sz w:val="20"/>
              </w:rPr>
              <w:t>ini</w:t>
            </w:r>
            <w:proofErr w:type="spellEnd"/>
            <w:r>
              <w:rPr>
                <w:rFonts w:cs="Times New Roman"/>
                <w:sz w:val="20"/>
              </w:rPr>
              <w:t xml:space="preserve"> </w:t>
            </w:r>
            <w:proofErr w:type="spellStart"/>
            <w:r>
              <w:rPr>
                <w:rFonts w:cs="Times New Roman"/>
                <w:sz w:val="20"/>
              </w:rPr>
              <w:t>ditetapkan</w:t>
            </w:r>
            <w:proofErr w:type="spellEnd"/>
            <w:r>
              <w:rPr>
                <w:rFonts w:cs="Times New Roman"/>
                <w:sz w:val="20"/>
              </w:rPr>
              <w:t xml:space="preserve"> </w:t>
            </w:r>
            <w:proofErr w:type="spellStart"/>
            <w:r>
              <w:rPr>
                <w:rFonts w:cs="Times New Roman"/>
                <w:sz w:val="20"/>
              </w:rPr>
              <w:t>konstan</w:t>
            </w:r>
            <w:proofErr w:type="spellEnd"/>
            <w:r>
              <w:rPr>
                <w:rFonts w:cs="Times New Roman"/>
                <w:sz w:val="20"/>
              </w:rPr>
              <w:t>.</w:t>
            </w:r>
          </w:p>
        </w:tc>
      </w:tr>
      <w:tr w:rsidR="00F810AC" w14:paraId="3C0C74FE" w14:textId="77777777" w:rsidTr="008313F9">
        <w:tc>
          <w:tcPr>
            <w:tcW w:w="2835" w:type="dxa"/>
          </w:tcPr>
          <w:p w14:paraId="2F9E1DE5" w14:textId="77777777" w:rsidR="00F810AC" w:rsidRDefault="00000000">
            <w:r>
              <w:rPr>
                <w:rFonts w:cs="Times New Roman"/>
                <w:b/>
                <w:i/>
                <w:sz w:val="20"/>
              </w:rPr>
              <w:t>Timestep</w:t>
            </w:r>
          </w:p>
        </w:tc>
        <w:tc>
          <w:tcPr>
            <w:tcW w:w="6520" w:type="dxa"/>
          </w:tcPr>
          <w:p w14:paraId="5FEDACD6" w14:textId="77777777" w:rsidR="00F810AC" w:rsidRDefault="00000000">
            <w:r>
              <w:rPr>
                <w:rFonts w:cs="Times New Roman"/>
                <w:sz w:val="20"/>
              </w:rPr>
              <w:t xml:space="preserve">Satu </w:t>
            </w:r>
            <w:proofErr w:type="spellStart"/>
            <w:r>
              <w:rPr>
                <w:rFonts w:cs="Times New Roman"/>
                <w:sz w:val="20"/>
              </w:rPr>
              <w:t>langkah</w:t>
            </w:r>
            <w:proofErr w:type="spellEnd"/>
            <w:r>
              <w:rPr>
                <w:rFonts w:cs="Times New Roman"/>
                <w:sz w:val="20"/>
              </w:rPr>
              <w:t xml:space="preserve"> </w:t>
            </w:r>
            <w:proofErr w:type="spellStart"/>
            <w:r>
              <w:rPr>
                <w:rFonts w:cs="Times New Roman"/>
                <w:sz w:val="20"/>
              </w:rPr>
              <w:t>waktu</w:t>
            </w:r>
            <w:proofErr w:type="spellEnd"/>
            <w:r>
              <w:rPr>
                <w:rFonts w:cs="Times New Roman"/>
                <w:sz w:val="20"/>
              </w:rPr>
              <w:t xml:space="preserve"> </w:t>
            </w:r>
            <w:proofErr w:type="spellStart"/>
            <w:r>
              <w:rPr>
                <w:rFonts w:cs="Times New Roman"/>
                <w:sz w:val="20"/>
              </w:rPr>
              <w:t>diskrit</w:t>
            </w:r>
            <w:proofErr w:type="spellEnd"/>
            <w:r>
              <w:rPr>
                <w:rFonts w:cs="Times New Roman"/>
                <w:sz w:val="20"/>
              </w:rPr>
              <w:t xml:space="preserve"> </w:t>
            </w:r>
            <w:proofErr w:type="spellStart"/>
            <w:r>
              <w:rPr>
                <w:rFonts w:cs="Times New Roman"/>
                <w:sz w:val="20"/>
              </w:rPr>
              <w:t>dalam</w:t>
            </w:r>
            <w:proofErr w:type="spellEnd"/>
            <w:r>
              <w:rPr>
                <w:rFonts w:cs="Times New Roman"/>
                <w:sz w:val="20"/>
              </w:rPr>
              <w:t xml:space="preserve"> </w:t>
            </w:r>
            <w:proofErr w:type="spellStart"/>
            <w:r>
              <w:rPr>
                <w:rFonts w:cs="Times New Roman"/>
                <w:sz w:val="20"/>
              </w:rPr>
              <w:t>interaksi</w:t>
            </w:r>
            <w:proofErr w:type="spellEnd"/>
            <w:r>
              <w:rPr>
                <w:rFonts w:cs="Times New Roman"/>
                <w:sz w:val="20"/>
              </w:rPr>
              <w:t xml:space="preserve"> </w:t>
            </w:r>
            <w:proofErr w:type="spellStart"/>
            <w:r>
              <w:rPr>
                <w:rFonts w:cs="Times New Roman"/>
                <w:sz w:val="20"/>
              </w:rPr>
              <w:t>agen</w:t>
            </w:r>
            <w:proofErr w:type="spellEnd"/>
            <w:r>
              <w:rPr>
                <w:rFonts w:cs="Times New Roman"/>
                <w:sz w:val="20"/>
              </w:rPr>
              <w:t>–</w:t>
            </w:r>
            <w:proofErr w:type="spellStart"/>
            <w:r>
              <w:rPr>
                <w:rFonts w:cs="Times New Roman"/>
                <w:sz w:val="20"/>
              </w:rPr>
              <w:t>lingkungan</w:t>
            </w:r>
            <w:proofErr w:type="spellEnd"/>
            <w:r>
              <w:rPr>
                <w:rFonts w:cs="Times New Roman"/>
                <w:sz w:val="20"/>
              </w:rPr>
              <w:t>.</w:t>
            </w:r>
          </w:p>
        </w:tc>
      </w:tr>
      <w:tr w:rsidR="00F810AC" w14:paraId="5D82BDCE" w14:textId="77777777" w:rsidTr="008313F9">
        <w:tc>
          <w:tcPr>
            <w:tcW w:w="2835" w:type="dxa"/>
          </w:tcPr>
          <w:p w14:paraId="44F119A7" w14:textId="77777777" w:rsidR="00F810AC" w:rsidRDefault="00000000">
            <w:proofErr w:type="spellStart"/>
            <w:r>
              <w:rPr>
                <w:rFonts w:cs="Times New Roman"/>
                <w:b/>
                <w:i/>
                <w:sz w:val="20"/>
              </w:rPr>
              <w:t>TouchSensor</w:t>
            </w:r>
            <w:proofErr w:type="spellEnd"/>
          </w:p>
        </w:tc>
        <w:tc>
          <w:tcPr>
            <w:tcW w:w="6520" w:type="dxa"/>
          </w:tcPr>
          <w:p w14:paraId="7071EC4A" w14:textId="77777777" w:rsidR="00F810AC" w:rsidRDefault="00000000">
            <w:r>
              <w:rPr>
                <w:rFonts w:cs="Times New Roman"/>
                <w:sz w:val="20"/>
              </w:rPr>
              <w:t xml:space="preserve">Sensor </w:t>
            </w:r>
            <w:proofErr w:type="spellStart"/>
            <w:r>
              <w:rPr>
                <w:rFonts w:cs="Times New Roman"/>
                <w:sz w:val="20"/>
              </w:rPr>
              <w:t>sentuh</w:t>
            </w:r>
            <w:proofErr w:type="spellEnd"/>
            <w:r>
              <w:rPr>
                <w:rFonts w:cs="Times New Roman"/>
                <w:sz w:val="20"/>
              </w:rPr>
              <w:t xml:space="preserve"> </w:t>
            </w:r>
            <w:proofErr w:type="spellStart"/>
            <w:r>
              <w:rPr>
                <w:rFonts w:cs="Times New Roman"/>
                <w:sz w:val="20"/>
              </w:rPr>
              <w:t>bawaan</w:t>
            </w:r>
            <w:proofErr w:type="spellEnd"/>
            <w:r>
              <w:rPr>
                <w:rFonts w:cs="Times New Roman"/>
                <w:sz w:val="20"/>
              </w:rPr>
              <w:t xml:space="preserve"> </w:t>
            </w:r>
            <w:proofErr w:type="spellStart"/>
            <w:r>
              <w:rPr>
                <w:rFonts w:cs="Times New Roman"/>
                <w:sz w:val="20"/>
              </w:rPr>
              <w:t>Webots</w:t>
            </w:r>
            <w:proofErr w:type="spellEnd"/>
            <w:r>
              <w:rPr>
                <w:rFonts w:cs="Times New Roman"/>
                <w:sz w:val="20"/>
              </w:rPr>
              <w:t xml:space="preserve"> yang </w:t>
            </w:r>
            <w:proofErr w:type="spellStart"/>
            <w:r>
              <w:rPr>
                <w:rFonts w:cs="Times New Roman"/>
                <w:sz w:val="20"/>
              </w:rPr>
              <w:t>mendeteksi</w:t>
            </w:r>
            <w:proofErr w:type="spellEnd"/>
            <w:r>
              <w:rPr>
                <w:rFonts w:cs="Times New Roman"/>
                <w:sz w:val="20"/>
              </w:rPr>
              <w:t xml:space="preserve"> </w:t>
            </w:r>
            <w:proofErr w:type="spellStart"/>
            <w:r>
              <w:rPr>
                <w:rFonts w:cs="Times New Roman"/>
                <w:sz w:val="20"/>
              </w:rPr>
              <w:t>kejadian</w:t>
            </w:r>
            <w:proofErr w:type="spellEnd"/>
            <w:r>
              <w:rPr>
                <w:rFonts w:cs="Times New Roman"/>
                <w:sz w:val="20"/>
              </w:rPr>
              <w:t xml:space="preserve"> </w:t>
            </w:r>
            <w:proofErr w:type="spellStart"/>
            <w:r>
              <w:rPr>
                <w:rFonts w:cs="Times New Roman"/>
                <w:sz w:val="20"/>
              </w:rPr>
              <w:t>tabrakan</w:t>
            </w:r>
            <w:proofErr w:type="spellEnd"/>
            <w:r>
              <w:rPr>
                <w:rFonts w:cs="Times New Roman"/>
                <w:sz w:val="20"/>
              </w:rPr>
              <w:t xml:space="preserve"> pada </w:t>
            </w:r>
            <w:proofErr w:type="spellStart"/>
            <w:r>
              <w:rPr>
                <w:rFonts w:cs="Times New Roman"/>
                <w:sz w:val="20"/>
              </w:rPr>
              <w:t>benda</w:t>
            </w:r>
            <w:proofErr w:type="spellEnd"/>
            <w:r>
              <w:rPr>
                <w:rFonts w:cs="Times New Roman"/>
                <w:sz w:val="20"/>
              </w:rPr>
              <w:t xml:space="preserve"> </w:t>
            </w:r>
            <w:proofErr w:type="spellStart"/>
            <w:r>
              <w:rPr>
                <w:rFonts w:cs="Times New Roman"/>
                <w:sz w:val="20"/>
              </w:rPr>
              <w:t>padat</w:t>
            </w:r>
            <w:proofErr w:type="spellEnd"/>
            <w:r>
              <w:rPr>
                <w:rFonts w:cs="Times New Roman"/>
                <w:sz w:val="20"/>
              </w:rPr>
              <w:t>.</w:t>
            </w:r>
          </w:p>
        </w:tc>
      </w:tr>
      <w:tr w:rsidR="00F810AC" w14:paraId="2763FB7D" w14:textId="77777777" w:rsidTr="008313F9">
        <w:tc>
          <w:tcPr>
            <w:tcW w:w="2835" w:type="dxa"/>
          </w:tcPr>
          <w:p w14:paraId="7BB86977" w14:textId="77777777" w:rsidR="00F810AC" w:rsidRDefault="00000000">
            <w:r>
              <w:rPr>
                <w:rFonts w:cs="Times New Roman"/>
                <w:b/>
                <w:i/>
                <w:sz w:val="20"/>
              </w:rPr>
              <w:t>Truck Trailer</w:t>
            </w:r>
          </w:p>
        </w:tc>
        <w:tc>
          <w:tcPr>
            <w:tcW w:w="6520" w:type="dxa"/>
          </w:tcPr>
          <w:p w14:paraId="6CB2EE11" w14:textId="77777777" w:rsidR="00F810AC" w:rsidRDefault="00000000">
            <w:proofErr w:type="spellStart"/>
            <w:r>
              <w:rPr>
                <w:rFonts w:cs="Times New Roman"/>
                <w:sz w:val="20"/>
              </w:rPr>
              <w:t>Kendaraan</w:t>
            </w:r>
            <w:proofErr w:type="spellEnd"/>
            <w:r>
              <w:rPr>
                <w:rFonts w:cs="Times New Roman"/>
                <w:sz w:val="20"/>
              </w:rPr>
              <w:t xml:space="preserve"> </w:t>
            </w:r>
            <w:proofErr w:type="spellStart"/>
            <w:r>
              <w:rPr>
                <w:rFonts w:cs="Times New Roman"/>
                <w:sz w:val="20"/>
              </w:rPr>
              <w:t>besar</w:t>
            </w:r>
            <w:proofErr w:type="spellEnd"/>
            <w:r>
              <w:rPr>
                <w:rFonts w:cs="Times New Roman"/>
                <w:sz w:val="20"/>
              </w:rPr>
              <w:t xml:space="preserve"> </w:t>
            </w:r>
            <w:proofErr w:type="spellStart"/>
            <w:r>
              <w:rPr>
                <w:rFonts w:cs="Times New Roman"/>
                <w:sz w:val="20"/>
              </w:rPr>
              <w:t>bersendi</w:t>
            </w:r>
            <w:proofErr w:type="spellEnd"/>
            <w:r>
              <w:rPr>
                <w:rFonts w:cs="Times New Roman"/>
                <w:sz w:val="20"/>
              </w:rPr>
              <w:t xml:space="preserve"> yang </w:t>
            </w:r>
            <w:proofErr w:type="spellStart"/>
            <w:r>
              <w:rPr>
                <w:rFonts w:cs="Times New Roman"/>
                <w:sz w:val="20"/>
              </w:rPr>
              <w:t>terdiri</w:t>
            </w:r>
            <w:proofErr w:type="spellEnd"/>
            <w:r>
              <w:rPr>
                <w:rFonts w:cs="Times New Roman"/>
                <w:sz w:val="20"/>
              </w:rPr>
              <w:t xml:space="preserve"> </w:t>
            </w:r>
            <w:proofErr w:type="spellStart"/>
            <w:r>
              <w:rPr>
                <w:rFonts w:cs="Times New Roman"/>
                <w:sz w:val="20"/>
              </w:rPr>
              <w:t>atas</w:t>
            </w:r>
            <w:proofErr w:type="spellEnd"/>
            <w:r>
              <w:rPr>
                <w:rFonts w:cs="Times New Roman"/>
                <w:sz w:val="20"/>
              </w:rPr>
              <w:t xml:space="preserve"> unit </w:t>
            </w:r>
            <w:proofErr w:type="spellStart"/>
            <w:r>
              <w:rPr>
                <w:rFonts w:cs="Times New Roman"/>
                <w:sz w:val="20"/>
              </w:rPr>
              <w:t>traktor</w:t>
            </w:r>
            <w:proofErr w:type="spellEnd"/>
            <w:r>
              <w:rPr>
                <w:rFonts w:cs="Times New Roman"/>
                <w:sz w:val="20"/>
              </w:rPr>
              <w:t xml:space="preserve"> dan unit </w:t>
            </w:r>
            <w:proofErr w:type="spellStart"/>
            <w:r>
              <w:rPr>
                <w:rFonts w:cs="Times New Roman"/>
                <w:sz w:val="20"/>
              </w:rPr>
              <w:t>gandengan</w:t>
            </w:r>
            <w:proofErr w:type="spellEnd"/>
            <w:r>
              <w:rPr>
                <w:rFonts w:cs="Times New Roman"/>
                <w:sz w:val="20"/>
              </w:rPr>
              <w:t>.</w:t>
            </w:r>
          </w:p>
        </w:tc>
      </w:tr>
      <w:tr w:rsidR="00F810AC" w14:paraId="7DC9A6BA" w14:textId="77777777" w:rsidTr="008313F9">
        <w:tc>
          <w:tcPr>
            <w:tcW w:w="2835" w:type="dxa"/>
          </w:tcPr>
          <w:p w14:paraId="41B3A0E2" w14:textId="77777777" w:rsidR="00F810AC" w:rsidRDefault="00000000">
            <w:proofErr w:type="spellStart"/>
            <w:r>
              <w:rPr>
                <w:rFonts w:cs="Times New Roman"/>
                <w:b/>
                <w:i/>
                <w:sz w:val="20"/>
              </w:rPr>
              <w:t>Webots</w:t>
            </w:r>
            <w:proofErr w:type="spellEnd"/>
          </w:p>
        </w:tc>
        <w:tc>
          <w:tcPr>
            <w:tcW w:w="6520" w:type="dxa"/>
          </w:tcPr>
          <w:p w14:paraId="232FD9F7" w14:textId="77777777" w:rsidR="00F810AC" w:rsidRDefault="00000000">
            <w:r>
              <w:rPr>
                <w:rFonts w:cs="Times New Roman"/>
                <w:sz w:val="20"/>
              </w:rPr>
              <w:t xml:space="preserve">Simulator </w:t>
            </w:r>
            <w:proofErr w:type="spellStart"/>
            <w:r>
              <w:rPr>
                <w:rFonts w:cs="Times New Roman"/>
                <w:sz w:val="20"/>
              </w:rPr>
              <w:t>robotika</w:t>
            </w:r>
            <w:proofErr w:type="spellEnd"/>
            <w:r>
              <w:rPr>
                <w:rFonts w:cs="Times New Roman"/>
                <w:sz w:val="20"/>
              </w:rPr>
              <w:t xml:space="preserve"> open-source </w:t>
            </w:r>
            <w:proofErr w:type="spellStart"/>
            <w:r>
              <w:rPr>
                <w:rFonts w:cs="Times New Roman"/>
                <w:sz w:val="20"/>
              </w:rPr>
              <w:t>dari</w:t>
            </w:r>
            <w:proofErr w:type="spellEnd"/>
            <w:r>
              <w:rPr>
                <w:rFonts w:cs="Times New Roman"/>
                <w:sz w:val="20"/>
              </w:rPr>
              <w:t xml:space="preserve"> </w:t>
            </w:r>
            <w:proofErr w:type="spellStart"/>
            <w:r>
              <w:rPr>
                <w:rFonts w:cs="Times New Roman"/>
                <w:sz w:val="20"/>
              </w:rPr>
              <w:t>Cyberbotics</w:t>
            </w:r>
            <w:proofErr w:type="spellEnd"/>
            <w:r>
              <w:rPr>
                <w:rFonts w:cs="Times New Roman"/>
                <w:sz w:val="20"/>
              </w:rPr>
              <w:t xml:space="preserve"> yang </w:t>
            </w:r>
            <w:proofErr w:type="spellStart"/>
            <w:r>
              <w:rPr>
                <w:rFonts w:cs="Times New Roman"/>
                <w:sz w:val="20"/>
              </w:rPr>
              <w:t>dipakai</w:t>
            </w:r>
            <w:proofErr w:type="spellEnd"/>
            <w:r>
              <w:rPr>
                <w:rFonts w:cs="Times New Roman"/>
                <w:sz w:val="20"/>
              </w:rPr>
              <w:t xml:space="preserve"> </w:t>
            </w:r>
            <w:proofErr w:type="spellStart"/>
            <w:r>
              <w:rPr>
                <w:rFonts w:cs="Times New Roman"/>
                <w:sz w:val="20"/>
              </w:rPr>
              <w:t>sebagai</w:t>
            </w:r>
            <w:proofErr w:type="spellEnd"/>
            <w:r>
              <w:rPr>
                <w:rFonts w:cs="Times New Roman"/>
                <w:sz w:val="20"/>
              </w:rPr>
              <w:t xml:space="preserve"> </w:t>
            </w:r>
            <w:proofErr w:type="spellStart"/>
            <w:r>
              <w:rPr>
                <w:rFonts w:cs="Times New Roman"/>
                <w:sz w:val="20"/>
              </w:rPr>
              <w:t>lingkungan</w:t>
            </w:r>
            <w:proofErr w:type="spellEnd"/>
            <w:r>
              <w:rPr>
                <w:rFonts w:cs="Times New Roman"/>
                <w:sz w:val="20"/>
              </w:rPr>
              <w:t xml:space="preserve"> </w:t>
            </w:r>
            <w:proofErr w:type="spellStart"/>
            <w:r>
              <w:rPr>
                <w:rFonts w:cs="Times New Roman"/>
                <w:sz w:val="20"/>
              </w:rPr>
              <w:t>pelatihan</w:t>
            </w:r>
            <w:proofErr w:type="spellEnd"/>
            <w:r>
              <w:rPr>
                <w:rFonts w:cs="Times New Roman"/>
                <w:sz w:val="20"/>
              </w:rPr>
              <w:t xml:space="preserve"> </w:t>
            </w:r>
            <w:proofErr w:type="spellStart"/>
            <w:r>
              <w:rPr>
                <w:rFonts w:cs="Times New Roman"/>
                <w:sz w:val="20"/>
              </w:rPr>
              <w:t>agen</w:t>
            </w:r>
            <w:proofErr w:type="spellEnd"/>
            <w:r>
              <w:rPr>
                <w:rFonts w:cs="Times New Roman"/>
                <w:sz w:val="20"/>
              </w:rPr>
              <w:t>.</w:t>
            </w:r>
          </w:p>
        </w:tc>
      </w:tr>
      <w:tr w:rsidR="00F810AC" w14:paraId="5BDC486A" w14:textId="77777777" w:rsidTr="008313F9">
        <w:tc>
          <w:tcPr>
            <w:tcW w:w="2835" w:type="dxa"/>
          </w:tcPr>
          <w:p w14:paraId="3C0E3125" w14:textId="77777777" w:rsidR="00F810AC" w:rsidRDefault="00000000">
            <w:r>
              <w:rPr>
                <w:rFonts w:cs="Times New Roman"/>
                <w:b/>
                <w:i/>
                <w:sz w:val="20"/>
              </w:rPr>
              <w:t>Wrapper</w:t>
            </w:r>
          </w:p>
        </w:tc>
        <w:tc>
          <w:tcPr>
            <w:tcW w:w="6520" w:type="dxa"/>
          </w:tcPr>
          <w:p w14:paraId="078030C9" w14:textId="77777777" w:rsidR="00F810AC" w:rsidRDefault="00000000">
            <w:proofErr w:type="spellStart"/>
            <w:r>
              <w:rPr>
                <w:rFonts w:cs="Times New Roman"/>
                <w:sz w:val="20"/>
              </w:rPr>
              <w:t>Lapisan</w:t>
            </w:r>
            <w:proofErr w:type="spellEnd"/>
            <w:r>
              <w:rPr>
                <w:rFonts w:cs="Times New Roman"/>
                <w:sz w:val="20"/>
              </w:rPr>
              <w:t xml:space="preserve"> </w:t>
            </w:r>
            <w:proofErr w:type="spellStart"/>
            <w:r>
              <w:rPr>
                <w:rFonts w:cs="Times New Roman"/>
                <w:sz w:val="20"/>
              </w:rPr>
              <w:t>perangkat</w:t>
            </w:r>
            <w:proofErr w:type="spellEnd"/>
            <w:r>
              <w:rPr>
                <w:rFonts w:cs="Times New Roman"/>
                <w:sz w:val="20"/>
              </w:rPr>
              <w:t xml:space="preserve"> </w:t>
            </w:r>
            <w:proofErr w:type="spellStart"/>
            <w:r>
              <w:rPr>
                <w:rFonts w:cs="Times New Roman"/>
                <w:sz w:val="20"/>
              </w:rPr>
              <w:t>lunak</w:t>
            </w:r>
            <w:proofErr w:type="spellEnd"/>
            <w:r>
              <w:rPr>
                <w:rFonts w:cs="Times New Roman"/>
                <w:sz w:val="20"/>
              </w:rPr>
              <w:t xml:space="preserve"> yang </w:t>
            </w:r>
            <w:proofErr w:type="spellStart"/>
            <w:r>
              <w:rPr>
                <w:rFonts w:cs="Times New Roman"/>
                <w:sz w:val="20"/>
              </w:rPr>
              <w:t>membungkus</w:t>
            </w:r>
            <w:proofErr w:type="spellEnd"/>
            <w:r>
              <w:rPr>
                <w:rFonts w:cs="Times New Roman"/>
                <w:sz w:val="20"/>
              </w:rPr>
              <w:t xml:space="preserve"> </w:t>
            </w:r>
            <w:proofErr w:type="spellStart"/>
            <w:r>
              <w:rPr>
                <w:rFonts w:cs="Times New Roman"/>
                <w:sz w:val="20"/>
              </w:rPr>
              <w:t>antarmuka</w:t>
            </w:r>
            <w:proofErr w:type="spellEnd"/>
            <w:r>
              <w:rPr>
                <w:rFonts w:cs="Times New Roman"/>
                <w:sz w:val="20"/>
              </w:rPr>
              <w:t xml:space="preserve"> simulator agar </w:t>
            </w:r>
            <w:proofErr w:type="spellStart"/>
            <w:r>
              <w:rPr>
                <w:rFonts w:cs="Times New Roman"/>
                <w:sz w:val="20"/>
              </w:rPr>
              <w:t>kompatibel</w:t>
            </w:r>
            <w:proofErr w:type="spellEnd"/>
            <w:r>
              <w:rPr>
                <w:rFonts w:cs="Times New Roman"/>
                <w:sz w:val="20"/>
              </w:rPr>
              <w:t xml:space="preserve"> </w:t>
            </w:r>
            <w:proofErr w:type="spellStart"/>
            <w:r>
              <w:rPr>
                <w:rFonts w:cs="Times New Roman"/>
                <w:sz w:val="20"/>
              </w:rPr>
              <w:t>dengan</w:t>
            </w:r>
            <w:proofErr w:type="spellEnd"/>
            <w:r>
              <w:rPr>
                <w:rFonts w:cs="Times New Roman"/>
                <w:sz w:val="20"/>
              </w:rPr>
              <w:t xml:space="preserve"> API Gymnasium.</w:t>
            </w:r>
          </w:p>
        </w:tc>
      </w:tr>
    </w:tbl>
    <w:p w14:paraId="229D4D47" w14:textId="77777777" w:rsidR="007F78CD" w:rsidRPr="007F78CD" w:rsidRDefault="007F78CD" w:rsidP="007F78CD">
      <w:pPr>
        <w:sectPr w:rsidR="007F78CD" w:rsidRPr="007F78CD" w:rsidSect="008C1C2F">
          <w:headerReference w:type="even" r:id="rId16"/>
          <w:headerReference w:type="default" r:id="rId17"/>
          <w:footerReference w:type="default" r:id="rId18"/>
          <w:headerReference w:type="first" r:id="rId19"/>
          <w:pgSz w:w="11906" w:h="16838"/>
          <w:pgMar w:top="1417" w:right="1134" w:bottom="1134" w:left="1701" w:header="720" w:footer="720" w:gutter="0"/>
          <w:pgNumType w:fmt="lowerRoman" w:start="1"/>
          <w:cols w:space="720"/>
          <w:docGrid w:linePitch="360"/>
        </w:sectPr>
      </w:pPr>
    </w:p>
    <w:p w14:paraId="2CD2E998" w14:textId="5BC3A553" w:rsidR="00F810AC" w:rsidRPr="008C1C2F" w:rsidRDefault="00000000" w:rsidP="00F333B6">
      <w:pPr>
        <w:pStyle w:val="Heading1"/>
        <w:ind w:left="0"/>
      </w:pPr>
      <w:bookmarkStart w:id="6" w:name="_Toc233990521"/>
      <w:r w:rsidRPr="008C1C2F">
        <w:lastRenderedPageBreak/>
        <w:t>BAB 1</w:t>
      </w:r>
      <w:bookmarkEnd w:id="6"/>
    </w:p>
    <w:p w14:paraId="325832F4" w14:textId="77777777" w:rsidR="00F810AC" w:rsidRDefault="00000000">
      <w:pPr>
        <w:spacing w:after="360" w:line="360" w:lineRule="auto"/>
        <w:jc w:val="center"/>
      </w:pPr>
      <w:r>
        <w:rPr>
          <w:rFonts w:cs="Times New Roman"/>
          <w:b/>
          <w:sz w:val="24"/>
        </w:rPr>
        <w:t>PENDAHULUAN</w:t>
      </w:r>
    </w:p>
    <w:p w14:paraId="7CA78019" w14:textId="77777777" w:rsidR="00F810AC" w:rsidRDefault="00000000">
      <w:pPr>
        <w:spacing w:after="0" w:line="360" w:lineRule="auto"/>
        <w:ind w:firstLine="680"/>
        <w:jc w:val="both"/>
      </w:pPr>
      <w:r>
        <w:rPr>
          <w:rFonts w:cs="Times New Roman"/>
        </w:rPr>
        <w:t xml:space="preserve">Bab </w:t>
      </w:r>
      <w:proofErr w:type="spellStart"/>
      <w:r>
        <w:rPr>
          <w:rFonts w:cs="Times New Roman"/>
        </w:rPr>
        <w:t>ini</w:t>
      </w:r>
      <w:proofErr w:type="spellEnd"/>
      <w:r>
        <w:rPr>
          <w:rFonts w:cs="Times New Roman"/>
        </w:rPr>
        <w:t xml:space="preserve"> </w:t>
      </w:r>
      <w:proofErr w:type="spellStart"/>
      <w:r>
        <w:rPr>
          <w:rFonts w:cs="Times New Roman"/>
        </w:rPr>
        <w:t>memuat</w:t>
      </w:r>
      <w:proofErr w:type="spellEnd"/>
      <w:r>
        <w:rPr>
          <w:rFonts w:cs="Times New Roman"/>
        </w:rPr>
        <w:t xml:space="preserve"> </w:t>
      </w:r>
      <w:proofErr w:type="spellStart"/>
      <w:r>
        <w:rPr>
          <w:rFonts w:cs="Times New Roman"/>
        </w:rPr>
        <w:t>latar</w:t>
      </w:r>
      <w:proofErr w:type="spellEnd"/>
      <w:r>
        <w:rPr>
          <w:rFonts w:cs="Times New Roman"/>
        </w:rPr>
        <w:t xml:space="preserve"> </w:t>
      </w:r>
      <w:proofErr w:type="spellStart"/>
      <w:r>
        <w:rPr>
          <w:rFonts w:cs="Times New Roman"/>
        </w:rPr>
        <w:t>belakang</w:t>
      </w:r>
      <w:proofErr w:type="spellEnd"/>
      <w:r>
        <w:rPr>
          <w:rFonts w:cs="Times New Roman"/>
        </w:rPr>
        <w:t xml:space="preserve"> </w:t>
      </w:r>
      <w:proofErr w:type="spellStart"/>
      <w:r>
        <w:rPr>
          <w:rFonts w:cs="Times New Roman"/>
        </w:rPr>
        <w:t>penelitian</w:t>
      </w:r>
      <w:proofErr w:type="spellEnd"/>
      <w:r>
        <w:rPr>
          <w:rFonts w:cs="Times New Roman"/>
        </w:rPr>
        <w:t xml:space="preserve">, </w:t>
      </w:r>
      <w:proofErr w:type="spellStart"/>
      <w:r>
        <w:rPr>
          <w:rFonts w:cs="Times New Roman"/>
        </w:rPr>
        <w:t>rumusan</w:t>
      </w:r>
      <w:proofErr w:type="spellEnd"/>
      <w:r>
        <w:rPr>
          <w:rFonts w:cs="Times New Roman"/>
        </w:rPr>
        <w:t xml:space="preserve"> </w:t>
      </w:r>
      <w:proofErr w:type="spellStart"/>
      <w:r>
        <w:rPr>
          <w:rFonts w:cs="Times New Roman"/>
        </w:rPr>
        <w:t>masalah</w:t>
      </w:r>
      <w:proofErr w:type="spellEnd"/>
      <w:r>
        <w:rPr>
          <w:rFonts w:cs="Times New Roman"/>
        </w:rPr>
        <w:t xml:space="preserve">, </w:t>
      </w:r>
      <w:proofErr w:type="spellStart"/>
      <w:r>
        <w:rPr>
          <w:rFonts w:cs="Times New Roman"/>
        </w:rPr>
        <w:t>tujuan</w:t>
      </w:r>
      <w:proofErr w:type="spellEnd"/>
      <w:r>
        <w:rPr>
          <w:rFonts w:cs="Times New Roman"/>
        </w:rPr>
        <w:t xml:space="preserve"> </w:t>
      </w:r>
      <w:proofErr w:type="spellStart"/>
      <w:r>
        <w:rPr>
          <w:rFonts w:cs="Times New Roman"/>
        </w:rPr>
        <w:t>Tugas</w:t>
      </w:r>
      <w:proofErr w:type="spellEnd"/>
      <w:r>
        <w:rPr>
          <w:rFonts w:cs="Times New Roman"/>
        </w:rPr>
        <w:t xml:space="preserve"> Akhir, </w:t>
      </w:r>
      <w:proofErr w:type="spellStart"/>
      <w:r>
        <w:rPr>
          <w:rFonts w:cs="Times New Roman"/>
        </w:rPr>
        <w:t>lingkup</w:t>
      </w:r>
      <w:proofErr w:type="spellEnd"/>
      <w:r>
        <w:rPr>
          <w:rFonts w:cs="Times New Roman"/>
        </w:rPr>
        <w:t xml:space="preserve"> </w:t>
      </w:r>
      <w:proofErr w:type="spellStart"/>
      <w:r>
        <w:rPr>
          <w:rFonts w:cs="Times New Roman"/>
        </w:rPr>
        <w:t>Tugas</w:t>
      </w:r>
      <w:proofErr w:type="spellEnd"/>
      <w:r>
        <w:rPr>
          <w:rFonts w:cs="Times New Roman"/>
        </w:rPr>
        <w:t xml:space="preserve"> Akhir, </w:t>
      </w:r>
      <w:proofErr w:type="spellStart"/>
      <w:r>
        <w:rPr>
          <w:rFonts w:cs="Times New Roman"/>
        </w:rPr>
        <w:t>metodologi</w:t>
      </w:r>
      <w:proofErr w:type="spellEnd"/>
      <w:r>
        <w:rPr>
          <w:rFonts w:cs="Times New Roman"/>
        </w:rPr>
        <w:t xml:space="preserve"> </w:t>
      </w:r>
      <w:proofErr w:type="spellStart"/>
      <w:r>
        <w:rPr>
          <w:rFonts w:cs="Times New Roman"/>
        </w:rPr>
        <w:t>penyelesaian</w:t>
      </w:r>
      <w:proofErr w:type="spellEnd"/>
      <w:r>
        <w:rPr>
          <w:rFonts w:cs="Times New Roman"/>
        </w:rPr>
        <w:t xml:space="preserve">, dan </w:t>
      </w:r>
      <w:proofErr w:type="spellStart"/>
      <w:r>
        <w:rPr>
          <w:rFonts w:cs="Times New Roman"/>
        </w:rPr>
        <w:t>sistematika</w:t>
      </w:r>
      <w:proofErr w:type="spellEnd"/>
      <w:r>
        <w:rPr>
          <w:rFonts w:cs="Times New Roman"/>
        </w:rPr>
        <w:t xml:space="preserve"> </w:t>
      </w:r>
      <w:proofErr w:type="spellStart"/>
      <w:r>
        <w:rPr>
          <w:rFonts w:cs="Times New Roman"/>
        </w:rPr>
        <w:t>penulisan</w:t>
      </w:r>
      <w:proofErr w:type="spellEnd"/>
      <w:r>
        <w:rPr>
          <w:rFonts w:cs="Times New Roman"/>
        </w:rPr>
        <w:t xml:space="preserve"> </w:t>
      </w:r>
      <w:proofErr w:type="spellStart"/>
      <w:r>
        <w:rPr>
          <w:rFonts w:cs="Times New Roman"/>
        </w:rPr>
        <w:t>laporan</w:t>
      </w:r>
      <w:proofErr w:type="spellEnd"/>
      <w:r>
        <w:rPr>
          <w:rFonts w:cs="Times New Roman"/>
        </w:rPr>
        <w:t>.</w:t>
      </w:r>
    </w:p>
    <w:p w14:paraId="40EA2788" w14:textId="77777777" w:rsidR="00F810AC" w:rsidRPr="007F78CD" w:rsidRDefault="00000000" w:rsidP="00F333B6">
      <w:pPr>
        <w:pStyle w:val="Heading2"/>
        <w:numPr>
          <w:ilvl w:val="0"/>
          <w:numId w:val="0"/>
        </w:numPr>
        <w:ind w:left="576" w:hanging="576"/>
      </w:pPr>
      <w:bookmarkStart w:id="7" w:name="_Toc233990522"/>
      <w:proofErr w:type="gramStart"/>
      <w:r w:rsidRPr="007F78CD">
        <w:t xml:space="preserve">1.1  </w:t>
      </w:r>
      <w:proofErr w:type="spellStart"/>
      <w:r w:rsidRPr="007F78CD">
        <w:t>Latar</w:t>
      </w:r>
      <w:proofErr w:type="spellEnd"/>
      <w:proofErr w:type="gramEnd"/>
      <w:r w:rsidRPr="007F78CD">
        <w:t xml:space="preserve"> </w:t>
      </w:r>
      <w:proofErr w:type="spellStart"/>
      <w:r w:rsidRPr="007F78CD">
        <w:t>Belakang</w:t>
      </w:r>
      <w:bookmarkEnd w:id="7"/>
      <w:proofErr w:type="spellEnd"/>
    </w:p>
    <w:p w14:paraId="0DE216C4" w14:textId="04662EE9" w:rsidR="00C26D2C" w:rsidRDefault="00000000">
      <w:pPr>
        <w:spacing w:after="0" w:line="360" w:lineRule="auto"/>
        <w:ind w:firstLine="680"/>
        <w:jc w:val="both"/>
        <w:rPr>
          <w:rFonts w:cs="Times New Roman"/>
        </w:rPr>
      </w:pPr>
      <w:proofErr w:type="spellStart"/>
      <w:r>
        <w:rPr>
          <w:rFonts w:cs="Times New Roman"/>
        </w:rPr>
        <w:t>Pertumbuhan</w:t>
      </w:r>
      <w:proofErr w:type="spellEnd"/>
      <w:r>
        <w:rPr>
          <w:rFonts w:cs="Times New Roman"/>
        </w:rPr>
        <w:t xml:space="preserve"> </w:t>
      </w:r>
      <w:proofErr w:type="spellStart"/>
      <w:r>
        <w:rPr>
          <w:rFonts w:cs="Times New Roman"/>
        </w:rPr>
        <w:t>ekonomi</w:t>
      </w:r>
      <w:proofErr w:type="spellEnd"/>
      <w:r>
        <w:rPr>
          <w:rFonts w:cs="Times New Roman"/>
        </w:rPr>
        <w:t xml:space="preserve"> digital dan </w:t>
      </w:r>
      <w:proofErr w:type="spellStart"/>
      <w:r>
        <w:rPr>
          <w:rFonts w:cs="Times New Roman"/>
        </w:rPr>
        <w:t>aktivitas</w:t>
      </w:r>
      <w:proofErr w:type="spellEnd"/>
      <w:r>
        <w:rPr>
          <w:rFonts w:cs="Times New Roman"/>
        </w:rPr>
        <w:t xml:space="preserve"> </w:t>
      </w:r>
      <w:proofErr w:type="spellStart"/>
      <w:r>
        <w:rPr>
          <w:rFonts w:cs="Times New Roman"/>
        </w:rPr>
        <w:t>logistik</w:t>
      </w:r>
      <w:proofErr w:type="spellEnd"/>
      <w:r>
        <w:rPr>
          <w:rFonts w:cs="Times New Roman"/>
        </w:rPr>
        <w:t xml:space="preserve"> di Indonesia </w:t>
      </w:r>
      <w:proofErr w:type="spellStart"/>
      <w:r>
        <w:rPr>
          <w:rFonts w:cs="Times New Roman"/>
        </w:rPr>
        <w:t>berimplikasi</w:t>
      </w:r>
      <w:proofErr w:type="spellEnd"/>
      <w:r>
        <w:rPr>
          <w:rFonts w:cs="Times New Roman"/>
        </w:rPr>
        <w:t xml:space="preserve"> </w:t>
      </w:r>
      <w:proofErr w:type="spellStart"/>
      <w:r>
        <w:rPr>
          <w:rFonts w:cs="Times New Roman"/>
        </w:rPr>
        <w:t>langsung</w:t>
      </w:r>
      <w:proofErr w:type="spellEnd"/>
      <w:r>
        <w:rPr>
          <w:rFonts w:cs="Times New Roman"/>
        </w:rPr>
        <w:t xml:space="preserve"> pada </w:t>
      </w:r>
      <w:proofErr w:type="spellStart"/>
      <w:r>
        <w:rPr>
          <w:rFonts w:cs="Times New Roman"/>
        </w:rPr>
        <w:t>lonjakan</w:t>
      </w:r>
      <w:proofErr w:type="spellEnd"/>
      <w:r>
        <w:rPr>
          <w:rFonts w:cs="Times New Roman"/>
        </w:rPr>
        <w:t xml:space="preserve"> </w:t>
      </w:r>
      <w:proofErr w:type="spellStart"/>
      <w:r>
        <w:rPr>
          <w:rFonts w:cs="Times New Roman"/>
        </w:rPr>
        <w:t>pengoperasian</w:t>
      </w:r>
      <w:proofErr w:type="spellEnd"/>
      <w:r>
        <w:rPr>
          <w:rFonts w:cs="Times New Roman"/>
        </w:rPr>
        <w:t xml:space="preserve"> armada </w:t>
      </w:r>
      <w:proofErr w:type="spellStart"/>
      <w:r>
        <w:rPr>
          <w:rFonts w:cs="Times New Roman"/>
        </w:rPr>
        <w:t>niaga</w:t>
      </w:r>
      <w:proofErr w:type="spellEnd"/>
      <w:r>
        <w:rPr>
          <w:rFonts w:cs="Times New Roman"/>
        </w:rPr>
        <w:t xml:space="preserve">. </w:t>
      </w:r>
      <w:proofErr w:type="spellStart"/>
      <w:r>
        <w:rPr>
          <w:rFonts w:cs="Times New Roman"/>
        </w:rPr>
        <w:t>Berdasarkan</w:t>
      </w:r>
      <w:proofErr w:type="spellEnd"/>
      <w:r>
        <w:rPr>
          <w:rFonts w:cs="Times New Roman"/>
        </w:rPr>
        <w:t xml:space="preserve"> data Badan Pusat </w:t>
      </w:r>
      <w:proofErr w:type="spellStart"/>
      <w:r>
        <w:rPr>
          <w:rFonts w:cs="Times New Roman"/>
        </w:rPr>
        <w:t>Statistik</w:t>
      </w:r>
      <w:proofErr w:type="spellEnd"/>
      <w:r>
        <w:rPr>
          <w:rFonts w:cs="Times New Roman"/>
        </w:rPr>
        <w:t xml:space="preserve"> (BPS), </w:t>
      </w:r>
      <w:proofErr w:type="spellStart"/>
      <w:r>
        <w:rPr>
          <w:rFonts w:cs="Times New Roman"/>
        </w:rPr>
        <w:t>populasi</w:t>
      </w:r>
      <w:proofErr w:type="spellEnd"/>
      <w:r>
        <w:rPr>
          <w:rFonts w:cs="Times New Roman"/>
        </w:rPr>
        <w:t xml:space="preserve"> </w:t>
      </w:r>
      <w:proofErr w:type="spellStart"/>
      <w:r>
        <w:rPr>
          <w:rFonts w:cs="Times New Roman"/>
        </w:rPr>
        <w:t>kendaraan</w:t>
      </w:r>
      <w:proofErr w:type="spellEnd"/>
      <w:r>
        <w:rPr>
          <w:rFonts w:cs="Times New Roman"/>
        </w:rPr>
        <w:t xml:space="preserve"> </w:t>
      </w:r>
      <w:proofErr w:type="spellStart"/>
      <w:r>
        <w:rPr>
          <w:rFonts w:cs="Times New Roman"/>
        </w:rPr>
        <w:t>besar</w:t>
      </w:r>
      <w:proofErr w:type="spellEnd"/>
      <w:r>
        <w:rPr>
          <w:rFonts w:cs="Times New Roman"/>
        </w:rPr>
        <w:t xml:space="preserve"> </w:t>
      </w:r>
      <w:proofErr w:type="spellStart"/>
      <w:r>
        <w:rPr>
          <w:rFonts w:cs="Times New Roman"/>
        </w:rPr>
        <w:t>mengalami</w:t>
      </w:r>
      <w:proofErr w:type="spellEnd"/>
      <w:r>
        <w:rPr>
          <w:rFonts w:cs="Times New Roman"/>
        </w:rPr>
        <w:t xml:space="preserve"> </w:t>
      </w:r>
      <w:proofErr w:type="spellStart"/>
      <w:r>
        <w:rPr>
          <w:rFonts w:cs="Times New Roman"/>
        </w:rPr>
        <w:t>peningkatan</w:t>
      </w:r>
      <w:proofErr w:type="spellEnd"/>
      <w:r>
        <w:rPr>
          <w:rFonts w:cs="Times New Roman"/>
        </w:rPr>
        <w:t xml:space="preserve"> </w:t>
      </w:r>
      <w:proofErr w:type="spellStart"/>
      <w:r>
        <w:rPr>
          <w:rFonts w:cs="Times New Roman"/>
        </w:rPr>
        <w:t>selama</w:t>
      </w:r>
      <w:proofErr w:type="spellEnd"/>
      <w:r>
        <w:rPr>
          <w:rFonts w:cs="Times New Roman"/>
        </w:rPr>
        <w:t xml:space="preserve"> </w:t>
      </w:r>
      <w:proofErr w:type="spellStart"/>
      <w:r>
        <w:rPr>
          <w:rFonts w:cs="Times New Roman"/>
        </w:rPr>
        <w:t>periode</w:t>
      </w:r>
      <w:proofErr w:type="spellEnd"/>
      <w:r>
        <w:rPr>
          <w:rFonts w:cs="Times New Roman"/>
        </w:rPr>
        <w:t xml:space="preserve"> 2020 </w:t>
      </w:r>
      <w:proofErr w:type="spellStart"/>
      <w:r>
        <w:rPr>
          <w:rFonts w:cs="Times New Roman"/>
        </w:rPr>
        <w:t>hingga</w:t>
      </w:r>
      <w:proofErr w:type="spellEnd"/>
      <w:r>
        <w:rPr>
          <w:rFonts w:cs="Times New Roman"/>
        </w:rPr>
        <w:t xml:space="preserve"> 2024. </w:t>
      </w:r>
    </w:p>
    <w:p w14:paraId="7460C36C" w14:textId="6333408F" w:rsidR="00C26D2C" w:rsidRDefault="00C26D2C" w:rsidP="00C26D2C">
      <w:pPr>
        <w:spacing w:after="0" w:line="360" w:lineRule="auto"/>
        <w:jc w:val="center"/>
        <w:rPr>
          <w:rFonts w:cs="Times New Roman"/>
        </w:rPr>
      </w:pPr>
      <w:r w:rsidRPr="00C26D2C">
        <w:rPr>
          <w:rFonts w:cs="Times New Roman"/>
          <w:noProof/>
        </w:rPr>
        <w:drawing>
          <wp:inline distT="0" distB="0" distL="0" distR="0" wp14:anchorId="40409DF8" wp14:editId="45DFAF4B">
            <wp:extent cx="4166647" cy="3056688"/>
            <wp:effectExtent l="0" t="0" r="5715" b="0"/>
            <wp:docPr id="2055705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705920" name=""/>
                    <pic:cNvPicPr/>
                  </pic:nvPicPr>
                  <pic:blipFill rotWithShape="1">
                    <a:blip r:embed="rId20"/>
                    <a:srcRect l="1104" t="12421" r="1270" b="1"/>
                    <a:stretch>
                      <a:fillRect/>
                    </a:stretch>
                  </pic:blipFill>
                  <pic:spPr bwMode="auto">
                    <a:xfrm>
                      <a:off x="0" y="0"/>
                      <a:ext cx="4177264" cy="3064477"/>
                    </a:xfrm>
                    <a:prstGeom prst="rect">
                      <a:avLst/>
                    </a:prstGeom>
                    <a:ln>
                      <a:noFill/>
                    </a:ln>
                    <a:extLst>
                      <a:ext uri="{53640926-AAD7-44D8-BBD7-CCE9431645EC}">
                        <a14:shadowObscured xmlns:a14="http://schemas.microsoft.com/office/drawing/2010/main"/>
                      </a:ext>
                    </a:extLst>
                  </pic:spPr>
                </pic:pic>
              </a:graphicData>
            </a:graphic>
          </wp:inline>
        </w:drawing>
      </w:r>
    </w:p>
    <w:p w14:paraId="1B4C928B" w14:textId="008DFB0D" w:rsidR="00121B33" w:rsidRPr="00121B33" w:rsidRDefault="00121B33" w:rsidP="00121B33">
      <w:pPr>
        <w:spacing w:after="160" w:line="240" w:lineRule="auto"/>
        <w:jc w:val="center"/>
      </w:pPr>
      <w:r>
        <w:rPr>
          <w:rFonts w:cs="Times New Roman"/>
          <w:b/>
          <w:sz w:val="20"/>
        </w:rPr>
        <w:t xml:space="preserve">Gambar </w:t>
      </w:r>
      <w:proofErr w:type="gramStart"/>
      <w:r>
        <w:rPr>
          <w:rFonts w:cs="Times New Roman"/>
          <w:b/>
          <w:sz w:val="20"/>
        </w:rPr>
        <w:t xml:space="preserve">1.1  </w:t>
      </w:r>
      <w:proofErr w:type="spellStart"/>
      <w:r>
        <w:rPr>
          <w:rFonts w:cs="Times New Roman"/>
          <w:b/>
          <w:sz w:val="20"/>
        </w:rPr>
        <w:t>Perkembangan</w:t>
      </w:r>
      <w:proofErr w:type="spellEnd"/>
      <w:proofErr w:type="gramEnd"/>
      <w:r>
        <w:rPr>
          <w:rFonts w:cs="Times New Roman"/>
          <w:b/>
          <w:sz w:val="20"/>
        </w:rPr>
        <w:t xml:space="preserve"> </w:t>
      </w:r>
      <w:proofErr w:type="spellStart"/>
      <w:r>
        <w:rPr>
          <w:rFonts w:cs="Times New Roman"/>
          <w:b/>
          <w:sz w:val="20"/>
        </w:rPr>
        <w:t>Jumlah</w:t>
      </w:r>
      <w:proofErr w:type="spellEnd"/>
      <w:r>
        <w:rPr>
          <w:rFonts w:cs="Times New Roman"/>
          <w:b/>
          <w:sz w:val="20"/>
        </w:rPr>
        <w:t xml:space="preserve"> </w:t>
      </w:r>
      <w:proofErr w:type="spellStart"/>
      <w:r>
        <w:rPr>
          <w:rFonts w:cs="Times New Roman"/>
          <w:b/>
          <w:sz w:val="20"/>
        </w:rPr>
        <w:t>Kendaraan</w:t>
      </w:r>
      <w:proofErr w:type="spellEnd"/>
      <w:r>
        <w:rPr>
          <w:rFonts w:cs="Times New Roman"/>
          <w:b/>
          <w:sz w:val="20"/>
        </w:rPr>
        <w:t xml:space="preserve"> </w:t>
      </w:r>
      <w:proofErr w:type="spellStart"/>
      <w:r>
        <w:rPr>
          <w:rFonts w:cs="Times New Roman"/>
          <w:b/>
          <w:sz w:val="20"/>
        </w:rPr>
        <w:t>Bermotor</w:t>
      </w:r>
      <w:proofErr w:type="spellEnd"/>
      <w:r>
        <w:rPr>
          <w:rFonts w:cs="Times New Roman"/>
          <w:b/>
          <w:sz w:val="20"/>
        </w:rPr>
        <w:t xml:space="preserve"> </w:t>
      </w:r>
      <w:proofErr w:type="spellStart"/>
      <w:r>
        <w:rPr>
          <w:rFonts w:cs="Times New Roman"/>
          <w:b/>
          <w:sz w:val="20"/>
        </w:rPr>
        <w:t>Dirinci</w:t>
      </w:r>
      <w:proofErr w:type="spellEnd"/>
      <w:r>
        <w:rPr>
          <w:rFonts w:cs="Times New Roman"/>
          <w:b/>
          <w:sz w:val="20"/>
        </w:rPr>
        <w:t xml:space="preserve"> </w:t>
      </w:r>
      <w:proofErr w:type="spellStart"/>
      <w:r>
        <w:rPr>
          <w:rFonts w:cs="Times New Roman"/>
          <w:b/>
          <w:sz w:val="20"/>
        </w:rPr>
        <w:t>Menurut</w:t>
      </w:r>
      <w:proofErr w:type="spellEnd"/>
      <w:r>
        <w:rPr>
          <w:rFonts w:cs="Times New Roman"/>
          <w:b/>
          <w:sz w:val="20"/>
        </w:rPr>
        <w:t xml:space="preserve"> </w:t>
      </w:r>
      <w:proofErr w:type="spellStart"/>
      <w:r>
        <w:rPr>
          <w:rFonts w:cs="Times New Roman"/>
          <w:b/>
          <w:sz w:val="20"/>
        </w:rPr>
        <w:t>Jenisnya</w:t>
      </w:r>
      <w:proofErr w:type="spellEnd"/>
      <w:r>
        <w:rPr>
          <w:rFonts w:cs="Times New Roman"/>
          <w:b/>
          <w:sz w:val="20"/>
        </w:rPr>
        <w:t xml:space="preserve"> (unit) 2020-2024</w:t>
      </w:r>
    </w:p>
    <w:p w14:paraId="71FB6E56" w14:textId="2D59A1C8" w:rsidR="00F810AC" w:rsidRPr="00442EAC" w:rsidRDefault="00000000" w:rsidP="00442EAC">
      <w:pPr>
        <w:spacing w:after="0" w:line="360" w:lineRule="auto"/>
        <w:ind w:firstLine="680"/>
        <w:jc w:val="both"/>
        <w:rPr>
          <w:rFonts w:cs="Times New Roman"/>
        </w:rPr>
      </w:pPr>
      <w:proofErr w:type="spellStart"/>
      <w:r>
        <w:rPr>
          <w:rFonts w:cs="Times New Roman"/>
        </w:rPr>
        <w:t>Jumlah</w:t>
      </w:r>
      <w:proofErr w:type="spellEnd"/>
      <w:r>
        <w:rPr>
          <w:rFonts w:cs="Times New Roman"/>
        </w:rPr>
        <w:t xml:space="preserve"> </w:t>
      </w:r>
      <w:proofErr w:type="spellStart"/>
      <w:r>
        <w:rPr>
          <w:rFonts w:cs="Times New Roman"/>
        </w:rPr>
        <w:t>mobil</w:t>
      </w:r>
      <w:proofErr w:type="spellEnd"/>
      <w:r>
        <w:rPr>
          <w:rFonts w:cs="Times New Roman"/>
        </w:rPr>
        <w:t xml:space="preserve"> </w:t>
      </w:r>
      <w:proofErr w:type="spellStart"/>
      <w:r>
        <w:rPr>
          <w:rFonts w:cs="Times New Roman"/>
        </w:rPr>
        <w:t>barang</w:t>
      </w:r>
      <w:proofErr w:type="spellEnd"/>
      <w:r>
        <w:rPr>
          <w:rFonts w:cs="Times New Roman"/>
        </w:rPr>
        <w:t xml:space="preserve"> </w:t>
      </w:r>
      <w:proofErr w:type="spellStart"/>
      <w:r>
        <w:rPr>
          <w:rFonts w:cs="Times New Roman"/>
        </w:rPr>
        <w:t>atau</w:t>
      </w:r>
      <w:proofErr w:type="spellEnd"/>
      <w:r>
        <w:rPr>
          <w:rFonts w:cs="Times New Roman"/>
        </w:rPr>
        <w:t xml:space="preserve"> </w:t>
      </w:r>
      <w:proofErr w:type="spellStart"/>
      <w:r>
        <w:rPr>
          <w:rFonts w:cs="Times New Roman"/>
        </w:rPr>
        <w:t>truk</w:t>
      </w:r>
      <w:proofErr w:type="spellEnd"/>
      <w:r>
        <w:rPr>
          <w:rFonts w:cs="Times New Roman"/>
        </w:rPr>
        <w:t xml:space="preserve"> </w:t>
      </w:r>
      <w:proofErr w:type="spellStart"/>
      <w:r>
        <w:rPr>
          <w:rFonts w:cs="Times New Roman"/>
        </w:rPr>
        <w:t>melonjak</w:t>
      </w:r>
      <w:proofErr w:type="spellEnd"/>
      <w:r>
        <w:rPr>
          <w:rFonts w:cs="Times New Roman"/>
        </w:rPr>
        <w:t xml:space="preserve"> </w:t>
      </w:r>
      <w:proofErr w:type="spellStart"/>
      <w:r>
        <w:rPr>
          <w:rFonts w:cs="Times New Roman"/>
        </w:rPr>
        <w:t>dari</w:t>
      </w:r>
      <w:proofErr w:type="spellEnd"/>
      <w:r>
        <w:rPr>
          <w:rFonts w:cs="Times New Roman"/>
        </w:rPr>
        <w:t xml:space="preserve"> </w:t>
      </w:r>
      <w:proofErr w:type="gramStart"/>
      <w:r>
        <w:rPr>
          <w:rFonts w:cs="Times New Roman"/>
        </w:rPr>
        <w:t>5.083.405 unit</w:t>
      </w:r>
      <w:proofErr w:type="gramEnd"/>
      <w:r>
        <w:rPr>
          <w:rFonts w:cs="Times New Roman"/>
        </w:rPr>
        <w:t xml:space="preserve"> </w:t>
      </w:r>
      <w:proofErr w:type="spellStart"/>
      <w:r>
        <w:rPr>
          <w:rFonts w:cs="Times New Roman"/>
        </w:rPr>
        <w:t>menjadi</w:t>
      </w:r>
      <w:proofErr w:type="spellEnd"/>
      <w:r>
        <w:rPr>
          <w:rFonts w:cs="Times New Roman"/>
        </w:rPr>
        <w:t xml:space="preserve"> 6.277.403 unit </w:t>
      </w:r>
      <w:proofErr w:type="spellStart"/>
      <w:r>
        <w:rPr>
          <w:rFonts w:cs="Times New Roman"/>
        </w:rPr>
        <w:t>dengan</w:t>
      </w:r>
      <w:proofErr w:type="spellEnd"/>
      <w:r>
        <w:rPr>
          <w:rFonts w:cs="Times New Roman"/>
        </w:rPr>
        <w:t xml:space="preserve"> rata-rata </w:t>
      </w:r>
      <w:proofErr w:type="spellStart"/>
      <w:r>
        <w:rPr>
          <w:rFonts w:cs="Times New Roman"/>
        </w:rPr>
        <w:t>pertumbuhan</w:t>
      </w:r>
      <w:proofErr w:type="spellEnd"/>
      <w:r>
        <w:rPr>
          <w:rFonts w:cs="Times New Roman"/>
        </w:rPr>
        <w:t xml:space="preserve"> 5,42% per </w:t>
      </w:r>
      <w:proofErr w:type="spellStart"/>
      <w:r>
        <w:rPr>
          <w:rFonts w:cs="Times New Roman"/>
        </w:rPr>
        <w:t>tahun</w:t>
      </w:r>
      <w:proofErr w:type="spellEnd"/>
      <w:r>
        <w:rPr>
          <w:rFonts w:cs="Times New Roman"/>
        </w:rPr>
        <w:t xml:space="preserve">. Pada </w:t>
      </w:r>
      <w:proofErr w:type="spellStart"/>
      <w:r>
        <w:rPr>
          <w:rFonts w:cs="Times New Roman"/>
        </w:rPr>
        <w:t>periode</w:t>
      </w:r>
      <w:proofErr w:type="spellEnd"/>
      <w:r>
        <w:rPr>
          <w:rFonts w:cs="Times New Roman"/>
        </w:rPr>
        <w:t xml:space="preserve"> yang </w:t>
      </w:r>
      <w:proofErr w:type="spellStart"/>
      <w:r>
        <w:rPr>
          <w:rFonts w:cs="Times New Roman"/>
        </w:rPr>
        <w:t>sama</w:t>
      </w:r>
      <w:proofErr w:type="spellEnd"/>
      <w:r>
        <w:rPr>
          <w:rFonts w:cs="Times New Roman"/>
        </w:rPr>
        <w:t xml:space="preserve">, armada bus juga </w:t>
      </w:r>
      <w:proofErr w:type="spellStart"/>
      <w:r>
        <w:rPr>
          <w:rFonts w:cs="Times New Roman"/>
        </w:rPr>
        <w:t>meningkat</w:t>
      </w:r>
      <w:proofErr w:type="spellEnd"/>
      <w:r>
        <w:rPr>
          <w:rFonts w:cs="Times New Roman"/>
        </w:rPr>
        <w:t xml:space="preserve"> </w:t>
      </w:r>
      <w:proofErr w:type="spellStart"/>
      <w:r>
        <w:rPr>
          <w:rFonts w:cs="Times New Roman"/>
        </w:rPr>
        <w:t>dari</w:t>
      </w:r>
      <w:proofErr w:type="spellEnd"/>
      <w:r>
        <w:rPr>
          <w:rFonts w:cs="Times New Roman"/>
        </w:rPr>
        <w:t xml:space="preserve"> </w:t>
      </w:r>
      <w:proofErr w:type="gramStart"/>
      <w:r>
        <w:rPr>
          <w:rFonts w:cs="Times New Roman"/>
        </w:rPr>
        <w:t>233.261 unit</w:t>
      </w:r>
      <w:proofErr w:type="gramEnd"/>
      <w:r>
        <w:rPr>
          <w:rFonts w:cs="Times New Roman"/>
        </w:rPr>
        <w:t xml:space="preserve"> </w:t>
      </w:r>
      <w:proofErr w:type="spellStart"/>
      <w:r>
        <w:rPr>
          <w:rFonts w:cs="Times New Roman"/>
        </w:rPr>
        <w:t>menjadi</w:t>
      </w:r>
      <w:proofErr w:type="spellEnd"/>
      <w:r>
        <w:rPr>
          <w:rFonts w:cs="Times New Roman"/>
        </w:rPr>
        <w:t xml:space="preserve"> 293.991 unit, </w:t>
      </w:r>
      <w:proofErr w:type="spellStart"/>
      <w:r>
        <w:rPr>
          <w:rFonts w:cs="Times New Roman"/>
        </w:rPr>
        <w:t>mencatatkan</w:t>
      </w:r>
      <w:proofErr w:type="spellEnd"/>
      <w:r>
        <w:rPr>
          <w:rFonts w:cs="Times New Roman"/>
        </w:rPr>
        <w:t xml:space="preserve"> </w:t>
      </w:r>
      <w:proofErr w:type="spellStart"/>
      <w:r>
        <w:rPr>
          <w:rFonts w:cs="Times New Roman"/>
        </w:rPr>
        <w:t>pertumbuhan</w:t>
      </w:r>
      <w:proofErr w:type="spellEnd"/>
      <w:r>
        <w:rPr>
          <w:rFonts w:cs="Times New Roman"/>
        </w:rPr>
        <w:t xml:space="preserve"> </w:t>
      </w:r>
      <w:proofErr w:type="spellStart"/>
      <w:r>
        <w:rPr>
          <w:rFonts w:cs="Times New Roman"/>
        </w:rPr>
        <w:t>tahunan</w:t>
      </w:r>
      <w:proofErr w:type="spellEnd"/>
      <w:r>
        <w:rPr>
          <w:rFonts w:cs="Times New Roman"/>
        </w:rPr>
        <w:t xml:space="preserve"> </w:t>
      </w:r>
      <w:proofErr w:type="spellStart"/>
      <w:r>
        <w:rPr>
          <w:rFonts w:cs="Times New Roman"/>
        </w:rPr>
        <w:t>sebesar</w:t>
      </w:r>
      <w:proofErr w:type="spellEnd"/>
      <w:r>
        <w:rPr>
          <w:rFonts w:cs="Times New Roman"/>
        </w:rPr>
        <w:t xml:space="preserve"> 5,96%</w:t>
      </w:r>
      <w:r w:rsidR="002A79E0">
        <w:rPr>
          <w:rFonts w:cs="Times New Roman"/>
        </w:rPr>
        <w:t xml:space="preserve"> </w:t>
      </w:r>
      <w:sdt>
        <w:sdtPr>
          <w:rPr>
            <w:rFonts w:cs="Times New Roman"/>
            <w:color w:val="000000"/>
          </w:rPr>
          <w:tag w:val="MENDELEY_CITATION_v3_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"/>
          <w:id w:val="1043641167"/>
          <w:placeholder>
            <w:docPart w:val="DefaultPlaceholder_-1854013440"/>
          </w:placeholder>
        </w:sdtPr>
        <w:sdtContent>
          <w:r w:rsidR="00BE7E3F" w:rsidRPr="00BE7E3F">
            <w:rPr>
              <w:rFonts w:cs="Times New Roman"/>
              <w:color w:val="000000"/>
            </w:rPr>
            <w:t>[BPS25]</w:t>
          </w:r>
        </w:sdtContent>
      </w:sdt>
      <w:r>
        <w:rPr>
          <w:rFonts w:cs="Times New Roman"/>
        </w:rPr>
        <w:t xml:space="preserve">. </w:t>
      </w:r>
      <w:proofErr w:type="spellStart"/>
      <w:r>
        <w:rPr>
          <w:rFonts w:cs="Times New Roman"/>
        </w:rPr>
        <w:t>Masifnya</w:t>
      </w:r>
      <w:proofErr w:type="spellEnd"/>
      <w:r>
        <w:rPr>
          <w:rFonts w:cs="Times New Roman"/>
        </w:rPr>
        <w:t xml:space="preserve"> </w:t>
      </w:r>
      <w:proofErr w:type="spellStart"/>
      <w:r>
        <w:rPr>
          <w:rFonts w:cs="Times New Roman"/>
        </w:rPr>
        <w:t>pengoperasian</w:t>
      </w:r>
      <w:proofErr w:type="spellEnd"/>
      <w:r>
        <w:rPr>
          <w:rFonts w:cs="Times New Roman"/>
        </w:rPr>
        <w:t xml:space="preserve"> armada </w:t>
      </w:r>
      <w:proofErr w:type="spellStart"/>
      <w:r>
        <w:rPr>
          <w:rFonts w:cs="Times New Roman"/>
        </w:rPr>
        <w:t>ini</w:t>
      </w:r>
      <w:proofErr w:type="spellEnd"/>
      <w:r>
        <w:rPr>
          <w:rFonts w:cs="Times New Roman"/>
        </w:rPr>
        <w:t xml:space="preserve"> di wilayah </w:t>
      </w:r>
      <w:proofErr w:type="spellStart"/>
      <w:r>
        <w:rPr>
          <w:rFonts w:cs="Times New Roman"/>
        </w:rPr>
        <w:t>perkotaan</w:t>
      </w:r>
      <w:proofErr w:type="spellEnd"/>
      <w:r>
        <w:rPr>
          <w:rFonts w:cs="Times New Roman"/>
        </w:rPr>
        <w:t xml:space="preserve"> </w:t>
      </w:r>
      <w:proofErr w:type="spellStart"/>
      <w:r>
        <w:rPr>
          <w:rFonts w:cs="Times New Roman"/>
        </w:rPr>
        <w:t>memunculkan</w:t>
      </w:r>
      <w:proofErr w:type="spellEnd"/>
      <w:r>
        <w:rPr>
          <w:rFonts w:cs="Times New Roman"/>
        </w:rPr>
        <w:t xml:space="preserve"> </w:t>
      </w:r>
      <w:proofErr w:type="spellStart"/>
      <w:r>
        <w:rPr>
          <w:rFonts w:cs="Times New Roman"/>
        </w:rPr>
        <w:t>tantangan</w:t>
      </w:r>
      <w:proofErr w:type="spellEnd"/>
      <w:r>
        <w:rPr>
          <w:rFonts w:cs="Times New Roman"/>
        </w:rPr>
        <w:t xml:space="preserve"> </w:t>
      </w:r>
      <w:proofErr w:type="spellStart"/>
      <w:r>
        <w:rPr>
          <w:rFonts w:cs="Times New Roman"/>
        </w:rPr>
        <w:t>keselamatan</w:t>
      </w:r>
      <w:proofErr w:type="spellEnd"/>
      <w:r>
        <w:rPr>
          <w:rFonts w:cs="Times New Roman"/>
        </w:rPr>
        <w:t xml:space="preserve"> </w:t>
      </w:r>
      <w:proofErr w:type="spellStart"/>
      <w:r>
        <w:rPr>
          <w:rFonts w:cs="Times New Roman"/>
        </w:rPr>
        <w:t>lalu</w:t>
      </w:r>
      <w:proofErr w:type="spellEnd"/>
      <w:r>
        <w:rPr>
          <w:rFonts w:cs="Times New Roman"/>
        </w:rPr>
        <w:t xml:space="preserve"> </w:t>
      </w:r>
      <w:proofErr w:type="spellStart"/>
      <w:r>
        <w:rPr>
          <w:rFonts w:cs="Times New Roman"/>
        </w:rPr>
        <w:t>lintas</w:t>
      </w:r>
      <w:proofErr w:type="spellEnd"/>
      <w:r>
        <w:rPr>
          <w:rFonts w:cs="Times New Roman"/>
        </w:rPr>
        <w:t xml:space="preserve">. </w:t>
      </w:r>
      <w:proofErr w:type="spellStart"/>
      <w:r>
        <w:rPr>
          <w:rFonts w:cs="Times New Roman"/>
        </w:rPr>
        <w:t>Kendaraan</w:t>
      </w:r>
      <w:proofErr w:type="spellEnd"/>
      <w:r>
        <w:rPr>
          <w:rFonts w:cs="Times New Roman"/>
        </w:rPr>
        <w:t xml:space="preserve"> </w:t>
      </w:r>
      <w:proofErr w:type="spellStart"/>
      <w:r>
        <w:rPr>
          <w:rFonts w:cs="Times New Roman"/>
        </w:rPr>
        <w:t>besar</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dinamika</w:t>
      </w:r>
      <w:proofErr w:type="spellEnd"/>
      <w:r>
        <w:rPr>
          <w:rFonts w:cs="Times New Roman"/>
        </w:rPr>
        <w:t xml:space="preserve"> </w:t>
      </w:r>
      <w:proofErr w:type="spellStart"/>
      <w:r>
        <w:rPr>
          <w:rFonts w:cs="Times New Roman"/>
        </w:rPr>
        <w:t>spasial</w:t>
      </w:r>
      <w:proofErr w:type="spellEnd"/>
      <w:r>
        <w:rPr>
          <w:rFonts w:cs="Times New Roman"/>
        </w:rPr>
        <w:t xml:space="preserve"> dan </w:t>
      </w:r>
      <w:proofErr w:type="spellStart"/>
      <w:r>
        <w:rPr>
          <w:rFonts w:cs="Times New Roman"/>
        </w:rPr>
        <w:t>kinematik</w:t>
      </w:r>
      <w:proofErr w:type="spellEnd"/>
      <w:r>
        <w:rPr>
          <w:rFonts w:cs="Times New Roman"/>
        </w:rPr>
        <w:t xml:space="preserve"> yang sangat </w:t>
      </w:r>
      <w:proofErr w:type="spellStart"/>
      <w:r>
        <w:rPr>
          <w:rFonts w:cs="Times New Roman"/>
        </w:rPr>
        <w:t>berbeda</w:t>
      </w:r>
      <w:proofErr w:type="spellEnd"/>
      <w:r>
        <w:rPr>
          <w:rFonts w:cs="Times New Roman"/>
        </w:rPr>
        <w:t xml:space="preserve"> </w:t>
      </w:r>
      <w:proofErr w:type="spellStart"/>
      <w:r>
        <w:rPr>
          <w:rFonts w:cs="Times New Roman"/>
        </w:rPr>
        <w:t>dibandingkan</w:t>
      </w:r>
      <w:proofErr w:type="spellEnd"/>
      <w:r>
        <w:rPr>
          <w:rFonts w:cs="Times New Roman"/>
        </w:rPr>
        <w:t xml:space="preserve"> </w:t>
      </w:r>
      <w:proofErr w:type="spellStart"/>
      <w:r>
        <w:rPr>
          <w:rFonts w:cs="Times New Roman"/>
        </w:rPr>
        <w:t>kendaraan</w:t>
      </w:r>
      <w:proofErr w:type="spellEnd"/>
      <w:r>
        <w:rPr>
          <w:rFonts w:cs="Times New Roman"/>
        </w:rPr>
        <w:t xml:space="preserve"> </w:t>
      </w:r>
      <w:proofErr w:type="spellStart"/>
      <w:r>
        <w:rPr>
          <w:rFonts w:cs="Times New Roman"/>
        </w:rPr>
        <w:t>pribadi</w:t>
      </w:r>
      <w:proofErr w:type="spellEnd"/>
      <w:r>
        <w:rPr>
          <w:rFonts w:cs="Times New Roman"/>
        </w:rPr>
        <w:t xml:space="preserve">, di </w:t>
      </w:r>
      <w:proofErr w:type="spellStart"/>
      <w:r>
        <w:rPr>
          <w:rFonts w:cs="Times New Roman"/>
        </w:rPr>
        <w:t>antaranya</w:t>
      </w:r>
      <w:proofErr w:type="spellEnd"/>
      <w:r>
        <w:rPr>
          <w:rFonts w:cs="Times New Roman"/>
        </w:rPr>
        <w:t xml:space="preserve"> </w:t>
      </w:r>
      <w:proofErr w:type="spellStart"/>
      <w:r>
        <w:rPr>
          <w:rFonts w:cs="Times New Roman"/>
        </w:rPr>
        <w:t>inersia</w:t>
      </w:r>
      <w:proofErr w:type="spellEnd"/>
      <w:r>
        <w:rPr>
          <w:rFonts w:cs="Times New Roman"/>
        </w:rPr>
        <w:t xml:space="preserve"> </w:t>
      </w:r>
      <w:proofErr w:type="spellStart"/>
      <w:r>
        <w:rPr>
          <w:rFonts w:cs="Times New Roman"/>
        </w:rPr>
        <w:t>massa</w:t>
      </w:r>
      <w:proofErr w:type="spellEnd"/>
      <w:r>
        <w:rPr>
          <w:rFonts w:cs="Times New Roman"/>
        </w:rPr>
        <w:t xml:space="preserve"> yang </w:t>
      </w:r>
      <w:proofErr w:type="spellStart"/>
      <w:r>
        <w:rPr>
          <w:rFonts w:cs="Times New Roman"/>
        </w:rPr>
        <w:t>besar</w:t>
      </w:r>
      <w:proofErr w:type="spellEnd"/>
      <w:r>
        <w:rPr>
          <w:rFonts w:cs="Times New Roman"/>
        </w:rPr>
        <w:t xml:space="preserve">, </w:t>
      </w:r>
      <w:proofErr w:type="spellStart"/>
      <w:r>
        <w:rPr>
          <w:rFonts w:cs="Times New Roman"/>
        </w:rPr>
        <w:t>jarak</w:t>
      </w:r>
      <w:proofErr w:type="spellEnd"/>
      <w:r>
        <w:rPr>
          <w:rFonts w:cs="Times New Roman"/>
        </w:rPr>
        <w:t xml:space="preserve"> </w:t>
      </w:r>
      <w:proofErr w:type="spellStart"/>
      <w:r>
        <w:rPr>
          <w:rFonts w:cs="Times New Roman"/>
        </w:rPr>
        <w:t>pengereman</w:t>
      </w:r>
      <w:proofErr w:type="spellEnd"/>
      <w:r>
        <w:rPr>
          <w:rFonts w:cs="Times New Roman"/>
        </w:rPr>
        <w:t xml:space="preserve"> yang </w:t>
      </w:r>
      <w:proofErr w:type="spellStart"/>
      <w:r>
        <w:rPr>
          <w:rFonts w:cs="Times New Roman"/>
        </w:rPr>
        <w:t>lebih</w:t>
      </w:r>
      <w:proofErr w:type="spellEnd"/>
      <w:r>
        <w:rPr>
          <w:rFonts w:cs="Times New Roman"/>
        </w:rPr>
        <w:t xml:space="preserve"> </w:t>
      </w:r>
      <w:proofErr w:type="spellStart"/>
      <w:r>
        <w:rPr>
          <w:rFonts w:cs="Times New Roman"/>
        </w:rPr>
        <w:t>panjang</w:t>
      </w:r>
      <w:proofErr w:type="spellEnd"/>
      <w:r>
        <w:rPr>
          <w:rFonts w:cs="Times New Roman"/>
        </w:rPr>
        <w:t xml:space="preserve">, radius </w:t>
      </w:r>
      <w:proofErr w:type="spellStart"/>
      <w:r>
        <w:rPr>
          <w:rFonts w:cs="Times New Roman"/>
        </w:rPr>
        <w:t>putar</w:t>
      </w:r>
      <w:proofErr w:type="spellEnd"/>
      <w:r>
        <w:rPr>
          <w:rFonts w:cs="Times New Roman"/>
        </w:rPr>
        <w:t xml:space="preserve"> yang </w:t>
      </w:r>
      <w:proofErr w:type="spellStart"/>
      <w:r>
        <w:rPr>
          <w:rFonts w:cs="Times New Roman"/>
        </w:rPr>
        <w:t>luas</w:t>
      </w:r>
      <w:proofErr w:type="spellEnd"/>
      <w:r>
        <w:rPr>
          <w:rFonts w:cs="Times New Roman"/>
        </w:rPr>
        <w:t xml:space="preserve">, </w:t>
      </w:r>
      <w:proofErr w:type="spellStart"/>
      <w:r>
        <w:rPr>
          <w:rFonts w:cs="Times New Roman"/>
        </w:rPr>
        <w:t>serta</w:t>
      </w:r>
      <w:proofErr w:type="spellEnd"/>
      <w:r>
        <w:rPr>
          <w:rFonts w:cs="Times New Roman"/>
        </w:rPr>
        <w:t xml:space="preserve"> area </w:t>
      </w:r>
      <w:r>
        <w:rPr>
          <w:rFonts w:cs="Times New Roman"/>
          <w:i/>
        </w:rPr>
        <w:t>blind spot</w:t>
      </w:r>
      <w:r>
        <w:rPr>
          <w:rFonts w:cs="Times New Roman"/>
        </w:rPr>
        <w:t xml:space="preserve"> yang </w:t>
      </w:r>
      <w:proofErr w:type="spellStart"/>
      <w:r>
        <w:rPr>
          <w:rFonts w:cs="Times New Roman"/>
        </w:rPr>
        <w:t>signifikan</w:t>
      </w:r>
      <w:proofErr w:type="spellEnd"/>
      <w:r w:rsidR="0008418E">
        <w:rPr>
          <w:rFonts w:cs="Times New Roman"/>
        </w:rPr>
        <w:t xml:space="preserve"> </w:t>
      </w:r>
      <w:sdt>
        <w:sdtPr>
          <w:rPr>
            <w:rFonts w:cs="Times New Roman"/>
            <w:color w:val="000000"/>
          </w:rPr>
          <w:tag w:val="MENDELEY_CITATION_v3_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"/>
          <w:id w:val="866174276"/>
          <w:placeholder>
            <w:docPart w:val="DefaultPlaceholder_-1854013440"/>
          </w:placeholder>
        </w:sdtPr>
        <w:sdtContent>
          <w:r w:rsidR="00BE7E3F" w:rsidRPr="00BE7E3F">
            <w:rPr>
              <w:rFonts w:cs="Times New Roman"/>
              <w:color w:val="000000"/>
            </w:rPr>
            <w:t>[RAJ06]</w:t>
          </w:r>
        </w:sdtContent>
      </w:sdt>
      <w:r>
        <w:rPr>
          <w:rFonts w:cs="Times New Roman"/>
        </w:rPr>
        <w:t>,</w:t>
      </w:r>
      <w:r w:rsidR="002A79E0">
        <w:rPr>
          <w:rFonts w:cs="Times New Roman"/>
        </w:rPr>
        <w:t xml:space="preserve"> </w:t>
      </w:r>
      <w:sdt>
        <w:sdtPr>
          <w:rPr>
            <w:rFonts w:cs="Times New Roman"/>
            <w:color w:val="000000"/>
          </w:rPr>
          <w:tag w:val="MENDELEY_CITATION_v3_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"/>
          <w:id w:val="1466158909"/>
          <w:placeholder>
            <w:docPart w:val="DefaultPlaceholder_-1854013440"/>
          </w:placeholder>
        </w:sdtPr>
        <w:sdtContent>
          <w:r w:rsidR="00BE7E3F" w:rsidRPr="00BE7E3F">
            <w:rPr>
              <w:rFonts w:cs="Times New Roman"/>
              <w:color w:val="000000"/>
            </w:rPr>
            <w:t>[GIL21]</w:t>
          </w:r>
        </w:sdtContent>
      </w:sdt>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tersebut</w:t>
      </w:r>
      <w:proofErr w:type="spellEnd"/>
      <w:r>
        <w:rPr>
          <w:rFonts w:cs="Times New Roman"/>
        </w:rPr>
        <w:t xml:space="preserve"> </w:t>
      </w:r>
      <w:proofErr w:type="spellStart"/>
      <w:r>
        <w:rPr>
          <w:rFonts w:cs="Times New Roman"/>
        </w:rPr>
        <w:t>membuat</w:t>
      </w:r>
      <w:proofErr w:type="spellEnd"/>
      <w:r>
        <w:rPr>
          <w:rFonts w:cs="Times New Roman"/>
        </w:rPr>
        <w:t xml:space="preserve"> </w:t>
      </w:r>
      <w:proofErr w:type="spellStart"/>
      <w:r>
        <w:rPr>
          <w:rFonts w:cs="Times New Roman"/>
        </w:rPr>
        <w:t>potensi</w:t>
      </w:r>
      <w:proofErr w:type="spellEnd"/>
      <w:r>
        <w:rPr>
          <w:rFonts w:cs="Times New Roman"/>
        </w:rPr>
        <w:t xml:space="preserve"> </w:t>
      </w:r>
      <w:proofErr w:type="spellStart"/>
      <w:r>
        <w:rPr>
          <w:rFonts w:cs="Times New Roman"/>
        </w:rPr>
        <w:t>terjadinya</w:t>
      </w:r>
      <w:proofErr w:type="spellEnd"/>
      <w:r>
        <w:rPr>
          <w:rFonts w:cs="Times New Roman"/>
        </w:rPr>
        <w:t xml:space="preserve"> </w:t>
      </w:r>
      <w:proofErr w:type="spellStart"/>
      <w:r>
        <w:rPr>
          <w:rFonts w:cs="Times New Roman"/>
        </w:rPr>
        <w:t>kecelakaan</w:t>
      </w:r>
      <w:proofErr w:type="spellEnd"/>
      <w:r>
        <w:rPr>
          <w:rFonts w:cs="Times New Roman"/>
        </w:rPr>
        <w:t xml:space="preserve"> pada </w:t>
      </w:r>
      <w:proofErr w:type="spellStart"/>
      <w:r>
        <w:rPr>
          <w:rFonts w:cs="Times New Roman"/>
        </w:rPr>
        <w:t>kendaraan</w:t>
      </w:r>
      <w:proofErr w:type="spellEnd"/>
      <w:r>
        <w:rPr>
          <w:rFonts w:cs="Times New Roman"/>
        </w:rPr>
        <w:t xml:space="preserve"> </w:t>
      </w:r>
      <w:proofErr w:type="spellStart"/>
      <w:r>
        <w:rPr>
          <w:rFonts w:cs="Times New Roman"/>
        </w:rPr>
        <w:t>besar</w:t>
      </w:r>
      <w:proofErr w:type="spellEnd"/>
      <w:r>
        <w:rPr>
          <w:rFonts w:cs="Times New Roman"/>
        </w:rPr>
        <w:t xml:space="preserve"> </w:t>
      </w:r>
      <w:proofErr w:type="spellStart"/>
      <w:r>
        <w:rPr>
          <w:rFonts w:cs="Times New Roman"/>
        </w:rPr>
        <w:t>lebih</w:t>
      </w:r>
      <w:proofErr w:type="spellEnd"/>
      <w:r>
        <w:rPr>
          <w:rFonts w:cs="Times New Roman"/>
        </w:rPr>
        <w:t xml:space="preserve"> </w:t>
      </w:r>
      <w:proofErr w:type="spellStart"/>
      <w:r>
        <w:rPr>
          <w:rFonts w:cs="Times New Roman"/>
        </w:rPr>
        <w:t>tinggi</w:t>
      </w:r>
      <w:proofErr w:type="spellEnd"/>
      <w:r>
        <w:rPr>
          <w:rFonts w:cs="Times New Roman"/>
        </w:rPr>
        <w:t xml:space="preserve">, </w:t>
      </w:r>
      <w:proofErr w:type="spellStart"/>
      <w:r>
        <w:rPr>
          <w:rFonts w:cs="Times New Roman"/>
        </w:rPr>
        <w:t>terutama</w:t>
      </w:r>
      <w:proofErr w:type="spellEnd"/>
      <w:r>
        <w:rPr>
          <w:rFonts w:cs="Times New Roman"/>
        </w:rPr>
        <w:t xml:space="preserve"> pada </w:t>
      </w:r>
      <w:proofErr w:type="spellStart"/>
      <w:r>
        <w:rPr>
          <w:rFonts w:cs="Times New Roman"/>
        </w:rPr>
        <w:t>skenario</w:t>
      </w:r>
      <w:proofErr w:type="spellEnd"/>
      <w:r>
        <w:rPr>
          <w:rFonts w:cs="Times New Roman"/>
        </w:rPr>
        <w:t xml:space="preserve"> </w:t>
      </w:r>
      <w:proofErr w:type="spellStart"/>
      <w:r>
        <w:rPr>
          <w:rFonts w:cs="Times New Roman"/>
        </w:rPr>
        <w:t>perkotaan</w:t>
      </w:r>
      <w:proofErr w:type="spellEnd"/>
      <w:r>
        <w:rPr>
          <w:rFonts w:cs="Times New Roman"/>
        </w:rPr>
        <w:t xml:space="preserve"> yang </w:t>
      </w:r>
      <w:proofErr w:type="spellStart"/>
      <w:r>
        <w:rPr>
          <w:rFonts w:cs="Times New Roman"/>
        </w:rPr>
        <w:t>dinamis</w:t>
      </w:r>
      <w:proofErr w:type="spellEnd"/>
      <w:r>
        <w:rPr>
          <w:rFonts w:cs="Times New Roman"/>
        </w:rPr>
        <w:t>.</w:t>
      </w:r>
    </w:p>
    <w:p w14:paraId="55C4C297" w14:textId="5174A520" w:rsidR="00F810AC" w:rsidRPr="00121B33" w:rsidRDefault="00442EAC" w:rsidP="00121B33">
      <w:pPr>
        <w:spacing w:after="0" w:line="360" w:lineRule="auto"/>
        <w:ind w:firstLine="680"/>
        <w:jc w:val="both"/>
        <w:rPr>
          <w:rFonts w:cs="Times New Roman"/>
        </w:rPr>
      </w:pPr>
      <w:r>
        <w:rPr>
          <w:rFonts w:cs="Times New Roman"/>
        </w:rPr>
        <w:t xml:space="preserve">Data </w:t>
      </w:r>
      <w:proofErr w:type="spellStart"/>
      <w:r>
        <w:rPr>
          <w:rFonts w:cs="Times New Roman"/>
        </w:rPr>
        <w:t>dari</w:t>
      </w:r>
      <w:proofErr w:type="spellEnd"/>
      <w:r>
        <w:rPr>
          <w:rFonts w:cs="Times New Roman"/>
        </w:rPr>
        <w:t xml:space="preserve"> Pusat </w:t>
      </w:r>
      <w:proofErr w:type="spellStart"/>
      <w:r>
        <w:rPr>
          <w:rFonts w:cs="Times New Roman"/>
        </w:rPr>
        <w:t>Informasi</w:t>
      </w:r>
      <w:proofErr w:type="spellEnd"/>
      <w:r>
        <w:rPr>
          <w:rFonts w:cs="Times New Roman"/>
        </w:rPr>
        <w:t xml:space="preserve"> </w:t>
      </w:r>
      <w:proofErr w:type="spellStart"/>
      <w:r>
        <w:rPr>
          <w:rFonts w:cs="Times New Roman"/>
        </w:rPr>
        <w:t>Kriminal</w:t>
      </w:r>
      <w:proofErr w:type="spellEnd"/>
      <w:r>
        <w:rPr>
          <w:rFonts w:cs="Times New Roman"/>
        </w:rPr>
        <w:t xml:space="preserve"> Nasional (</w:t>
      </w:r>
      <w:proofErr w:type="spellStart"/>
      <w:r>
        <w:rPr>
          <w:rFonts w:cs="Times New Roman"/>
        </w:rPr>
        <w:t>Pusiknas</w:t>
      </w:r>
      <w:proofErr w:type="spellEnd"/>
      <w:r>
        <w:rPr>
          <w:rFonts w:cs="Times New Roman"/>
        </w:rPr>
        <w:t xml:space="preserve">) Korps Lalu Lintas </w:t>
      </w:r>
      <w:proofErr w:type="spellStart"/>
      <w:r>
        <w:rPr>
          <w:rFonts w:cs="Times New Roman"/>
        </w:rPr>
        <w:t>Kepolisian</w:t>
      </w:r>
      <w:proofErr w:type="spellEnd"/>
      <w:r>
        <w:rPr>
          <w:rFonts w:cs="Times New Roman"/>
        </w:rPr>
        <w:t xml:space="preserve"> </w:t>
      </w:r>
      <w:proofErr w:type="spellStart"/>
      <w:r>
        <w:rPr>
          <w:rFonts w:cs="Times New Roman"/>
        </w:rPr>
        <w:t>Republik</w:t>
      </w:r>
      <w:proofErr w:type="spellEnd"/>
      <w:r>
        <w:rPr>
          <w:rFonts w:cs="Times New Roman"/>
        </w:rPr>
        <w:t xml:space="preserve"> Indonesia, </w:t>
      </w:r>
      <w:proofErr w:type="spellStart"/>
      <w:r>
        <w:rPr>
          <w:rFonts w:cs="Times New Roman"/>
        </w:rPr>
        <w:t>tercatat</w:t>
      </w:r>
      <w:proofErr w:type="spellEnd"/>
      <w:r>
        <w:rPr>
          <w:rFonts w:cs="Times New Roman"/>
        </w:rPr>
        <w:t xml:space="preserve"> </w:t>
      </w:r>
      <w:proofErr w:type="spellStart"/>
      <w:r>
        <w:rPr>
          <w:rFonts w:cs="Times New Roman"/>
        </w:rPr>
        <w:t>sebanyak</w:t>
      </w:r>
      <w:proofErr w:type="spellEnd"/>
      <w:r>
        <w:rPr>
          <w:rFonts w:cs="Times New Roman"/>
        </w:rPr>
        <w:t xml:space="preserve"> 73.396 </w:t>
      </w:r>
      <w:proofErr w:type="spellStart"/>
      <w:r>
        <w:rPr>
          <w:rFonts w:cs="Times New Roman"/>
        </w:rPr>
        <w:t>pengemudi</w:t>
      </w:r>
      <w:proofErr w:type="spellEnd"/>
      <w:r>
        <w:rPr>
          <w:rFonts w:cs="Times New Roman"/>
        </w:rPr>
        <w:t xml:space="preserve"> </w:t>
      </w:r>
      <w:proofErr w:type="spellStart"/>
      <w:r w:rsidR="00F229A4">
        <w:rPr>
          <w:rFonts w:cs="Times New Roman"/>
        </w:rPr>
        <w:t>truk</w:t>
      </w:r>
      <w:proofErr w:type="spellEnd"/>
      <w:r w:rsidR="00F229A4">
        <w:rPr>
          <w:rFonts w:cs="Times New Roman"/>
        </w:rPr>
        <w:t xml:space="preserve"> </w:t>
      </w:r>
      <w:proofErr w:type="spellStart"/>
      <w:r w:rsidR="00F229A4">
        <w:rPr>
          <w:rFonts w:cs="Times New Roman"/>
        </w:rPr>
        <w:t>berat</w:t>
      </w:r>
      <w:proofErr w:type="spellEnd"/>
      <w:r w:rsidR="00F229A4">
        <w:rPr>
          <w:rFonts w:cs="Times New Roman"/>
        </w:rPr>
        <w:t xml:space="preserve"> </w:t>
      </w:r>
      <w:proofErr w:type="spellStart"/>
      <w:r w:rsidR="00F229A4">
        <w:rPr>
          <w:rFonts w:cs="Times New Roman"/>
        </w:rPr>
        <w:t>atau</w:t>
      </w:r>
      <w:proofErr w:type="spellEnd"/>
      <w:r w:rsidR="00F229A4">
        <w:rPr>
          <w:rFonts w:cs="Times New Roman"/>
        </w:rPr>
        <w:t xml:space="preserve"> </w:t>
      </w:r>
      <w:proofErr w:type="spellStart"/>
      <w:r w:rsidR="00F229A4">
        <w:rPr>
          <w:rFonts w:cs="Times New Roman"/>
        </w:rPr>
        <w:t>tronton</w:t>
      </w:r>
      <w:proofErr w:type="spellEnd"/>
      <w:r w:rsidR="00F229A4">
        <w:rPr>
          <w:rFonts w:cs="Times New Roman"/>
        </w:rPr>
        <w:t xml:space="preserve"> </w:t>
      </w:r>
      <w:proofErr w:type="spellStart"/>
      <w:r w:rsidR="00F229A4">
        <w:rPr>
          <w:rFonts w:cs="Times New Roman"/>
        </w:rPr>
        <w:t>terlibat</w:t>
      </w:r>
      <w:proofErr w:type="spellEnd"/>
      <w:r w:rsidR="00F229A4">
        <w:rPr>
          <w:rFonts w:cs="Times New Roman"/>
        </w:rPr>
        <w:t xml:space="preserve"> </w:t>
      </w:r>
      <w:proofErr w:type="spellStart"/>
      <w:r w:rsidR="00F229A4">
        <w:rPr>
          <w:rFonts w:cs="Times New Roman"/>
        </w:rPr>
        <w:t>dalam</w:t>
      </w:r>
      <w:proofErr w:type="spellEnd"/>
      <w:r w:rsidR="00F229A4">
        <w:rPr>
          <w:rFonts w:cs="Times New Roman"/>
        </w:rPr>
        <w:t xml:space="preserve"> </w:t>
      </w:r>
      <w:proofErr w:type="spellStart"/>
      <w:r w:rsidR="00F229A4">
        <w:rPr>
          <w:rFonts w:cs="Times New Roman"/>
        </w:rPr>
        <w:t>kecelakaan</w:t>
      </w:r>
      <w:proofErr w:type="spellEnd"/>
      <w:r w:rsidR="00F229A4">
        <w:rPr>
          <w:rFonts w:cs="Times New Roman"/>
        </w:rPr>
        <w:t xml:space="preserve"> </w:t>
      </w:r>
      <w:proofErr w:type="spellStart"/>
      <w:r w:rsidR="00F229A4">
        <w:rPr>
          <w:rFonts w:cs="Times New Roman"/>
        </w:rPr>
        <w:t>lalu</w:t>
      </w:r>
      <w:proofErr w:type="spellEnd"/>
      <w:r w:rsidR="00F229A4">
        <w:rPr>
          <w:rFonts w:cs="Times New Roman"/>
        </w:rPr>
        <w:t xml:space="preserve"> </w:t>
      </w:r>
      <w:proofErr w:type="spellStart"/>
      <w:r w:rsidR="00F229A4">
        <w:rPr>
          <w:rFonts w:cs="Times New Roman"/>
        </w:rPr>
        <w:t>lintas</w:t>
      </w:r>
      <w:proofErr w:type="spellEnd"/>
      <w:r w:rsidR="00F229A4">
        <w:rPr>
          <w:rFonts w:cs="Times New Roman"/>
        </w:rPr>
        <w:t xml:space="preserve"> </w:t>
      </w:r>
      <w:proofErr w:type="spellStart"/>
      <w:r w:rsidR="00F229A4">
        <w:rPr>
          <w:rFonts w:cs="Times New Roman"/>
        </w:rPr>
        <w:t>sepanjang</w:t>
      </w:r>
      <w:proofErr w:type="spellEnd"/>
      <w:r w:rsidR="00F229A4">
        <w:rPr>
          <w:rFonts w:cs="Times New Roman"/>
        </w:rPr>
        <w:t xml:space="preserve"> </w:t>
      </w:r>
      <w:proofErr w:type="spellStart"/>
      <w:r w:rsidR="00F229A4">
        <w:rPr>
          <w:rFonts w:cs="Times New Roman"/>
        </w:rPr>
        <w:t>periode</w:t>
      </w:r>
      <w:proofErr w:type="spellEnd"/>
      <w:r w:rsidR="00F229A4">
        <w:rPr>
          <w:rFonts w:cs="Times New Roman"/>
        </w:rPr>
        <w:t xml:space="preserve"> 1 </w:t>
      </w:r>
      <w:proofErr w:type="spellStart"/>
      <w:r w:rsidR="00F229A4">
        <w:rPr>
          <w:rFonts w:cs="Times New Roman"/>
        </w:rPr>
        <w:t>Januari</w:t>
      </w:r>
      <w:proofErr w:type="spellEnd"/>
      <w:r w:rsidR="00F229A4">
        <w:rPr>
          <w:rFonts w:cs="Times New Roman"/>
        </w:rPr>
        <w:t xml:space="preserve"> 2022 </w:t>
      </w:r>
      <w:proofErr w:type="spellStart"/>
      <w:r w:rsidR="00F229A4">
        <w:rPr>
          <w:rFonts w:cs="Times New Roman"/>
        </w:rPr>
        <w:t>hingga</w:t>
      </w:r>
      <w:proofErr w:type="spellEnd"/>
      <w:r w:rsidR="00F229A4">
        <w:rPr>
          <w:rFonts w:cs="Times New Roman"/>
        </w:rPr>
        <w:t xml:space="preserve"> 31 </w:t>
      </w:r>
      <w:proofErr w:type="spellStart"/>
      <w:r w:rsidR="00F229A4">
        <w:rPr>
          <w:rFonts w:cs="Times New Roman"/>
        </w:rPr>
        <w:t>Desember</w:t>
      </w:r>
      <w:proofErr w:type="spellEnd"/>
      <w:r w:rsidR="00F229A4">
        <w:rPr>
          <w:rFonts w:cs="Times New Roman"/>
        </w:rPr>
        <w:t xml:space="preserve"> 2025</w:t>
      </w:r>
      <w:r w:rsidR="007B4DE0">
        <w:rPr>
          <w:rFonts w:cs="Times New Roman"/>
        </w:rPr>
        <w:t xml:space="preserve">. Dari </w:t>
      </w:r>
      <w:proofErr w:type="spellStart"/>
      <w:r w:rsidR="007B4DE0">
        <w:rPr>
          <w:rFonts w:cs="Times New Roman"/>
        </w:rPr>
        <w:t>jumlah</w:t>
      </w:r>
      <w:proofErr w:type="spellEnd"/>
      <w:r w:rsidR="007B4DE0">
        <w:rPr>
          <w:rFonts w:cs="Times New Roman"/>
        </w:rPr>
        <w:t xml:space="preserve"> </w:t>
      </w:r>
      <w:proofErr w:type="spellStart"/>
      <w:r w:rsidR="007B4DE0">
        <w:rPr>
          <w:rFonts w:cs="Times New Roman"/>
        </w:rPr>
        <w:t>insiden</w:t>
      </w:r>
      <w:proofErr w:type="spellEnd"/>
      <w:r w:rsidR="007B4DE0">
        <w:rPr>
          <w:rFonts w:cs="Times New Roman"/>
        </w:rPr>
        <w:t xml:space="preserve"> </w:t>
      </w:r>
      <w:proofErr w:type="spellStart"/>
      <w:r w:rsidR="007B4DE0">
        <w:rPr>
          <w:rFonts w:cs="Times New Roman"/>
        </w:rPr>
        <w:t>tersebut</w:t>
      </w:r>
      <w:proofErr w:type="spellEnd"/>
      <w:r w:rsidR="007B4DE0">
        <w:rPr>
          <w:rFonts w:cs="Times New Roman"/>
        </w:rPr>
        <w:t xml:space="preserve">, 25.579 </w:t>
      </w:r>
      <w:proofErr w:type="spellStart"/>
      <w:r w:rsidR="007B4DE0">
        <w:rPr>
          <w:rFonts w:cs="Times New Roman"/>
        </w:rPr>
        <w:t>pengemudi</w:t>
      </w:r>
      <w:proofErr w:type="spellEnd"/>
      <w:r w:rsidR="007B4DE0">
        <w:rPr>
          <w:rFonts w:cs="Times New Roman"/>
        </w:rPr>
        <w:t xml:space="preserve"> </w:t>
      </w:r>
      <w:proofErr w:type="spellStart"/>
      <w:r w:rsidR="007B4DE0">
        <w:rPr>
          <w:rFonts w:cs="Times New Roman"/>
        </w:rPr>
        <w:t>ditetapkan</w:t>
      </w:r>
      <w:proofErr w:type="spellEnd"/>
      <w:r w:rsidR="007B4DE0">
        <w:rPr>
          <w:rFonts w:cs="Times New Roman"/>
        </w:rPr>
        <w:t xml:space="preserve"> </w:t>
      </w:r>
      <w:proofErr w:type="spellStart"/>
      <w:r w:rsidR="007B4DE0">
        <w:rPr>
          <w:rFonts w:cs="Times New Roman"/>
        </w:rPr>
        <w:t>sebagai</w:t>
      </w:r>
      <w:proofErr w:type="spellEnd"/>
      <w:r w:rsidR="007B4DE0">
        <w:rPr>
          <w:rFonts w:cs="Times New Roman"/>
        </w:rPr>
        <w:t xml:space="preserve"> </w:t>
      </w:r>
      <w:proofErr w:type="spellStart"/>
      <w:r w:rsidR="007B4DE0">
        <w:rPr>
          <w:rFonts w:cs="Times New Roman"/>
        </w:rPr>
        <w:t>tersangka</w:t>
      </w:r>
      <w:proofErr w:type="spellEnd"/>
      <w:r w:rsidR="007B4DE0">
        <w:rPr>
          <w:rFonts w:cs="Times New Roman"/>
        </w:rPr>
        <w:t xml:space="preserve"> </w:t>
      </w:r>
      <w:proofErr w:type="spellStart"/>
      <w:r w:rsidR="007B4DE0">
        <w:rPr>
          <w:rFonts w:cs="Times New Roman"/>
        </w:rPr>
        <w:t>utama</w:t>
      </w:r>
      <w:proofErr w:type="spellEnd"/>
      <w:r w:rsidR="007B4DE0">
        <w:rPr>
          <w:rFonts w:cs="Times New Roman"/>
        </w:rPr>
        <w:t xml:space="preserve"> </w:t>
      </w:r>
      <w:proofErr w:type="spellStart"/>
      <w:r w:rsidR="007B4DE0">
        <w:rPr>
          <w:rFonts w:cs="Times New Roman"/>
        </w:rPr>
        <w:t>penyebab</w:t>
      </w:r>
      <w:proofErr w:type="spellEnd"/>
      <w:r w:rsidR="007B4DE0">
        <w:rPr>
          <w:rFonts w:cs="Times New Roman"/>
        </w:rPr>
        <w:t xml:space="preserve"> </w:t>
      </w:r>
      <w:proofErr w:type="spellStart"/>
      <w:r w:rsidR="007B4DE0">
        <w:rPr>
          <w:rFonts w:cs="Times New Roman"/>
        </w:rPr>
        <w:t>kecelakaan</w:t>
      </w:r>
      <w:proofErr w:type="spellEnd"/>
      <w:r w:rsidR="007B4DE0">
        <w:rPr>
          <w:rFonts w:cs="Times New Roman"/>
        </w:rPr>
        <w:t xml:space="preserve"> </w:t>
      </w:r>
      <w:sdt>
        <w:sdtPr>
          <w:rPr>
            <w:rFonts w:cs="Times New Roman"/>
            <w:color w:val="000000"/>
          </w:rPr>
          <w:tag w:val="MENDELEY_CITATION_v3_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"/>
          <w:id w:val="1020434392"/>
          <w:placeholder>
            <w:docPart w:val="DefaultPlaceholder_-1854013440"/>
          </w:placeholder>
        </w:sdtPr>
        <w:sdtContent>
          <w:r w:rsidR="00BE7E3F" w:rsidRPr="00BE7E3F">
            <w:rPr>
              <w:rFonts w:cs="Times New Roman"/>
              <w:color w:val="000000"/>
            </w:rPr>
            <w:t>[PUS25]</w:t>
          </w:r>
        </w:sdtContent>
      </w:sdt>
      <w:r w:rsidR="007B4DE0">
        <w:rPr>
          <w:rFonts w:cs="Times New Roman"/>
        </w:rPr>
        <w:t xml:space="preserve">. </w:t>
      </w:r>
      <w:proofErr w:type="spellStart"/>
      <w:r>
        <w:rPr>
          <w:rFonts w:cs="Times New Roman"/>
        </w:rPr>
        <w:t>Mayoritas</w:t>
      </w:r>
      <w:proofErr w:type="spellEnd"/>
      <w:r>
        <w:rPr>
          <w:rFonts w:cs="Times New Roman"/>
        </w:rPr>
        <w:t xml:space="preserve"> </w:t>
      </w:r>
      <w:proofErr w:type="spellStart"/>
      <w:r>
        <w:rPr>
          <w:rFonts w:cs="Times New Roman"/>
        </w:rPr>
        <w:t>kecelakaan</w:t>
      </w:r>
      <w:proofErr w:type="spellEnd"/>
      <w:r>
        <w:rPr>
          <w:rFonts w:cs="Times New Roman"/>
        </w:rPr>
        <w:t xml:space="preserve"> </w:t>
      </w:r>
      <w:proofErr w:type="spellStart"/>
      <w:r>
        <w:rPr>
          <w:rFonts w:cs="Times New Roman"/>
        </w:rPr>
        <w:lastRenderedPageBreak/>
        <w:t>tersebut</w:t>
      </w:r>
      <w:proofErr w:type="spellEnd"/>
      <w:r>
        <w:rPr>
          <w:rFonts w:cs="Times New Roman"/>
        </w:rPr>
        <w:t xml:space="preserve"> </w:t>
      </w:r>
      <w:proofErr w:type="spellStart"/>
      <w:r>
        <w:rPr>
          <w:rFonts w:cs="Times New Roman"/>
        </w:rPr>
        <w:t>disebabkan</w:t>
      </w:r>
      <w:proofErr w:type="spellEnd"/>
      <w:r>
        <w:rPr>
          <w:rFonts w:cs="Times New Roman"/>
        </w:rPr>
        <w:t xml:space="preserve"> oleh </w:t>
      </w:r>
      <w:proofErr w:type="spellStart"/>
      <w:r>
        <w:rPr>
          <w:rFonts w:cs="Times New Roman"/>
        </w:rPr>
        <w:t>keterbatasan</w:t>
      </w:r>
      <w:proofErr w:type="spellEnd"/>
      <w:r>
        <w:rPr>
          <w:rFonts w:cs="Times New Roman"/>
        </w:rPr>
        <w:t xml:space="preserve"> </w:t>
      </w:r>
      <w:proofErr w:type="spellStart"/>
      <w:r>
        <w:rPr>
          <w:rFonts w:cs="Times New Roman"/>
        </w:rPr>
        <w:t>visibilitas</w:t>
      </w:r>
      <w:proofErr w:type="spellEnd"/>
      <w:r>
        <w:rPr>
          <w:rFonts w:cs="Times New Roman"/>
        </w:rPr>
        <w:t xml:space="preserve"> </w:t>
      </w:r>
      <w:proofErr w:type="spellStart"/>
      <w:r>
        <w:rPr>
          <w:rFonts w:cs="Times New Roman"/>
        </w:rPr>
        <w:t>pengemudi</w:t>
      </w:r>
      <w:proofErr w:type="spellEnd"/>
      <w:r>
        <w:rPr>
          <w:rFonts w:cs="Times New Roman"/>
        </w:rPr>
        <w:t xml:space="preserve"> (</w:t>
      </w:r>
      <w:r>
        <w:rPr>
          <w:rFonts w:cs="Times New Roman"/>
          <w:i/>
        </w:rPr>
        <w:t>blind spot</w:t>
      </w:r>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objek</w:t>
      </w:r>
      <w:proofErr w:type="spellEnd"/>
      <w:r>
        <w:rPr>
          <w:rFonts w:cs="Times New Roman"/>
        </w:rPr>
        <w:t xml:space="preserve"> di </w:t>
      </w:r>
      <w:proofErr w:type="spellStart"/>
      <w:r>
        <w:rPr>
          <w:rFonts w:cs="Times New Roman"/>
        </w:rPr>
        <w:t>sekitar</w:t>
      </w:r>
      <w:proofErr w:type="spellEnd"/>
      <w:r>
        <w:rPr>
          <w:rFonts w:cs="Times New Roman"/>
        </w:rPr>
        <w:t xml:space="preserve"> </w:t>
      </w:r>
      <w:proofErr w:type="spellStart"/>
      <w:r>
        <w:rPr>
          <w:rFonts w:cs="Times New Roman"/>
        </w:rPr>
        <w:t>dimensi</w:t>
      </w:r>
      <w:proofErr w:type="spellEnd"/>
      <w:r>
        <w:rPr>
          <w:rFonts w:cs="Times New Roman"/>
        </w:rPr>
        <w:t xml:space="preserve"> </w:t>
      </w:r>
      <w:proofErr w:type="spellStart"/>
      <w:r>
        <w:rPr>
          <w:rFonts w:cs="Times New Roman"/>
        </w:rPr>
        <w:t>kendaraan</w:t>
      </w:r>
      <w:proofErr w:type="spellEnd"/>
      <w:r>
        <w:rPr>
          <w:rFonts w:cs="Times New Roman"/>
        </w:rPr>
        <w:t xml:space="preserve"> yang </w:t>
      </w:r>
      <w:proofErr w:type="spellStart"/>
      <w:r>
        <w:rPr>
          <w:rFonts w:cs="Times New Roman"/>
        </w:rPr>
        <w:t>besar</w:t>
      </w:r>
      <w:proofErr w:type="spellEnd"/>
      <w:r>
        <w:rPr>
          <w:rFonts w:cs="Times New Roman"/>
        </w:rPr>
        <w:t xml:space="preserve">, </w:t>
      </w:r>
      <w:proofErr w:type="spellStart"/>
      <w:r>
        <w:rPr>
          <w:rFonts w:cs="Times New Roman"/>
        </w:rPr>
        <w:t>serta</w:t>
      </w:r>
      <w:proofErr w:type="spellEnd"/>
      <w:r>
        <w:rPr>
          <w:rFonts w:cs="Times New Roman"/>
        </w:rPr>
        <w:t xml:space="preserve"> </w:t>
      </w:r>
      <w:proofErr w:type="spellStart"/>
      <w:r>
        <w:rPr>
          <w:rFonts w:cs="Times New Roman"/>
        </w:rPr>
        <w:t>tingginya</w:t>
      </w:r>
      <w:proofErr w:type="spellEnd"/>
      <w:r>
        <w:rPr>
          <w:rFonts w:cs="Times New Roman"/>
        </w:rPr>
        <w:t xml:space="preserve"> </w:t>
      </w:r>
      <w:proofErr w:type="spellStart"/>
      <w:r>
        <w:rPr>
          <w:rFonts w:cs="Times New Roman"/>
        </w:rPr>
        <w:t>latensi</w:t>
      </w:r>
      <w:proofErr w:type="spellEnd"/>
      <w:r>
        <w:rPr>
          <w:rFonts w:cs="Times New Roman"/>
        </w:rPr>
        <w:t xml:space="preserve"> </w:t>
      </w:r>
      <w:proofErr w:type="spellStart"/>
      <w:r>
        <w:rPr>
          <w:rFonts w:cs="Times New Roman"/>
        </w:rPr>
        <w:t>pengambilan</w:t>
      </w:r>
      <w:proofErr w:type="spellEnd"/>
      <w:r>
        <w:rPr>
          <w:rFonts w:cs="Times New Roman"/>
        </w:rPr>
        <w:t xml:space="preserve"> </w:t>
      </w:r>
      <w:proofErr w:type="spellStart"/>
      <w:r>
        <w:rPr>
          <w:rFonts w:cs="Times New Roman"/>
        </w:rPr>
        <w:t>keputusan</w:t>
      </w:r>
      <w:proofErr w:type="spellEnd"/>
      <w:r>
        <w:rPr>
          <w:rFonts w:cs="Times New Roman"/>
        </w:rPr>
        <w:t xml:space="preserve"> </w:t>
      </w:r>
      <w:proofErr w:type="spellStart"/>
      <w:r>
        <w:rPr>
          <w:rFonts w:cs="Times New Roman"/>
        </w:rPr>
        <w:t>komputasi</w:t>
      </w:r>
      <w:proofErr w:type="spellEnd"/>
      <w:r>
        <w:rPr>
          <w:rFonts w:cs="Times New Roman"/>
        </w:rPr>
        <w:t xml:space="preserve"> </w:t>
      </w:r>
      <w:proofErr w:type="spellStart"/>
      <w:r>
        <w:rPr>
          <w:rFonts w:cs="Times New Roman"/>
        </w:rPr>
        <w:t>otak</w:t>
      </w:r>
      <w:proofErr w:type="spellEnd"/>
      <w:r>
        <w:rPr>
          <w:rFonts w:cs="Times New Roman"/>
        </w:rPr>
        <w:t xml:space="preserve"> </w:t>
      </w:r>
      <w:proofErr w:type="spellStart"/>
      <w:r>
        <w:rPr>
          <w:rFonts w:cs="Times New Roman"/>
        </w:rPr>
        <w:t>manusia</w:t>
      </w:r>
      <w:proofErr w:type="spellEnd"/>
      <w:r>
        <w:rPr>
          <w:rFonts w:cs="Times New Roman"/>
        </w:rPr>
        <w:t xml:space="preserve"> </w:t>
      </w:r>
      <w:proofErr w:type="spellStart"/>
      <w:r>
        <w:rPr>
          <w:rFonts w:cs="Times New Roman"/>
        </w:rPr>
        <w:t>saat</w:t>
      </w:r>
      <w:proofErr w:type="spellEnd"/>
      <w:r>
        <w:rPr>
          <w:rFonts w:cs="Times New Roman"/>
        </w:rPr>
        <w:t xml:space="preserve"> </w:t>
      </w:r>
      <w:proofErr w:type="spellStart"/>
      <w:r>
        <w:rPr>
          <w:rFonts w:cs="Times New Roman"/>
        </w:rPr>
        <w:t>menghadapi</w:t>
      </w:r>
      <w:proofErr w:type="spellEnd"/>
      <w:r>
        <w:rPr>
          <w:rFonts w:cs="Times New Roman"/>
        </w:rPr>
        <w:t xml:space="preserve"> </w:t>
      </w:r>
      <w:proofErr w:type="spellStart"/>
      <w:r>
        <w:rPr>
          <w:rFonts w:cs="Times New Roman"/>
        </w:rPr>
        <w:t>dinamika</w:t>
      </w:r>
      <w:proofErr w:type="spellEnd"/>
      <w:r>
        <w:rPr>
          <w:rFonts w:cs="Times New Roman"/>
        </w:rPr>
        <w:t xml:space="preserve"> </w:t>
      </w:r>
      <w:proofErr w:type="spellStart"/>
      <w:r>
        <w:rPr>
          <w:rFonts w:cs="Times New Roman"/>
        </w:rPr>
        <w:t>rintangan</w:t>
      </w:r>
      <w:proofErr w:type="spellEnd"/>
      <w:r>
        <w:rPr>
          <w:rFonts w:cs="Times New Roman"/>
        </w:rPr>
        <w:t xml:space="preserve"> </w:t>
      </w:r>
      <w:proofErr w:type="spellStart"/>
      <w:r>
        <w:rPr>
          <w:rFonts w:cs="Times New Roman"/>
        </w:rPr>
        <w:t>mendadak</w:t>
      </w:r>
      <w:proofErr w:type="spellEnd"/>
      <w:r>
        <w:rPr>
          <w:rFonts w:cs="Times New Roman"/>
        </w:rPr>
        <w:t xml:space="preserve"> di </w:t>
      </w:r>
      <w:proofErr w:type="spellStart"/>
      <w:r>
        <w:rPr>
          <w:rFonts w:cs="Times New Roman"/>
        </w:rPr>
        <w:t>jalan</w:t>
      </w:r>
      <w:proofErr w:type="spellEnd"/>
      <w:r>
        <w:rPr>
          <w:rFonts w:cs="Times New Roman"/>
        </w:rPr>
        <w:t xml:space="preserve"> </w:t>
      </w:r>
      <w:proofErr w:type="spellStart"/>
      <w:r>
        <w:rPr>
          <w:rFonts w:cs="Times New Roman"/>
        </w:rPr>
        <w:t>perkotaan</w:t>
      </w:r>
      <w:proofErr w:type="spellEnd"/>
      <w:r>
        <w:rPr>
          <w:rFonts w:cs="Times New Roman"/>
        </w:rPr>
        <w:t>.</w:t>
      </w:r>
    </w:p>
    <w:p w14:paraId="786A03AD" w14:textId="607B45BF" w:rsidR="00F810AC" w:rsidRDefault="00121B33">
      <w:pPr>
        <w:spacing w:after="0" w:line="360" w:lineRule="auto"/>
        <w:ind w:firstLine="680"/>
        <w:jc w:val="both"/>
      </w:pPr>
      <w:proofErr w:type="spellStart"/>
      <w:r>
        <w:rPr>
          <w:rFonts w:cs="Times New Roman"/>
        </w:rPr>
        <w:t>Saat</w:t>
      </w:r>
      <w:proofErr w:type="spellEnd"/>
      <w:r>
        <w:rPr>
          <w:rFonts w:cs="Times New Roman"/>
        </w:rPr>
        <w:t xml:space="preserve"> </w:t>
      </w:r>
      <w:proofErr w:type="spellStart"/>
      <w:r>
        <w:rPr>
          <w:rFonts w:cs="Times New Roman"/>
        </w:rPr>
        <w:t>ini</w:t>
      </w:r>
      <w:proofErr w:type="spellEnd"/>
      <w:r>
        <w:rPr>
          <w:rFonts w:cs="Times New Roman"/>
        </w:rPr>
        <w:t xml:space="preserve">, </w:t>
      </w:r>
      <w:proofErr w:type="spellStart"/>
      <w:r>
        <w:rPr>
          <w:rFonts w:cs="Times New Roman"/>
        </w:rPr>
        <w:t>solusi</w:t>
      </w:r>
      <w:proofErr w:type="spellEnd"/>
      <w:r>
        <w:rPr>
          <w:rFonts w:cs="Times New Roman"/>
        </w:rPr>
        <w:t xml:space="preserve"> </w:t>
      </w:r>
      <w:proofErr w:type="spellStart"/>
      <w:r>
        <w:rPr>
          <w:rFonts w:cs="Times New Roman"/>
        </w:rPr>
        <w:t>pendekatan</w:t>
      </w:r>
      <w:proofErr w:type="spellEnd"/>
      <w:r>
        <w:rPr>
          <w:rFonts w:cs="Times New Roman"/>
        </w:rPr>
        <w:t xml:space="preserve"> </w:t>
      </w:r>
      <w:proofErr w:type="spellStart"/>
      <w:r>
        <w:rPr>
          <w:rFonts w:cs="Times New Roman"/>
        </w:rPr>
        <w:t>klasik</w:t>
      </w:r>
      <w:proofErr w:type="spellEnd"/>
      <w:r>
        <w:rPr>
          <w:rFonts w:cs="Times New Roman"/>
        </w:rPr>
        <w:t xml:space="preserve"> </w:t>
      </w:r>
      <w:proofErr w:type="spellStart"/>
      <w:r>
        <w:rPr>
          <w:rFonts w:cs="Times New Roman"/>
        </w:rPr>
        <w:t>untuk</w:t>
      </w:r>
      <w:proofErr w:type="spellEnd"/>
      <w:r>
        <w:rPr>
          <w:rFonts w:cs="Times New Roman"/>
        </w:rPr>
        <w:t xml:space="preserve"> </w:t>
      </w:r>
      <w:proofErr w:type="spellStart"/>
      <w:r>
        <w:rPr>
          <w:rFonts w:cs="Times New Roman"/>
        </w:rPr>
        <w:t>membangun</w:t>
      </w:r>
      <w:proofErr w:type="spellEnd"/>
      <w:r>
        <w:rPr>
          <w:rFonts w:cs="Times New Roman"/>
        </w:rPr>
        <w:t xml:space="preserve"> </w:t>
      </w:r>
      <w:proofErr w:type="spellStart"/>
      <w:r>
        <w:rPr>
          <w:rFonts w:cs="Times New Roman"/>
        </w:rPr>
        <w:t>sistem</w:t>
      </w:r>
      <w:proofErr w:type="spellEnd"/>
      <w:r>
        <w:rPr>
          <w:rFonts w:cs="Times New Roman"/>
        </w:rPr>
        <w:t xml:space="preserve"> </w:t>
      </w:r>
      <w:proofErr w:type="spellStart"/>
      <w:r>
        <w:rPr>
          <w:rFonts w:cs="Times New Roman"/>
        </w:rPr>
        <w:t>kendaraan</w:t>
      </w:r>
      <w:proofErr w:type="spellEnd"/>
      <w:r>
        <w:rPr>
          <w:rFonts w:cs="Times New Roman"/>
        </w:rPr>
        <w:t xml:space="preserve"> </w:t>
      </w:r>
      <w:proofErr w:type="spellStart"/>
      <w:r>
        <w:rPr>
          <w:rFonts w:cs="Times New Roman"/>
        </w:rPr>
        <w:t>otonom</w:t>
      </w:r>
      <w:proofErr w:type="spellEnd"/>
      <w:r>
        <w:rPr>
          <w:rFonts w:cs="Times New Roman"/>
        </w:rPr>
        <w:t xml:space="preserve"> </w:t>
      </w:r>
      <w:proofErr w:type="spellStart"/>
      <w:r>
        <w:rPr>
          <w:rFonts w:cs="Times New Roman"/>
        </w:rPr>
        <w:t>adalah</w:t>
      </w:r>
      <w:proofErr w:type="spellEnd"/>
      <w:r>
        <w:rPr>
          <w:rFonts w:cs="Times New Roman"/>
        </w:rPr>
        <w:t xml:space="preserve"> </w:t>
      </w:r>
      <w:r>
        <w:rPr>
          <w:rFonts w:cs="Times New Roman"/>
          <w:i/>
        </w:rPr>
        <w:t>modular pipeline</w:t>
      </w:r>
      <w:r>
        <w:rPr>
          <w:rFonts w:cs="Times New Roman"/>
        </w:rPr>
        <w:t xml:space="preserve"> yang </w:t>
      </w:r>
      <w:proofErr w:type="spellStart"/>
      <w:r>
        <w:rPr>
          <w:rFonts w:cs="Times New Roman"/>
        </w:rPr>
        <w:t>membagi</w:t>
      </w:r>
      <w:proofErr w:type="spellEnd"/>
      <w:r>
        <w:rPr>
          <w:rFonts w:cs="Times New Roman"/>
        </w:rPr>
        <w:t xml:space="preserve"> </w:t>
      </w:r>
      <w:proofErr w:type="spellStart"/>
      <w:r>
        <w:rPr>
          <w:rFonts w:cs="Times New Roman"/>
        </w:rPr>
        <w:t>persoalan</w:t>
      </w:r>
      <w:proofErr w:type="spellEnd"/>
      <w:r>
        <w:rPr>
          <w:rFonts w:cs="Times New Roman"/>
        </w:rPr>
        <w:t xml:space="preserve"> </w:t>
      </w:r>
      <w:proofErr w:type="spellStart"/>
      <w:r>
        <w:rPr>
          <w:rFonts w:cs="Times New Roman"/>
        </w:rPr>
        <w:t>menjadi</w:t>
      </w:r>
      <w:proofErr w:type="spellEnd"/>
      <w:r>
        <w:rPr>
          <w:rFonts w:cs="Times New Roman"/>
        </w:rPr>
        <w:t xml:space="preserve"> sub-</w:t>
      </w:r>
      <w:proofErr w:type="spellStart"/>
      <w:r>
        <w:rPr>
          <w:rFonts w:cs="Times New Roman"/>
        </w:rPr>
        <w:t>modul</w:t>
      </w:r>
      <w:proofErr w:type="spellEnd"/>
      <w:r>
        <w:rPr>
          <w:rFonts w:cs="Times New Roman"/>
        </w:rPr>
        <w:t xml:space="preserve"> </w:t>
      </w:r>
      <w:proofErr w:type="spellStart"/>
      <w:r>
        <w:rPr>
          <w:rFonts w:cs="Times New Roman"/>
        </w:rPr>
        <w:t>terpisah</w:t>
      </w:r>
      <w:proofErr w:type="spellEnd"/>
      <w:r>
        <w:rPr>
          <w:rFonts w:cs="Times New Roman"/>
        </w:rPr>
        <w:t xml:space="preserve">, </w:t>
      </w:r>
      <w:proofErr w:type="spellStart"/>
      <w:r>
        <w:rPr>
          <w:rFonts w:cs="Times New Roman"/>
        </w:rPr>
        <w:t>yaitu</w:t>
      </w:r>
      <w:proofErr w:type="spellEnd"/>
      <w:r>
        <w:rPr>
          <w:rFonts w:cs="Times New Roman"/>
        </w:rPr>
        <w:t xml:space="preserve"> </w:t>
      </w:r>
      <w:r>
        <w:rPr>
          <w:rFonts w:cs="Times New Roman"/>
          <w:i/>
        </w:rPr>
        <w:t>perception</w:t>
      </w:r>
      <w:r>
        <w:rPr>
          <w:rFonts w:cs="Times New Roman"/>
        </w:rPr>
        <w:t xml:space="preserve">, </w:t>
      </w:r>
      <w:r>
        <w:rPr>
          <w:rFonts w:cs="Times New Roman"/>
          <w:i/>
        </w:rPr>
        <w:t>prediction</w:t>
      </w:r>
      <w:r>
        <w:rPr>
          <w:rFonts w:cs="Times New Roman"/>
        </w:rPr>
        <w:t xml:space="preserve">, </w:t>
      </w:r>
      <w:r>
        <w:rPr>
          <w:rFonts w:cs="Times New Roman"/>
          <w:i/>
        </w:rPr>
        <w:t>planning</w:t>
      </w:r>
      <w:r>
        <w:rPr>
          <w:rFonts w:cs="Times New Roman"/>
        </w:rPr>
        <w:t xml:space="preserve">, dan </w:t>
      </w:r>
      <w:r>
        <w:rPr>
          <w:rFonts w:cs="Times New Roman"/>
          <w:i/>
        </w:rPr>
        <w:t>control</w:t>
      </w:r>
      <w:r>
        <w:rPr>
          <w:rFonts w:cs="Times New Roman"/>
        </w:rPr>
        <w:t xml:space="preserve">. </w:t>
      </w:r>
      <w:proofErr w:type="spellStart"/>
      <w:r>
        <w:rPr>
          <w:rFonts w:cs="Times New Roman"/>
        </w:rPr>
        <w:t>Pendekatan</w:t>
      </w:r>
      <w:proofErr w:type="spellEnd"/>
      <w:r>
        <w:rPr>
          <w:rFonts w:cs="Times New Roman"/>
        </w:rPr>
        <w:t xml:space="preserve"> </w:t>
      </w:r>
      <w:proofErr w:type="spellStart"/>
      <w:r>
        <w:rPr>
          <w:rFonts w:cs="Times New Roman"/>
        </w:rPr>
        <w:t>ini</w:t>
      </w:r>
      <w:proofErr w:type="spellEnd"/>
      <w:r>
        <w:rPr>
          <w:rFonts w:cs="Times New Roman"/>
        </w:rPr>
        <w:t xml:space="preserve"> </w:t>
      </w:r>
      <w:proofErr w:type="spellStart"/>
      <w:r>
        <w:rPr>
          <w:rFonts w:cs="Times New Roman"/>
        </w:rPr>
        <w:t>rentan</w:t>
      </w:r>
      <w:proofErr w:type="spellEnd"/>
      <w:r>
        <w:rPr>
          <w:rFonts w:cs="Times New Roman"/>
        </w:rPr>
        <w:t xml:space="preserve"> </w:t>
      </w:r>
      <w:proofErr w:type="spellStart"/>
      <w:r>
        <w:rPr>
          <w:rFonts w:cs="Times New Roman"/>
        </w:rPr>
        <w:t>terhadap</w:t>
      </w:r>
      <w:proofErr w:type="spellEnd"/>
      <w:r>
        <w:rPr>
          <w:rFonts w:cs="Times New Roman"/>
        </w:rPr>
        <w:t xml:space="preserve"> </w:t>
      </w:r>
      <w:r>
        <w:rPr>
          <w:rFonts w:cs="Times New Roman"/>
          <w:i/>
        </w:rPr>
        <w:t>error propagation</w:t>
      </w:r>
      <w:r>
        <w:rPr>
          <w:rFonts w:cs="Times New Roman"/>
        </w:rPr>
        <w:t xml:space="preserve">, </w:t>
      </w:r>
      <w:proofErr w:type="spellStart"/>
      <w:r>
        <w:rPr>
          <w:rFonts w:cs="Times New Roman"/>
        </w:rPr>
        <w:t>yaitu</w:t>
      </w:r>
      <w:proofErr w:type="spellEnd"/>
      <w:r>
        <w:rPr>
          <w:rFonts w:cs="Times New Roman"/>
        </w:rPr>
        <w:t xml:space="preserve"> </w:t>
      </w:r>
      <w:proofErr w:type="spellStart"/>
      <w:r>
        <w:rPr>
          <w:rFonts w:cs="Times New Roman"/>
        </w:rPr>
        <w:t>kesalahan</w:t>
      </w:r>
      <w:proofErr w:type="spellEnd"/>
      <w:r>
        <w:rPr>
          <w:rFonts w:cs="Times New Roman"/>
        </w:rPr>
        <w:t xml:space="preserve"> pada </w:t>
      </w:r>
      <w:proofErr w:type="spellStart"/>
      <w:r>
        <w:rPr>
          <w:rFonts w:cs="Times New Roman"/>
        </w:rPr>
        <w:t>modul</w:t>
      </w:r>
      <w:proofErr w:type="spellEnd"/>
      <w:r>
        <w:rPr>
          <w:rFonts w:cs="Times New Roman"/>
        </w:rPr>
        <w:t xml:space="preserve"> </w:t>
      </w:r>
      <w:proofErr w:type="spellStart"/>
      <w:r>
        <w:rPr>
          <w:rFonts w:cs="Times New Roman"/>
        </w:rPr>
        <w:t>awal</w:t>
      </w:r>
      <w:proofErr w:type="spellEnd"/>
      <w:r>
        <w:rPr>
          <w:rFonts w:cs="Times New Roman"/>
        </w:rPr>
        <w:t xml:space="preserve"> </w:t>
      </w:r>
      <w:proofErr w:type="spellStart"/>
      <w:r>
        <w:rPr>
          <w:rFonts w:cs="Times New Roman"/>
        </w:rPr>
        <w:t>akan</w:t>
      </w:r>
      <w:proofErr w:type="spellEnd"/>
      <w:r>
        <w:rPr>
          <w:rFonts w:cs="Times New Roman"/>
        </w:rPr>
        <w:t xml:space="preserve"> </w:t>
      </w:r>
      <w:proofErr w:type="spellStart"/>
      <w:r>
        <w:rPr>
          <w:rFonts w:cs="Times New Roman"/>
        </w:rPr>
        <w:t>merambat</w:t>
      </w:r>
      <w:proofErr w:type="spellEnd"/>
      <w:r>
        <w:rPr>
          <w:rFonts w:cs="Times New Roman"/>
        </w:rPr>
        <w:t xml:space="preserve"> dan </w:t>
      </w:r>
      <w:proofErr w:type="spellStart"/>
      <w:r>
        <w:rPr>
          <w:rFonts w:cs="Times New Roman"/>
        </w:rPr>
        <w:t>memperburuk</w:t>
      </w:r>
      <w:proofErr w:type="spellEnd"/>
      <w:r>
        <w:rPr>
          <w:rFonts w:cs="Times New Roman"/>
        </w:rPr>
        <w:t xml:space="preserve"> </w:t>
      </w:r>
      <w:proofErr w:type="spellStart"/>
      <w:r>
        <w:rPr>
          <w:rFonts w:cs="Times New Roman"/>
        </w:rPr>
        <w:t>kualitas</w:t>
      </w:r>
      <w:proofErr w:type="spellEnd"/>
      <w:r>
        <w:rPr>
          <w:rFonts w:cs="Times New Roman"/>
        </w:rPr>
        <w:t xml:space="preserve"> </w:t>
      </w:r>
      <w:proofErr w:type="spellStart"/>
      <w:r>
        <w:rPr>
          <w:rFonts w:cs="Times New Roman"/>
        </w:rPr>
        <w:t>keluaran</w:t>
      </w:r>
      <w:proofErr w:type="spellEnd"/>
      <w:r>
        <w:rPr>
          <w:rFonts w:cs="Times New Roman"/>
        </w:rPr>
        <w:t xml:space="preserve"> </w:t>
      </w:r>
      <w:proofErr w:type="spellStart"/>
      <w:r>
        <w:rPr>
          <w:rFonts w:cs="Times New Roman"/>
        </w:rPr>
        <w:t>modul</w:t>
      </w:r>
      <w:proofErr w:type="spellEnd"/>
      <w:r>
        <w:rPr>
          <w:rFonts w:cs="Times New Roman"/>
        </w:rPr>
        <w:t xml:space="preserve"> </w:t>
      </w:r>
      <w:proofErr w:type="spellStart"/>
      <w:r>
        <w:rPr>
          <w:rFonts w:cs="Times New Roman"/>
        </w:rPr>
        <w:t>berikutnya</w:t>
      </w:r>
      <w:proofErr w:type="spellEnd"/>
      <w:r w:rsidR="00271DB0">
        <w:rPr>
          <w:rFonts w:cs="Times New Roman"/>
        </w:rPr>
        <w:t xml:space="preserve"> </w:t>
      </w:r>
      <w:sdt>
        <w:sdtPr>
          <w:rPr>
            <w:rFonts w:cs="Times New Roman"/>
            <w:color w:val="000000"/>
          </w:rPr>
          <w:tag w:val="MENDELEY_CITATION_v3_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"/>
          <w:id w:val="609468871"/>
          <w:placeholder>
            <w:docPart w:val="DefaultPlaceholder_-1854013440"/>
          </w:placeholder>
        </w:sdtPr>
        <w:sdtContent>
          <w:r w:rsidR="00BE7E3F" w:rsidRPr="00BE7E3F">
            <w:rPr>
              <w:rFonts w:cs="Times New Roman"/>
              <w:color w:val="000000"/>
            </w:rPr>
            <w:t>[BOJ16]</w:t>
          </w:r>
        </w:sdtContent>
      </w:sdt>
      <w:r>
        <w:rPr>
          <w:rFonts w:cs="Times New Roman"/>
        </w:rPr>
        <w:t xml:space="preserve">. </w:t>
      </w:r>
      <w:proofErr w:type="spellStart"/>
      <w:r>
        <w:rPr>
          <w:rFonts w:cs="Times New Roman"/>
        </w:rPr>
        <w:t>Sebagai</w:t>
      </w:r>
      <w:proofErr w:type="spellEnd"/>
      <w:r>
        <w:rPr>
          <w:rFonts w:cs="Times New Roman"/>
        </w:rPr>
        <w:t xml:space="preserve"> </w:t>
      </w:r>
      <w:proofErr w:type="spellStart"/>
      <w:r>
        <w:rPr>
          <w:rFonts w:cs="Times New Roman"/>
        </w:rPr>
        <w:t>alternatif</w:t>
      </w:r>
      <w:proofErr w:type="spellEnd"/>
      <w:r>
        <w:rPr>
          <w:rFonts w:cs="Times New Roman"/>
        </w:rPr>
        <w:t xml:space="preserve">, Bojarski </w:t>
      </w:r>
      <w:proofErr w:type="spellStart"/>
      <w:r>
        <w:rPr>
          <w:rFonts w:cs="Times New Roman"/>
        </w:rPr>
        <w:t>dkk</w:t>
      </w:r>
      <w:proofErr w:type="spellEnd"/>
      <w:r>
        <w:rPr>
          <w:rFonts w:cs="Times New Roman"/>
        </w:rPr>
        <w:t xml:space="preserve">. </w:t>
      </w:r>
      <w:sdt>
        <w:sdtPr>
          <w:rPr>
            <w:rFonts w:cs="Times New Roman"/>
            <w:color w:val="000000"/>
          </w:rPr>
          <w:tag w:val="MENDELEY_CITATION_v3_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"/>
          <w:id w:val="1153569130"/>
          <w:placeholder>
            <w:docPart w:val="DefaultPlaceholder_-1854013440"/>
          </w:placeholder>
        </w:sdtPr>
        <w:sdtContent>
          <w:r w:rsidR="00BE7E3F" w:rsidRPr="00BE7E3F">
            <w:rPr>
              <w:rFonts w:cs="Times New Roman"/>
              <w:color w:val="000000"/>
            </w:rPr>
            <w:t>[BOJ16]</w:t>
          </w:r>
        </w:sdtContent>
      </w:sdt>
      <w:r>
        <w:rPr>
          <w:rFonts w:cs="Times New Roman"/>
        </w:rPr>
        <w:t xml:space="preserve"> </w:t>
      </w:r>
      <w:proofErr w:type="spellStart"/>
      <w:r>
        <w:rPr>
          <w:rFonts w:cs="Times New Roman"/>
        </w:rPr>
        <w:t>memperkenalkan</w:t>
      </w:r>
      <w:proofErr w:type="spellEnd"/>
      <w:r>
        <w:rPr>
          <w:rFonts w:cs="Times New Roman"/>
        </w:rPr>
        <w:t xml:space="preserve"> </w:t>
      </w:r>
      <w:proofErr w:type="spellStart"/>
      <w:r>
        <w:rPr>
          <w:rFonts w:cs="Times New Roman"/>
        </w:rPr>
        <w:t>pendekatan</w:t>
      </w:r>
      <w:proofErr w:type="spellEnd"/>
      <w:r>
        <w:rPr>
          <w:rFonts w:cs="Times New Roman"/>
        </w:rPr>
        <w:t xml:space="preserve"> </w:t>
      </w:r>
      <w:r>
        <w:rPr>
          <w:rFonts w:cs="Times New Roman"/>
          <w:i/>
        </w:rPr>
        <w:t>End-to-End Learning</w:t>
      </w:r>
      <w:r>
        <w:rPr>
          <w:rFonts w:cs="Times New Roman"/>
        </w:rPr>
        <w:t xml:space="preserve"> pada </w:t>
      </w:r>
      <w:proofErr w:type="spellStart"/>
      <w:r>
        <w:rPr>
          <w:rFonts w:cs="Times New Roman"/>
        </w:rPr>
        <w:t>proyek</w:t>
      </w:r>
      <w:proofErr w:type="spellEnd"/>
      <w:r>
        <w:rPr>
          <w:rFonts w:cs="Times New Roman"/>
        </w:rPr>
        <w:t xml:space="preserve"> DAVE-2 NVIDIA yang </w:t>
      </w:r>
      <w:proofErr w:type="spellStart"/>
      <w:r>
        <w:rPr>
          <w:rFonts w:cs="Times New Roman"/>
        </w:rPr>
        <w:t>memetakan</w:t>
      </w:r>
      <w:proofErr w:type="spellEnd"/>
      <w:r>
        <w:rPr>
          <w:rFonts w:cs="Times New Roman"/>
        </w:rPr>
        <w:t xml:space="preserve"> </w:t>
      </w:r>
      <w:proofErr w:type="spellStart"/>
      <w:r>
        <w:rPr>
          <w:rFonts w:cs="Times New Roman"/>
        </w:rPr>
        <w:t>citra</w:t>
      </w:r>
      <w:proofErr w:type="spellEnd"/>
      <w:r>
        <w:rPr>
          <w:rFonts w:cs="Times New Roman"/>
        </w:rPr>
        <w:t xml:space="preserve"> </w:t>
      </w:r>
      <w:proofErr w:type="spellStart"/>
      <w:r>
        <w:rPr>
          <w:rFonts w:cs="Times New Roman"/>
        </w:rPr>
        <w:t>kamera</w:t>
      </w:r>
      <w:proofErr w:type="spellEnd"/>
      <w:r>
        <w:rPr>
          <w:rFonts w:cs="Times New Roman"/>
        </w:rPr>
        <w:t xml:space="preserve"> </w:t>
      </w:r>
      <w:proofErr w:type="spellStart"/>
      <w:r>
        <w:rPr>
          <w:rFonts w:cs="Times New Roman"/>
        </w:rPr>
        <w:t>mentah</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ke</w:t>
      </w:r>
      <w:proofErr w:type="spellEnd"/>
      <w:r>
        <w:rPr>
          <w:rFonts w:cs="Times New Roman"/>
        </w:rPr>
        <w:t xml:space="preserve"> </w:t>
      </w:r>
      <w:proofErr w:type="spellStart"/>
      <w:r>
        <w:rPr>
          <w:rFonts w:cs="Times New Roman"/>
        </w:rPr>
        <w:t>keluaran</w:t>
      </w:r>
      <w:proofErr w:type="spellEnd"/>
      <w:r>
        <w:rPr>
          <w:rFonts w:cs="Times New Roman"/>
        </w:rPr>
        <w:t xml:space="preserve"> </w:t>
      </w:r>
      <w:proofErr w:type="spellStart"/>
      <w:r>
        <w:rPr>
          <w:rFonts w:cs="Times New Roman"/>
        </w:rPr>
        <w:t>sudut</w:t>
      </w:r>
      <w:proofErr w:type="spellEnd"/>
      <w:r>
        <w:rPr>
          <w:rFonts w:cs="Times New Roman"/>
        </w:rPr>
        <w:t xml:space="preserve"> </w:t>
      </w:r>
      <w:proofErr w:type="spellStart"/>
      <w:r>
        <w:rPr>
          <w:rFonts w:cs="Times New Roman"/>
        </w:rPr>
        <w:t>kemudi</w:t>
      </w:r>
      <w:proofErr w:type="spellEnd"/>
      <w:r>
        <w:rPr>
          <w:rFonts w:cs="Times New Roman"/>
        </w:rPr>
        <w:t xml:space="preserve"> </w:t>
      </w:r>
      <w:proofErr w:type="spellStart"/>
      <w:r>
        <w:rPr>
          <w:rFonts w:cs="Times New Roman"/>
        </w:rPr>
        <w:t>menggunakan</w:t>
      </w:r>
      <w:proofErr w:type="spellEnd"/>
      <w:r>
        <w:rPr>
          <w:rFonts w:cs="Times New Roman"/>
        </w:rPr>
        <w:t xml:space="preserve"> </w:t>
      </w:r>
      <w:r>
        <w:rPr>
          <w:rFonts w:cs="Times New Roman"/>
          <w:i/>
        </w:rPr>
        <w:t>Convolutional Neural Network</w:t>
      </w:r>
      <w:r>
        <w:rPr>
          <w:rFonts w:cs="Times New Roman"/>
        </w:rPr>
        <w:t xml:space="preserve">, </w:t>
      </w:r>
      <w:proofErr w:type="spellStart"/>
      <w:r>
        <w:rPr>
          <w:rFonts w:cs="Times New Roman"/>
        </w:rPr>
        <w:t>menunjukkan</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pendekatan</w:t>
      </w:r>
      <w:proofErr w:type="spellEnd"/>
      <w:r>
        <w:rPr>
          <w:rFonts w:cs="Times New Roman"/>
        </w:rPr>
        <w:t xml:space="preserve"> </w:t>
      </w:r>
      <w:proofErr w:type="spellStart"/>
      <w:r>
        <w:rPr>
          <w:rFonts w:cs="Times New Roman"/>
        </w:rPr>
        <w:t>terpadu</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menghasilkan</w:t>
      </w:r>
      <w:proofErr w:type="spellEnd"/>
      <w:r>
        <w:rPr>
          <w:rFonts w:cs="Times New Roman"/>
        </w:rPr>
        <w:t xml:space="preserve"> </w:t>
      </w:r>
      <w:proofErr w:type="spellStart"/>
      <w:r>
        <w:rPr>
          <w:rFonts w:cs="Times New Roman"/>
        </w:rPr>
        <w:t>perilaku</w:t>
      </w:r>
      <w:proofErr w:type="spellEnd"/>
      <w:r>
        <w:rPr>
          <w:rFonts w:cs="Times New Roman"/>
        </w:rPr>
        <w:t xml:space="preserve"> </w:t>
      </w:r>
      <w:proofErr w:type="spellStart"/>
      <w:r>
        <w:rPr>
          <w:rFonts w:cs="Times New Roman"/>
        </w:rPr>
        <w:t>mengemudi</w:t>
      </w:r>
      <w:proofErr w:type="spellEnd"/>
      <w:r>
        <w:rPr>
          <w:rFonts w:cs="Times New Roman"/>
        </w:rPr>
        <w:t xml:space="preserve"> yang </w:t>
      </w:r>
      <w:proofErr w:type="spellStart"/>
      <w:r>
        <w:rPr>
          <w:rFonts w:cs="Times New Roman"/>
        </w:rPr>
        <w:t>kompeten</w:t>
      </w:r>
      <w:proofErr w:type="spellEnd"/>
      <w:r>
        <w:rPr>
          <w:rFonts w:cs="Times New Roman"/>
        </w:rPr>
        <w:t xml:space="preserve"> </w:t>
      </w:r>
      <w:proofErr w:type="spellStart"/>
      <w:r>
        <w:rPr>
          <w:rFonts w:cs="Times New Roman"/>
        </w:rPr>
        <w:t>tanpa</w:t>
      </w:r>
      <w:proofErr w:type="spellEnd"/>
      <w:r>
        <w:rPr>
          <w:rFonts w:cs="Times New Roman"/>
        </w:rPr>
        <w:t xml:space="preserve"> </w:t>
      </w:r>
      <w:proofErr w:type="spellStart"/>
      <w:r>
        <w:rPr>
          <w:rFonts w:cs="Times New Roman"/>
        </w:rPr>
        <w:t>rekayasa</w:t>
      </w:r>
      <w:proofErr w:type="spellEnd"/>
      <w:r>
        <w:rPr>
          <w:rFonts w:cs="Times New Roman"/>
        </w:rPr>
        <w:t xml:space="preserve"> </w:t>
      </w:r>
      <w:proofErr w:type="spellStart"/>
      <w:r>
        <w:rPr>
          <w:rFonts w:cs="Times New Roman"/>
        </w:rPr>
        <w:t>fitur</w:t>
      </w:r>
      <w:proofErr w:type="spellEnd"/>
      <w:r>
        <w:rPr>
          <w:rFonts w:cs="Times New Roman"/>
        </w:rPr>
        <w:t xml:space="preserve"> </w:t>
      </w:r>
      <w:proofErr w:type="spellStart"/>
      <w:r>
        <w:rPr>
          <w:rFonts w:cs="Times New Roman"/>
        </w:rPr>
        <w:t>eksplisit</w:t>
      </w:r>
      <w:proofErr w:type="spellEnd"/>
      <w:r>
        <w:rPr>
          <w:rFonts w:cs="Times New Roman"/>
        </w:rPr>
        <w:t>.</w:t>
      </w:r>
    </w:p>
    <w:p w14:paraId="161C0879" w14:textId="692AC318" w:rsidR="00F810AC" w:rsidRDefault="00000000">
      <w:pPr>
        <w:spacing w:after="0" w:line="360" w:lineRule="auto"/>
        <w:ind w:firstLine="680"/>
        <w:jc w:val="both"/>
      </w:pPr>
      <w:r>
        <w:rPr>
          <w:rFonts w:cs="Times New Roman"/>
          <w:i/>
        </w:rPr>
        <w:t>Deep Reinforcement Learning</w:t>
      </w:r>
      <w:r>
        <w:rPr>
          <w:rFonts w:cs="Times New Roman"/>
        </w:rPr>
        <w:t xml:space="preserve"> (DRL) </w:t>
      </w:r>
      <w:proofErr w:type="spellStart"/>
      <w:r>
        <w:rPr>
          <w:rFonts w:cs="Times New Roman"/>
        </w:rPr>
        <w:t>memperluas</w:t>
      </w:r>
      <w:proofErr w:type="spellEnd"/>
      <w:r>
        <w:rPr>
          <w:rFonts w:cs="Times New Roman"/>
        </w:rPr>
        <w:t xml:space="preserve"> </w:t>
      </w:r>
      <w:proofErr w:type="spellStart"/>
      <w:r>
        <w:rPr>
          <w:rFonts w:cs="Times New Roman"/>
        </w:rPr>
        <w:t>gagasan</w:t>
      </w:r>
      <w:proofErr w:type="spellEnd"/>
      <w:r>
        <w:rPr>
          <w:rFonts w:cs="Times New Roman"/>
        </w:rPr>
        <w:t xml:space="preserve"> </w:t>
      </w:r>
      <w:r>
        <w:rPr>
          <w:rFonts w:cs="Times New Roman"/>
          <w:i/>
        </w:rPr>
        <w:t>End-to-End</w:t>
      </w:r>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memungkinkan</w:t>
      </w:r>
      <w:proofErr w:type="spellEnd"/>
      <w:r>
        <w:rPr>
          <w:rFonts w:cs="Times New Roman"/>
        </w:rPr>
        <w:t xml:space="preserve"> </w:t>
      </w:r>
      <w:proofErr w:type="spellStart"/>
      <w:r>
        <w:rPr>
          <w:rFonts w:cs="Times New Roman"/>
        </w:rPr>
        <w:t>agen</w:t>
      </w:r>
      <w:proofErr w:type="spellEnd"/>
      <w:r>
        <w:rPr>
          <w:rFonts w:cs="Times New Roman"/>
        </w:rPr>
        <w:t xml:space="preserve"> </w:t>
      </w:r>
      <w:proofErr w:type="spellStart"/>
      <w:r>
        <w:rPr>
          <w:rFonts w:cs="Times New Roman"/>
        </w:rPr>
        <w:t>belajar</w:t>
      </w:r>
      <w:proofErr w:type="spellEnd"/>
      <w:r>
        <w:rPr>
          <w:rFonts w:cs="Times New Roman"/>
        </w:rPr>
        <w:t xml:space="preserve"> </w:t>
      </w:r>
      <w:proofErr w:type="spellStart"/>
      <w:r>
        <w:rPr>
          <w:rFonts w:cs="Times New Roman"/>
        </w:rPr>
        <w:t>dari</w:t>
      </w:r>
      <w:proofErr w:type="spellEnd"/>
      <w:r>
        <w:rPr>
          <w:rFonts w:cs="Times New Roman"/>
        </w:rPr>
        <w:t xml:space="preserve"> </w:t>
      </w:r>
      <w:proofErr w:type="spellStart"/>
      <w:r>
        <w:rPr>
          <w:rFonts w:cs="Times New Roman"/>
        </w:rPr>
        <w:t>interaksi</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lingkungan</w:t>
      </w:r>
      <w:proofErr w:type="spellEnd"/>
      <w:r>
        <w:rPr>
          <w:rFonts w:cs="Times New Roman"/>
        </w:rPr>
        <w:t xml:space="preserve"> </w:t>
      </w:r>
      <w:proofErr w:type="spellStart"/>
      <w:r>
        <w:rPr>
          <w:rFonts w:cs="Times New Roman"/>
        </w:rPr>
        <w:t>melalui</w:t>
      </w:r>
      <w:proofErr w:type="spellEnd"/>
      <w:r>
        <w:rPr>
          <w:rFonts w:cs="Times New Roman"/>
        </w:rPr>
        <w:t xml:space="preserve"> </w:t>
      </w:r>
      <w:proofErr w:type="spellStart"/>
      <w:r>
        <w:rPr>
          <w:rFonts w:cs="Times New Roman"/>
        </w:rPr>
        <w:t>sinyal</w:t>
      </w:r>
      <w:proofErr w:type="spellEnd"/>
      <w:r>
        <w:rPr>
          <w:rFonts w:cs="Times New Roman"/>
        </w:rPr>
        <w:t xml:space="preserve"> </w:t>
      </w:r>
      <w:r>
        <w:rPr>
          <w:rFonts w:cs="Times New Roman"/>
          <w:i/>
        </w:rPr>
        <w:t>reward</w:t>
      </w:r>
      <w:r>
        <w:rPr>
          <w:rFonts w:cs="Times New Roman"/>
        </w:rPr>
        <w:t xml:space="preserve">. </w:t>
      </w:r>
      <w:proofErr w:type="spellStart"/>
      <w:r>
        <w:rPr>
          <w:rFonts w:cs="Times New Roman"/>
        </w:rPr>
        <w:t>Algoritma</w:t>
      </w:r>
      <w:proofErr w:type="spellEnd"/>
      <w:r>
        <w:rPr>
          <w:rFonts w:cs="Times New Roman"/>
        </w:rPr>
        <w:t xml:space="preserve"> </w:t>
      </w:r>
      <w:r>
        <w:rPr>
          <w:rFonts w:cs="Times New Roman"/>
          <w:i/>
        </w:rPr>
        <w:t>Deep Q-Network</w:t>
      </w:r>
      <w:r>
        <w:rPr>
          <w:rFonts w:cs="Times New Roman"/>
        </w:rPr>
        <w:t xml:space="preserve"> (DQN) yang </w:t>
      </w:r>
      <w:proofErr w:type="spellStart"/>
      <w:r>
        <w:rPr>
          <w:rFonts w:cs="Times New Roman"/>
        </w:rPr>
        <w:t>diperkenalkan</w:t>
      </w:r>
      <w:proofErr w:type="spellEnd"/>
      <w:r>
        <w:rPr>
          <w:rFonts w:cs="Times New Roman"/>
        </w:rPr>
        <w:t xml:space="preserve"> oleh </w:t>
      </w:r>
      <w:proofErr w:type="spellStart"/>
      <w:r>
        <w:rPr>
          <w:rFonts w:cs="Times New Roman"/>
        </w:rPr>
        <w:t>Mnih</w:t>
      </w:r>
      <w:proofErr w:type="spellEnd"/>
      <w:r>
        <w:rPr>
          <w:rFonts w:cs="Times New Roman"/>
        </w:rPr>
        <w:t xml:space="preserve"> </w:t>
      </w:r>
      <w:proofErr w:type="spellStart"/>
      <w:r>
        <w:rPr>
          <w:rFonts w:cs="Times New Roman"/>
        </w:rPr>
        <w:t>dkk</w:t>
      </w:r>
      <w:proofErr w:type="spellEnd"/>
      <w:r>
        <w:rPr>
          <w:rFonts w:cs="Times New Roman"/>
        </w:rPr>
        <w:t xml:space="preserve">. </w:t>
      </w:r>
      <w:sdt>
        <w:sdtPr>
          <w:rPr>
            <w:rFonts w:cs="Times New Roman"/>
            <w:color w:val="000000"/>
          </w:rPr>
          <w:tag w:val="MENDELEY_CITATION_v3_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"/>
          <w:id w:val="-192623255"/>
          <w:placeholder>
            <w:docPart w:val="DefaultPlaceholder_-1854013440"/>
          </w:placeholder>
        </w:sdtPr>
        <w:sdtContent>
          <w:r w:rsidR="00F21BE8" w:rsidRPr="00F21BE8">
            <w:rPr>
              <w:rFonts w:cs="Times New Roman"/>
              <w:color w:val="000000"/>
            </w:rPr>
            <w:t>[MKS15]</w:t>
          </w:r>
        </w:sdtContent>
      </w:sdt>
      <w:r w:rsidR="00121B33">
        <w:rPr>
          <w:rFonts w:cs="Times New Roman"/>
          <w:color w:val="000000"/>
        </w:rPr>
        <w:t xml:space="preserve"> </w:t>
      </w:r>
      <w:proofErr w:type="spellStart"/>
      <w:r>
        <w:rPr>
          <w:rFonts w:cs="Times New Roman"/>
        </w:rPr>
        <w:t>merupakan</w:t>
      </w:r>
      <w:proofErr w:type="spellEnd"/>
      <w:r>
        <w:rPr>
          <w:rFonts w:cs="Times New Roman"/>
        </w:rPr>
        <w:t xml:space="preserve"> </w:t>
      </w:r>
      <w:proofErr w:type="spellStart"/>
      <w:r>
        <w:rPr>
          <w:rFonts w:cs="Times New Roman"/>
        </w:rPr>
        <w:t>algoritma</w:t>
      </w:r>
      <w:proofErr w:type="spellEnd"/>
      <w:r>
        <w:rPr>
          <w:rFonts w:cs="Times New Roman"/>
        </w:rPr>
        <w:t xml:space="preserve"> DRL fundamental yang </w:t>
      </w:r>
      <w:proofErr w:type="spellStart"/>
      <w:r>
        <w:rPr>
          <w:rFonts w:cs="Times New Roman"/>
        </w:rPr>
        <w:t>terbukti</w:t>
      </w:r>
      <w:proofErr w:type="spellEnd"/>
      <w:r>
        <w:rPr>
          <w:rFonts w:cs="Times New Roman"/>
        </w:rPr>
        <w:t xml:space="preserve"> </w:t>
      </w:r>
      <w:proofErr w:type="spellStart"/>
      <w:r>
        <w:rPr>
          <w:rFonts w:cs="Times New Roman"/>
        </w:rPr>
        <w:t>matang</w:t>
      </w:r>
      <w:proofErr w:type="spellEnd"/>
      <w:r>
        <w:rPr>
          <w:rFonts w:cs="Times New Roman"/>
        </w:rPr>
        <w:t xml:space="preserve"> </w:t>
      </w:r>
      <w:proofErr w:type="spellStart"/>
      <w:r>
        <w:rPr>
          <w:rFonts w:cs="Times New Roman"/>
        </w:rPr>
        <w:t>dalam</w:t>
      </w:r>
      <w:proofErr w:type="spellEnd"/>
      <w:r>
        <w:rPr>
          <w:rFonts w:cs="Times New Roman"/>
        </w:rPr>
        <w:t xml:space="preserve"> </w:t>
      </w:r>
      <w:proofErr w:type="spellStart"/>
      <w:r>
        <w:rPr>
          <w:rFonts w:cs="Times New Roman"/>
        </w:rPr>
        <w:t>menangani</w:t>
      </w:r>
      <w:proofErr w:type="spellEnd"/>
      <w:r>
        <w:rPr>
          <w:rFonts w:cs="Times New Roman"/>
        </w:rPr>
        <w:t xml:space="preserve"> </w:t>
      </w:r>
      <w:proofErr w:type="spellStart"/>
      <w:r>
        <w:rPr>
          <w:rFonts w:cs="Times New Roman"/>
        </w:rPr>
        <w:t>observasi</w:t>
      </w:r>
      <w:proofErr w:type="spellEnd"/>
      <w:r>
        <w:rPr>
          <w:rFonts w:cs="Times New Roman"/>
        </w:rPr>
        <w:t xml:space="preserve"> </w:t>
      </w:r>
      <w:proofErr w:type="spellStart"/>
      <w:r>
        <w:rPr>
          <w:rFonts w:cs="Times New Roman"/>
        </w:rPr>
        <w:t>berdimensi</w:t>
      </w:r>
      <w:proofErr w:type="spellEnd"/>
      <w:r>
        <w:rPr>
          <w:rFonts w:cs="Times New Roman"/>
        </w:rPr>
        <w:t xml:space="preserve"> </w:t>
      </w:r>
      <w:proofErr w:type="spellStart"/>
      <w:r>
        <w:rPr>
          <w:rFonts w:cs="Times New Roman"/>
        </w:rPr>
        <w:t>tinggi</w:t>
      </w:r>
      <w:proofErr w:type="spellEnd"/>
      <w:r>
        <w:rPr>
          <w:rFonts w:cs="Times New Roman"/>
        </w:rPr>
        <w:t xml:space="preserve"> </w:t>
      </w:r>
      <w:proofErr w:type="spellStart"/>
      <w:r>
        <w:rPr>
          <w:rFonts w:cs="Times New Roman"/>
        </w:rPr>
        <w:t>seperti</w:t>
      </w:r>
      <w:proofErr w:type="spellEnd"/>
      <w:r>
        <w:rPr>
          <w:rFonts w:cs="Times New Roman"/>
        </w:rPr>
        <w:t xml:space="preserve"> </w:t>
      </w:r>
      <w:proofErr w:type="spellStart"/>
      <w:r>
        <w:rPr>
          <w:rFonts w:cs="Times New Roman"/>
        </w:rPr>
        <w:t>citra</w:t>
      </w:r>
      <w:proofErr w:type="spellEnd"/>
      <w:r>
        <w:rPr>
          <w:rFonts w:cs="Times New Roman"/>
        </w:rPr>
        <w:t xml:space="preserve"> </w:t>
      </w:r>
      <w:proofErr w:type="spellStart"/>
      <w:r>
        <w:rPr>
          <w:rFonts w:cs="Times New Roman"/>
        </w:rPr>
        <w:t>piksel</w:t>
      </w:r>
      <w:proofErr w:type="spellEnd"/>
      <w:r>
        <w:rPr>
          <w:rFonts w:cs="Times New Roman"/>
        </w:rPr>
        <w:t xml:space="preserve"> </w:t>
      </w:r>
      <w:proofErr w:type="spellStart"/>
      <w:r>
        <w:rPr>
          <w:rFonts w:cs="Times New Roman"/>
        </w:rPr>
        <w:t>mentah</w:t>
      </w:r>
      <w:proofErr w:type="spellEnd"/>
      <w:r>
        <w:rPr>
          <w:rFonts w:cs="Times New Roman"/>
        </w:rPr>
        <w:t xml:space="preserve">. DQN </w:t>
      </w:r>
      <w:proofErr w:type="spellStart"/>
      <w:r>
        <w:rPr>
          <w:rFonts w:cs="Times New Roman"/>
        </w:rPr>
        <w:t>menjadi</w:t>
      </w:r>
      <w:proofErr w:type="spellEnd"/>
      <w:r>
        <w:rPr>
          <w:rFonts w:cs="Times New Roman"/>
        </w:rPr>
        <w:t xml:space="preserve"> </w:t>
      </w:r>
      <w:proofErr w:type="spellStart"/>
      <w:r>
        <w:rPr>
          <w:rFonts w:cs="Times New Roman"/>
        </w:rPr>
        <w:t>kandidat</w:t>
      </w:r>
      <w:proofErr w:type="spellEnd"/>
      <w:r>
        <w:rPr>
          <w:rFonts w:cs="Times New Roman"/>
        </w:rPr>
        <w:t xml:space="preserve"> </w:t>
      </w:r>
      <w:r>
        <w:rPr>
          <w:rFonts w:cs="Times New Roman"/>
          <w:i/>
        </w:rPr>
        <w:t>baseline</w:t>
      </w:r>
      <w:r>
        <w:rPr>
          <w:rFonts w:cs="Times New Roman"/>
        </w:rPr>
        <w:t xml:space="preserve"> yang </w:t>
      </w:r>
      <w:proofErr w:type="spellStart"/>
      <w:r>
        <w:rPr>
          <w:rFonts w:cs="Times New Roman"/>
        </w:rPr>
        <w:t>rasional</w:t>
      </w:r>
      <w:proofErr w:type="spellEnd"/>
      <w:r>
        <w:rPr>
          <w:rFonts w:cs="Times New Roman"/>
        </w:rPr>
        <w:t xml:space="preserve"> </w:t>
      </w:r>
      <w:proofErr w:type="spellStart"/>
      <w:r>
        <w:rPr>
          <w:rFonts w:cs="Times New Roman"/>
        </w:rPr>
        <w:t>untuk</w:t>
      </w:r>
      <w:proofErr w:type="spellEnd"/>
      <w:r>
        <w:rPr>
          <w:rFonts w:cs="Times New Roman"/>
        </w:rPr>
        <w:t xml:space="preserve"> </w:t>
      </w:r>
      <w:proofErr w:type="spellStart"/>
      <w:r>
        <w:rPr>
          <w:rFonts w:cs="Times New Roman"/>
        </w:rPr>
        <w:t>persoalan</w:t>
      </w:r>
      <w:proofErr w:type="spellEnd"/>
      <w:r>
        <w:rPr>
          <w:rFonts w:cs="Times New Roman"/>
        </w:rPr>
        <w:t xml:space="preserve"> </w:t>
      </w:r>
      <w:proofErr w:type="spellStart"/>
      <w:r>
        <w:rPr>
          <w:rFonts w:cs="Times New Roman"/>
        </w:rPr>
        <w:t>navigasi</w:t>
      </w:r>
      <w:proofErr w:type="spellEnd"/>
      <w:r>
        <w:rPr>
          <w:rFonts w:cs="Times New Roman"/>
        </w:rPr>
        <w:t xml:space="preserve"> </w:t>
      </w:r>
      <w:proofErr w:type="spellStart"/>
      <w:r>
        <w:rPr>
          <w:rFonts w:cs="Times New Roman"/>
        </w:rPr>
        <w:t>kendaraan</w:t>
      </w:r>
      <w:proofErr w:type="spellEnd"/>
      <w:r>
        <w:rPr>
          <w:rFonts w:cs="Times New Roman"/>
        </w:rPr>
        <w:t xml:space="preserve"> </w:t>
      </w:r>
      <w:proofErr w:type="spellStart"/>
      <w:r>
        <w:rPr>
          <w:rFonts w:cs="Times New Roman"/>
        </w:rPr>
        <w:t>otonom</w:t>
      </w:r>
      <w:proofErr w:type="spellEnd"/>
      <w:r>
        <w:rPr>
          <w:rFonts w:cs="Times New Roman"/>
        </w:rPr>
        <w:t xml:space="preserve"> </w:t>
      </w:r>
      <w:proofErr w:type="spellStart"/>
      <w:r>
        <w:rPr>
          <w:rFonts w:cs="Times New Roman"/>
        </w:rPr>
        <w:t>karena</w:t>
      </w:r>
      <w:proofErr w:type="spellEnd"/>
      <w:r>
        <w:rPr>
          <w:rFonts w:cs="Times New Roman"/>
        </w:rPr>
        <w:t xml:space="preserve"> </w:t>
      </w:r>
      <w:proofErr w:type="spellStart"/>
      <w:r>
        <w:rPr>
          <w:rFonts w:cs="Times New Roman"/>
        </w:rPr>
        <w:t>konvergensinya</w:t>
      </w:r>
      <w:proofErr w:type="spellEnd"/>
      <w:r>
        <w:rPr>
          <w:rFonts w:cs="Times New Roman"/>
        </w:rPr>
        <w:t xml:space="preserve"> </w:t>
      </w:r>
      <w:proofErr w:type="spellStart"/>
      <w:r>
        <w:rPr>
          <w:rFonts w:cs="Times New Roman"/>
        </w:rPr>
        <w:t>relatif</w:t>
      </w:r>
      <w:proofErr w:type="spellEnd"/>
      <w:r>
        <w:rPr>
          <w:rFonts w:cs="Times New Roman"/>
        </w:rPr>
        <w:t xml:space="preserve"> </w:t>
      </w:r>
      <w:proofErr w:type="spellStart"/>
      <w:r>
        <w:rPr>
          <w:rFonts w:cs="Times New Roman"/>
        </w:rPr>
        <w:t>cepat</w:t>
      </w:r>
      <w:proofErr w:type="spellEnd"/>
      <w:r>
        <w:rPr>
          <w:rFonts w:cs="Times New Roman"/>
        </w:rPr>
        <w:t xml:space="preserve"> pada </w:t>
      </w:r>
      <w:proofErr w:type="spellStart"/>
      <w:r>
        <w:rPr>
          <w:rFonts w:cs="Times New Roman"/>
        </w:rPr>
        <w:t>ruang</w:t>
      </w:r>
      <w:proofErr w:type="spellEnd"/>
      <w:r>
        <w:rPr>
          <w:rFonts w:cs="Times New Roman"/>
        </w:rPr>
        <w:t xml:space="preserve"> </w:t>
      </w:r>
      <w:proofErr w:type="spellStart"/>
      <w:r>
        <w:rPr>
          <w:rFonts w:cs="Times New Roman"/>
        </w:rPr>
        <w:t>aksi</w:t>
      </w:r>
      <w:proofErr w:type="spellEnd"/>
      <w:r>
        <w:rPr>
          <w:rFonts w:cs="Times New Roman"/>
        </w:rPr>
        <w:t xml:space="preserve"> </w:t>
      </w:r>
      <w:proofErr w:type="spellStart"/>
      <w:r>
        <w:rPr>
          <w:rFonts w:cs="Times New Roman"/>
        </w:rPr>
        <w:t>diskrit</w:t>
      </w:r>
      <w:proofErr w:type="spellEnd"/>
      <w:r>
        <w:rPr>
          <w:rFonts w:cs="Times New Roman"/>
        </w:rPr>
        <w:t xml:space="preserve"> </w:t>
      </w:r>
      <w:proofErr w:type="spellStart"/>
      <w:r>
        <w:rPr>
          <w:rFonts w:cs="Times New Roman"/>
        </w:rPr>
        <w:t>serta</w:t>
      </w:r>
      <w:proofErr w:type="spellEnd"/>
      <w:r>
        <w:rPr>
          <w:rFonts w:cs="Times New Roman"/>
        </w:rPr>
        <w:t xml:space="preserve"> </w:t>
      </w:r>
      <w:proofErr w:type="spellStart"/>
      <w:r>
        <w:rPr>
          <w:rFonts w:cs="Times New Roman"/>
        </w:rPr>
        <w:t>arsitekturnya</w:t>
      </w:r>
      <w:proofErr w:type="spellEnd"/>
      <w:r>
        <w:rPr>
          <w:rFonts w:cs="Times New Roman"/>
        </w:rPr>
        <w:t xml:space="preserve"> yang </w:t>
      </w:r>
      <w:proofErr w:type="spellStart"/>
      <w:r>
        <w:rPr>
          <w:rFonts w:cs="Times New Roman"/>
        </w:rPr>
        <w:t>dapat</w:t>
      </w:r>
      <w:proofErr w:type="spellEnd"/>
      <w:r>
        <w:rPr>
          <w:rFonts w:cs="Times New Roman"/>
        </w:rPr>
        <w:t xml:space="preserve"> </w:t>
      </w:r>
      <w:proofErr w:type="spellStart"/>
      <w:r>
        <w:rPr>
          <w:rFonts w:cs="Times New Roman"/>
        </w:rPr>
        <w:t>dimodifikasi</w:t>
      </w:r>
      <w:proofErr w:type="spellEnd"/>
      <w:r>
        <w:rPr>
          <w:rFonts w:cs="Times New Roman"/>
        </w:rPr>
        <w:t xml:space="preserve"> </w:t>
      </w:r>
      <w:proofErr w:type="spellStart"/>
      <w:r>
        <w:rPr>
          <w:rFonts w:cs="Times New Roman"/>
        </w:rPr>
        <w:t>secara</w:t>
      </w:r>
      <w:proofErr w:type="spellEnd"/>
      <w:r>
        <w:rPr>
          <w:rFonts w:cs="Times New Roman"/>
        </w:rPr>
        <w:t xml:space="preserve"> modular </w:t>
      </w:r>
      <w:proofErr w:type="spellStart"/>
      <w:r>
        <w:rPr>
          <w:rFonts w:cs="Times New Roman"/>
        </w:rPr>
        <w:t>melalui</w:t>
      </w:r>
      <w:proofErr w:type="spellEnd"/>
      <w:r>
        <w:rPr>
          <w:rFonts w:cs="Times New Roman"/>
        </w:rPr>
        <w:t xml:space="preserve"> </w:t>
      </w:r>
      <w:proofErr w:type="spellStart"/>
      <w:r>
        <w:rPr>
          <w:rFonts w:cs="Times New Roman"/>
        </w:rPr>
        <w:t>ekstensi</w:t>
      </w:r>
      <w:proofErr w:type="spellEnd"/>
      <w:r>
        <w:rPr>
          <w:rFonts w:cs="Times New Roman"/>
        </w:rPr>
        <w:t xml:space="preserve"> </w:t>
      </w:r>
      <w:proofErr w:type="spellStart"/>
      <w:r>
        <w:rPr>
          <w:rFonts w:cs="Times New Roman"/>
        </w:rPr>
        <w:t>seperti</w:t>
      </w:r>
      <w:proofErr w:type="spellEnd"/>
      <w:r>
        <w:rPr>
          <w:rFonts w:cs="Times New Roman"/>
        </w:rPr>
        <w:t xml:space="preserve"> </w:t>
      </w:r>
      <w:r>
        <w:rPr>
          <w:rFonts w:cs="Times New Roman"/>
          <w:i/>
        </w:rPr>
        <w:t>Double DQN</w:t>
      </w:r>
      <w:r w:rsidR="0008418E">
        <w:rPr>
          <w:rFonts w:cs="Times New Roman"/>
          <w:i/>
        </w:rPr>
        <w:t xml:space="preserve"> </w:t>
      </w:r>
      <w:sdt>
        <w:sdtPr>
          <w:rPr>
            <w:rFonts w:cs="Times New Roman"/>
            <w:i/>
            <w:color w:val="000000"/>
          </w:rPr>
          <w:tag w:val="MENDELEY_CITATION_v3_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"/>
          <w:id w:val="-515317032"/>
          <w:placeholder>
            <w:docPart w:val="DefaultPlaceholder_-1854013440"/>
          </w:placeholder>
        </w:sdtPr>
        <w:sdtContent>
          <w:r w:rsidR="00F21BE8" w:rsidRPr="00F21BE8">
            <w:rPr>
              <w:rFonts w:cs="Times New Roman"/>
              <w:iCs/>
              <w:color w:val="000000"/>
            </w:rPr>
            <w:t>[HMV16]</w:t>
          </w:r>
        </w:sdtContent>
      </w:sdt>
      <w:r>
        <w:rPr>
          <w:rFonts w:cs="Times New Roman"/>
        </w:rPr>
        <w:t xml:space="preserve"> dan </w:t>
      </w:r>
      <w:r>
        <w:rPr>
          <w:rFonts w:cs="Times New Roman"/>
          <w:i/>
        </w:rPr>
        <w:t>n-step return</w:t>
      </w:r>
      <w:r>
        <w:rPr>
          <w:rFonts w:cs="Times New Roman"/>
        </w:rPr>
        <w:t xml:space="preserve"> </w:t>
      </w:r>
      <w:sdt>
        <w:sdtPr>
          <w:rPr>
            <w:rFonts w:cs="Times New Roman"/>
            <w:color w:val="000000"/>
          </w:rPr>
          <w:tag w:val="MENDELEY_CITATION_v3_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"/>
          <w:id w:val="1914346599"/>
          <w:placeholder>
            <w:docPart w:val="DefaultPlaceholder_-1854013440"/>
          </w:placeholder>
        </w:sdtPr>
        <w:sdtContent>
          <w:r w:rsidR="00F21BE8" w:rsidRPr="00F21BE8">
            <w:rPr>
              <w:rFonts w:cs="Times New Roman"/>
              <w:color w:val="000000"/>
            </w:rPr>
            <w:t>[ANR18]</w:t>
          </w:r>
        </w:sdtContent>
      </w:sdt>
      <w:r>
        <w:rPr>
          <w:rFonts w:cs="Times New Roman"/>
        </w:rPr>
        <w:t xml:space="preserve"> </w:t>
      </w:r>
      <w:proofErr w:type="spellStart"/>
      <w:r>
        <w:rPr>
          <w:rFonts w:cs="Times New Roman"/>
        </w:rPr>
        <w:t>untuk</w:t>
      </w:r>
      <w:proofErr w:type="spellEnd"/>
      <w:r>
        <w:rPr>
          <w:rFonts w:cs="Times New Roman"/>
        </w:rPr>
        <w:t xml:space="preserve"> </w:t>
      </w:r>
      <w:proofErr w:type="spellStart"/>
      <w:r>
        <w:rPr>
          <w:rFonts w:cs="Times New Roman"/>
        </w:rPr>
        <w:t>meningkatkan</w:t>
      </w:r>
      <w:proofErr w:type="spellEnd"/>
      <w:r>
        <w:rPr>
          <w:rFonts w:cs="Times New Roman"/>
        </w:rPr>
        <w:t xml:space="preserve"> </w:t>
      </w:r>
      <w:proofErr w:type="spellStart"/>
      <w:r>
        <w:rPr>
          <w:rFonts w:cs="Times New Roman"/>
        </w:rPr>
        <w:t>stabilitas</w:t>
      </w:r>
      <w:proofErr w:type="spellEnd"/>
      <w:r>
        <w:rPr>
          <w:rFonts w:cs="Times New Roman"/>
        </w:rPr>
        <w:t xml:space="preserve"> dan </w:t>
      </w:r>
      <w:proofErr w:type="spellStart"/>
      <w:r>
        <w:rPr>
          <w:rFonts w:cs="Times New Roman"/>
        </w:rPr>
        <w:t>efisiensi</w:t>
      </w:r>
      <w:proofErr w:type="spellEnd"/>
      <w:r>
        <w:rPr>
          <w:rFonts w:cs="Times New Roman"/>
        </w:rPr>
        <w:t xml:space="preserve"> </w:t>
      </w:r>
      <w:proofErr w:type="spellStart"/>
      <w:r>
        <w:rPr>
          <w:rFonts w:cs="Times New Roman"/>
        </w:rPr>
        <w:t>pembelajaran</w:t>
      </w:r>
      <w:proofErr w:type="spellEnd"/>
      <w:r>
        <w:rPr>
          <w:rFonts w:cs="Times New Roman"/>
        </w:rPr>
        <w:t>.</w:t>
      </w:r>
    </w:p>
    <w:p w14:paraId="4C7DD0EA" w14:textId="05914218" w:rsidR="00F810AC" w:rsidRDefault="00000000">
      <w:pPr>
        <w:spacing w:after="0" w:line="360" w:lineRule="auto"/>
        <w:ind w:firstLine="680"/>
        <w:jc w:val="both"/>
      </w:pPr>
      <w:proofErr w:type="spellStart"/>
      <w:r>
        <w:rPr>
          <w:rFonts w:cs="Times New Roman"/>
        </w:rPr>
        <w:t>Meskipun</w:t>
      </w:r>
      <w:proofErr w:type="spellEnd"/>
      <w:r>
        <w:rPr>
          <w:rFonts w:cs="Times New Roman"/>
        </w:rPr>
        <w:t xml:space="preserve"> </w:t>
      </w:r>
      <w:proofErr w:type="spellStart"/>
      <w:r>
        <w:rPr>
          <w:rFonts w:cs="Times New Roman"/>
        </w:rPr>
        <w:t>manuver</w:t>
      </w:r>
      <w:proofErr w:type="spellEnd"/>
      <w:r>
        <w:rPr>
          <w:rFonts w:cs="Times New Roman"/>
        </w:rPr>
        <w:t xml:space="preserve"> </w:t>
      </w:r>
      <w:proofErr w:type="spellStart"/>
      <w:r>
        <w:rPr>
          <w:rFonts w:cs="Times New Roman"/>
        </w:rPr>
        <w:t>kendaraan</w:t>
      </w:r>
      <w:proofErr w:type="spellEnd"/>
      <w:r>
        <w:rPr>
          <w:rFonts w:cs="Times New Roman"/>
        </w:rPr>
        <w:t xml:space="preserve"> pada </w:t>
      </w:r>
      <w:proofErr w:type="spellStart"/>
      <w:r>
        <w:rPr>
          <w:rFonts w:cs="Times New Roman"/>
        </w:rPr>
        <w:t>dasarnya</w:t>
      </w:r>
      <w:proofErr w:type="spellEnd"/>
      <w:r>
        <w:rPr>
          <w:rFonts w:cs="Times New Roman"/>
        </w:rPr>
        <w:t xml:space="preserve"> </w:t>
      </w:r>
      <w:proofErr w:type="spellStart"/>
      <w:r>
        <w:rPr>
          <w:rFonts w:cs="Times New Roman"/>
        </w:rPr>
        <w:t>bersifat</w:t>
      </w:r>
      <w:proofErr w:type="spellEnd"/>
      <w:r>
        <w:rPr>
          <w:rFonts w:cs="Times New Roman"/>
        </w:rPr>
        <w:t xml:space="preserve"> </w:t>
      </w:r>
      <w:proofErr w:type="spellStart"/>
      <w:r>
        <w:rPr>
          <w:rFonts w:cs="Times New Roman"/>
        </w:rPr>
        <w:t>kontinu</w:t>
      </w:r>
      <w:proofErr w:type="spellEnd"/>
      <w:r>
        <w:rPr>
          <w:rFonts w:cs="Times New Roman"/>
        </w:rPr>
        <w:t xml:space="preserve">, </w:t>
      </w:r>
      <w:proofErr w:type="spellStart"/>
      <w:r>
        <w:rPr>
          <w:rFonts w:cs="Times New Roman"/>
        </w:rPr>
        <w:t>kontrol</w:t>
      </w:r>
      <w:proofErr w:type="spellEnd"/>
      <w:r>
        <w:rPr>
          <w:rFonts w:cs="Times New Roman"/>
        </w:rPr>
        <w:t xml:space="preserve"> </w:t>
      </w:r>
      <w:proofErr w:type="spellStart"/>
      <w:r>
        <w:rPr>
          <w:rFonts w:cs="Times New Roman"/>
        </w:rPr>
        <w:t>navigasi</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diformulasikan</w:t>
      </w:r>
      <w:proofErr w:type="spellEnd"/>
      <w:r>
        <w:rPr>
          <w:rFonts w:cs="Times New Roman"/>
        </w:rPr>
        <w:t xml:space="preserve"> </w:t>
      </w:r>
      <w:proofErr w:type="spellStart"/>
      <w:r>
        <w:rPr>
          <w:rFonts w:cs="Times New Roman"/>
        </w:rPr>
        <w:t>secara</w:t>
      </w:r>
      <w:proofErr w:type="spellEnd"/>
      <w:r>
        <w:rPr>
          <w:rFonts w:cs="Times New Roman"/>
        </w:rPr>
        <w:t xml:space="preserve"> </w:t>
      </w:r>
      <w:proofErr w:type="spellStart"/>
      <w:r>
        <w:rPr>
          <w:rFonts w:cs="Times New Roman"/>
        </w:rPr>
        <w:t>sistematis</w:t>
      </w:r>
      <w:proofErr w:type="spellEnd"/>
      <w:r>
        <w:rPr>
          <w:rFonts w:cs="Times New Roman"/>
        </w:rPr>
        <w:t xml:space="preserve"> </w:t>
      </w:r>
      <w:proofErr w:type="spellStart"/>
      <w:r>
        <w:rPr>
          <w:rFonts w:cs="Times New Roman"/>
        </w:rPr>
        <w:t>ke</w:t>
      </w:r>
      <w:proofErr w:type="spellEnd"/>
      <w:r>
        <w:rPr>
          <w:rFonts w:cs="Times New Roman"/>
        </w:rPr>
        <w:t xml:space="preserve"> </w:t>
      </w:r>
      <w:proofErr w:type="spellStart"/>
      <w:r>
        <w:rPr>
          <w:rFonts w:cs="Times New Roman"/>
        </w:rPr>
        <w:t>dalam</w:t>
      </w:r>
      <w:proofErr w:type="spellEnd"/>
      <w:r>
        <w:rPr>
          <w:rFonts w:cs="Times New Roman"/>
        </w:rPr>
        <w:t xml:space="preserve"> </w:t>
      </w:r>
      <w:r>
        <w:rPr>
          <w:rFonts w:cs="Times New Roman"/>
          <w:i/>
        </w:rPr>
        <w:t>Markov Decision Process</w:t>
      </w:r>
      <w:r>
        <w:rPr>
          <w:rFonts w:cs="Times New Roman"/>
        </w:rPr>
        <w:t xml:space="preserve"> (MDP) </w:t>
      </w:r>
      <w:sdt>
        <w:sdtPr>
          <w:rPr>
            <w:rFonts w:cs="Times New Roman"/>
            <w:color w:val="000000"/>
          </w:rPr>
          <w:tag w:val="MENDELEY_CITATION_v3_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"/>
          <w:id w:val="-451326220"/>
          <w:placeholder>
            <w:docPart w:val="DefaultPlaceholder_-1854013440"/>
          </w:placeholder>
        </w:sdtPr>
        <w:sdtContent>
          <w:r w:rsidR="00F21BE8" w:rsidRPr="00F21BE8">
            <w:rPr>
              <w:rFonts w:cs="Times New Roman"/>
              <w:color w:val="000000"/>
            </w:rPr>
            <w:t>[ANR18]</w:t>
          </w:r>
        </w:sdtContent>
      </w:sdt>
      <w:r>
        <w:rPr>
          <w:rFonts w:cs="Times New Roman"/>
        </w:rPr>
        <w:t xml:space="preserve">. </w:t>
      </w:r>
      <w:proofErr w:type="spellStart"/>
      <w:r>
        <w:rPr>
          <w:rFonts w:cs="Times New Roman"/>
        </w:rPr>
        <w:t>Melalui</w:t>
      </w:r>
      <w:proofErr w:type="spellEnd"/>
      <w:r>
        <w:rPr>
          <w:rFonts w:cs="Times New Roman"/>
        </w:rPr>
        <w:t xml:space="preserve"> </w:t>
      </w:r>
      <w:proofErr w:type="spellStart"/>
      <w:r>
        <w:rPr>
          <w:rFonts w:cs="Times New Roman"/>
        </w:rPr>
        <w:t>pendekatan</w:t>
      </w:r>
      <w:proofErr w:type="spellEnd"/>
      <w:r>
        <w:rPr>
          <w:rFonts w:cs="Times New Roman"/>
        </w:rPr>
        <w:t xml:space="preserve"> </w:t>
      </w:r>
      <w:proofErr w:type="spellStart"/>
      <w:r>
        <w:rPr>
          <w:rFonts w:cs="Times New Roman"/>
        </w:rPr>
        <w:t>ini</w:t>
      </w:r>
      <w:proofErr w:type="spellEnd"/>
      <w:r>
        <w:rPr>
          <w:rFonts w:cs="Times New Roman"/>
        </w:rPr>
        <w:t xml:space="preserve">, </w:t>
      </w:r>
      <w:proofErr w:type="spellStart"/>
      <w:r>
        <w:rPr>
          <w:rFonts w:cs="Times New Roman"/>
        </w:rPr>
        <w:t>pergerakan</w:t>
      </w:r>
      <w:proofErr w:type="spellEnd"/>
      <w:r>
        <w:rPr>
          <w:rFonts w:cs="Times New Roman"/>
        </w:rPr>
        <w:t xml:space="preserve"> </w:t>
      </w:r>
      <w:proofErr w:type="spellStart"/>
      <w:r>
        <w:rPr>
          <w:rFonts w:cs="Times New Roman"/>
        </w:rPr>
        <w:t>kendaraan</w:t>
      </w:r>
      <w:proofErr w:type="spellEnd"/>
      <w:r>
        <w:rPr>
          <w:rFonts w:cs="Times New Roman"/>
        </w:rPr>
        <w:t xml:space="preserve"> </w:t>
      </w:r>
      <w:proofErr w:type="spellStart"/>
      <w:r>
        <w:rPr>
          <w:rFonts w:cs="Times New Roman"/>
        </w:rPr>
        <w:t>berat</w:t>
      </w:r>
      <w:proofErr w:type="spellEnd"/>
      <w:r>
        <w:rPr>
          <w:rFonts w:cs="Times New Roman"/>
        </w:rPr>
        <w:t xml:space="preserve"> </w:t>
      </w:r>
      <w:proofErr w:type="spellStart"/>
      <w:r>
        <w:rPr>
          <w:rFonts w:cs="Times New Roman"/>
        </w:rPr>
        <w:t>didiskritisasi</w:t>
      </w:r>
      <w:proofErr w:type="spellEnd"/>
      <w:r>
        <w:rPr>
          <w:rFonts w:cs="Times New Roman"/>
        </w:rPr>
        <w:t xml:space="preserve"> </w:t>
      </w:r>
      <w:proofErr w:type="spellStart"/>
      <w:r>
        <w:rPr>
          <w:rFonts w:cs="Times New Roman"/>
        </w:rPr>
        <w:t>ke</w:t>
      </w:r>
      <w:proofErr w:type="spellEnd"/>
      <w:r>
        <w:rPr>
          <w:rFonts w:cs="Times New Roman"/>
        </w:rPr>
        <w:t xml:space="preserve"> </w:t>
      </w:r>
      <w:proofErr w:type="spellStart"/>
      <w:r>
        <w:rPr>
          <w:rFonts w:cs="Times New Roman"/>
        </w:rPr>
        <w:t>dalam</w:t>
      </w:r>
      <w:proofErr w:type="spellEnd"/>
      <w:r>
        <w:rPr>
          <w:rFonts w:cs="Times New Roman"/>
        </w:rPr>
        <w:t xml:space="preserve"> </w:t>
      </w:r>
      <w:proofErr w:type="spellStart"/>
      <w:r>
        <w:rPr>
          <w:rFonts w:cs="Times New Roman"/>
        </w:rPr>
        <w:t>himpunan</w:t>
      </w:r>
      <w:proofErr w:type="spellEnd"/>
      <w:r>
        <w:rPr>
          <w:rFonts w:cs="Times New Roman"/>
        </w:rPr>
        <w:t xml:space="preserve"> </w:t>
      </w:r>
      <w:proofErr w:type="spellStart"/>
      <w:r>
        <w:rPr>
          <w:rFonts w:cs="Times New Roman"/>
        </w:rPr>
        <w:t>aksi</w:t>
      </w:r>
      <w:proofErr w:type="spellEnd"/>
      <w:r>
        <w:rPr>
          <w:rFonts w:cs="Times New Roman"/>
        </w:rPr>
        <w:t xml:space="preserve"> </w:t>
      </w:r>
      <w:proofErr w:type="spellStart"/>
      <w:r>
        <w:rPr>
          <w:rFonts w:cs="Times New Roman"/>
        </w:rPr>
        <w:t>terkuantisasi</w:t>
      </w:r>
      <w:proofErr w:type="spellEnd"/>
      <w:r>
        <w:rPr>
          <w:rFonts w:cs="Times New Roman"/>
        </w:rPr>
        <w:t xml:space="preserve">, </w:t>
      </w:r>
      <w:proofErr w:type="spellStart"/>
      <w:r>
        <w:rPr>
          <w:rFonts w:cs="Times New Roman"/>
        </w:rPr>
        <w:t>seperti</w:t>
      </w:r>
      <w:proofErr w:type="spellEnd"/>
      <w:r>
        <w:rPr>
          <w:rFonts w:cs="Times New Roman"/>
        </w:rPr>
        <w:t xml:space="preserve"> </w:t>
      </w:r>
      <w:proofErr w:type="spellStart"/>
      <w:r>
        <w:rPr>
          <w:rFonts w:cs="Times New Roman"/>
        </w:rPr>
        <w:t>tingkatan</w:t>
      </w:r>
      <w:proofErr w:type="spellEnd"/>
      <w:r>
        <w:rPr>
          <w:rFonts w:cs="Times New Roman"/>
        </w:rPr>
        <w:t xml:space="preserve"> </w:t>
      </w:r>
      <w:proofErr w:type="spellStart"/>
      <w:r>
        <w:rPr>
          <w:rFonts w:cs="Times New Roman"/>
        </w:rPr>
        <w:t>akselerasi</w:t>
      </w:r>
      <w:proofErr w:type="spellEnd"/>
      <w:r>
        <w:rPr>
          <w:rFonts w:cs="Times New Roman"/>
        </w:rPr>
        <w:t xml:space="preserve">, </w:t>
      </w:r>
      <w:proofErr w:type="spellStart"/>
      <w:r>
        <w:rPr>
          <w:rFonts w:cs="Times New Roman"/>
        </w:rPr>
        <w:t>pengereman</w:t>
      </w:r>
      <w:proofErr w:type="spellEnd"/>
      <w:r>
        <w:rPr>
          <w:rFonts w:cs="Times New Roman"/>
        </w:rPr>
        <w:t xml:space="preserve">, dan </w:t>
      </w:r>
      <w:proofErr w:type="spellStart"/>
      <w:r>
        <w:rPr>
          <w:rFonts w:cs="Times New Roman"/>
        </w:rPr>
        <w:t>pembobotan</w:t>
      </w:r>
      <w:proofErr w:type="spellEnd"/>
      <w:r>
        <w:rPr>
          <w:rFonts w:cs="Times New Roman"/>
        </w:rPr>
        <w:t xml:space="preserve"> </w:t>
      </w:r>
      <w:proofErr w:type="spellStart"/>
      <w:r>
        <w:rPr>
          <w:rFonts w:cs="Times New Roman"/>
        </w:rPr>
        <w:t>sudut</w:t>
      </w:r>
      <w:proofErr w:type="spellEnd"/>
      <w:r>
        <w:rPr>
          <w:rFonts w:cs="Times New Roman"/>
        </w:rPr>
        <w:t xml:space="preserve"> </w:t>
      </w:r>
      <w:proofErr w:type="spellStart"/>
      <w:r>
        <w:rPr>
          <w:rFonts w:cs="Times New Roman"/>
        </w:rPr>
        <w:t>kemudi</w:t>
      </w:r>
      <w:proofErr w:type="spellEnd"/>
      <w:r>
        <w:rPr>
          <w:rFonts w:cs="Times New Roman"/>
        </w:rPr>
        <w:t xml:space="preserve">. </w:t>
      </w:r>
      <w:proofErr w:type="spellStart"/>
      <w:r>
        <w:rPr>
          <w:rFonts w:cs="Times New Roman"/>
        </w:rPr>
        <w:t>Arsitektur</w:t>
      </w:r>
      <w:proofErr w:type="spellEnd"/>
      <w:r>
        <w:rPr>
          <w:rFonts w:cs="Times New Roman"/>
        </w:rPr>
        <w:t xml:space="preserve"> DQN </w:t>
      </w:r>
      <w:proofErr w:type="spellStart"/>
      <w:r>
        <w:rPr>
          <w:rFonts w:cs="Times New Roman"/>
        </w:rPr>
        <w:t>terbukti</w:t>
      </w:r>
      <w:proofErr w:type="spellEnd"/>
      <w:r>
        <w:rPr>
          <w:rFonts w:cs="Times New Roman"/>
        </w:rPr>
        <w:t xml:space="preserve"> </w:t>
      </w:r>
      <w:proofErr w:type="spellStart"/>
      <w:r>
        <w:rPr>
          <w:rFonts w:cs="Times New Roman"/>
        </w:rPr>
        <w:t>mampu</w:t>
      </w:r>
      <w:proofErr w:type="spellEnd"/>
      <w:r>
        <w:rPr>
          <w:rFonts w:cs="Times New Roman"/>
        </w:rPr>
        <w:t xml:space="preserve"> </w:t>
      </w:r>
      <w:proofErr w:type="spellStart"/>
      <w:r>
        <w:rPr>
          <w:rFonts w:cs="Times New Roman"/>
        </w:rPr>
        <w:t>menyederhanakan</w:t>
      </w:r>
      <w:proofErr w:type="spellEnd"/>
      <w:r>
        <w:rPr>
          <w:rFonts w:cs="Times New Roman"/>
        </w:rPr>
        <w:t xml:space="preserve"> </w:t>
      </w:r>
      <w:proofErr w:type="spellStart"/>
      <w:r>
        <w:rPr>
          <w:rFonts w:cs="Times New Roman"/>
        </w:rPr>
        <w:t>kompleksitas</w:t>
      </w:r>
      <w:proofErr w:type="spellEnd"/>
      <w:r>
        <w:rPr>
          <w:rFonts w:cs="Times New Roman"/>
        </w:rPr>
        <w:t xml:space="preserve"> </w:t>
      </w:r>
      <w:proofErr w:type="spellStart"/>
      <w:r>
        <w:rPr>
          <w:rFonts w:cs="Times New Roman"/>
        </w:rPr>
        <w:t>ruang</w:t>
      </w:r>
      <w:proofErr w:type="spellEnd"/>
      <w:r>
        <w:rPr>
          <w:rFonts w:cs="Times New Roman"/>
        </w:rPr>
        <w:t xml:space="preserve"> </w:t>
      </w:r>
      <w:proofErr w:type="spellStart"/>
      <w:r>
        <w:rPr>
          <w:rFonts w:cs="Times New Roman"/>
        </w:rPr>
        <w:t>aksi</w:t>
      </w:r>
      <w:proofErr w:type="spellEnd"/>
      <w:r>
        <w:rPr>
          <w:rFonts w:cs="Times New Roman"/>
        </w:rPr>
        <w:t xml:space="preserve"> </w:t>
      </w:r>
      <w:proofErr w:type="spellStart"/>
      <w:r>
        <w:rPr>
          <w:rFonts w:cs="Times New Roman"/>
        </w:rPr>
        <w:t>tersebut</w:t>
      </w:r>
      <w:proofErr w:type="spellEnd"/>
      <w:r>
        <w:rPr>
          <w:rFonts w:cs="Times New Roman"/>
        </w:rPr>
        <w:t xml:space="preserve"> </w:t>
      </w:r>
      <w:proofErr w:type="spellStart"/>
      <w:r>
        <w:rPr>
          <w:rFonts w:cs="Times New Roman"/>
        </w:rPr>
        <w:t>sehingga</w:t>
      </w:r>
      <w:proofErr w:type="spellEnd"/>
      <w:r>
        <w:rPr>
          <w:rFonts w:cs="Times New Roman"/>
        </w:rPr>
        <w:t xml:space="preserve"> proses </w:t>
      </w:r>
      <w:proofErr w:type="spellStart"/>
      <w:r>
        <w:rPr>
          <w:rFonts w:cs="Times New Roman"/>
        </w:rPr>
        <w:t>konvergensi</w:t>
      </w:r>
      <w:proofErr w:type="spellEnd"/>
      <w:r>
        <w:rPr>
          <w:rFonts w:cs="Times New Roman"/>
        </w:rPr>
        <w:t xml:space="preserve"> </w:t>
      </w:r>
      <w:proofErr w:type="spellStart"/>
      <w:r>
        <w:rPr>
          <w:rFonts w:cs="Times New Roman"/>
        </w:rPr>
        <w:t>pembelajaran</w:t>
      </w:r>
      <w:proofErr w:type="spellEnd"/>
      <w:r>
        <w:rPr>
          <w:rFonts w:cs="Times New Roman"/>
        </w:rPr>
        <w:t xml:space="preserve"> </w:t>
      </w:r>
      <w:proofErr w:type="spellStart"/>
      <w:r>
        <w:rPr>
          <w:rFonts w:cs="Times New Roman"/>
        </w:rPr>
        <w:t>manuver</w:t>
      </w:r>
      <w:proofErr w:type="spellEnd"/>
      <w:r>
        <w:rPr>
          <w:rFonts w:cs="Times New Roman"/>
        </w:rPr>
        <w:t xml:space="preserve"> </w:t>
      </w:r>
      <w:proofErr w:type="spellStart"/>
      <w:r>
        <w:rPr>
          <w:rFonts w:cs="Times New Roman"/>
        </w:rPr>
        <w:t>terhindar</w:t>
      </w:r>
      <w:proofErr w:type="spellEnd"/>
      <w:r>
        <w:rPr>
          <w:rFonts w:cs="Times New Roman"/>
        </w:rPr>
        <w:t xml:space="preserve"> </w:t>
      </w:r>
      <w:proofErr w:type="spellStart"/>
      <w:r>
        <w:rPr>
          <w:rFonts w:cs="Times New Roman"/>
        </w:rPr>
        <w:t>dari</w:t>
      </w:r>
      <w:proofErr w:type="spellEnd"/>
      <w:r>
        <w:rPr>
          <w:rFonts w:cs="Times New Roman"/>
        </w:rPr>
        <w:t xml:space="preserve"> </w:t>
      </w:r>
      <w:proofErr w:type="spellStart"/>
      <w:r>
        <w:rPr>
          <w:rFonts w:cs="Times New Roman"/>
        </w:rPr>
        <w:t>ketidakstabilan</w:t>
      </w:r>
      <w:proofErr w:type="spellEnd"/>
      <w:r>
        <w:rPr>
          <w:rFonts w:cs="Times New Roman"/>
        </w:rPr>
        <w:t xml:space="preserve"> </w:t>
      </w:r>
      <w:proofErr w:type="spellStart"/>
      <w:r>
        <w:rPr>
          <w:rFonts w:cs="Times New Roman"/>
        </w:rPr>
        <w:t>komputasi</w:t>
      </w:r>
      <w:proofErr w:type="spellEnd"/>
      <w:r>
        <w:rPr>
          <w:rFonts w:cs="Times New Roman"/>
        </w:rPr>
        <w:t xml:space="preserve"> yang </w:t>
      </w:r>
      <w:proofErr w:type="spellStart"/>
      <w:r>
        <w:rPr>
          <w:rFonts w:cs="Times New Roman"/>
        </w:rPr>
        <w:t>sering</w:t>
      </w:r>
      <w:proofErr w:type="spellEnd"/>
      <w:r>
        <w:rPr>
          <w:rFonts w:cs="Times New Roman"/>
        </w:rPr>
        <w:t xml:space="preserve"> </w:t>
      </w:r>
      <w:proofErr w:type="spellStart"/>
      <w:r>
        <w:rPr>
          <w:rFonts w:cs="Times New Roman"/>
        </w:rPr>
        <w:t>terjadi</w:t>
      </w:r>
      <w:proofErr w:type="spellEnd"/>
      <w:r>
        <w:rPr>
          <w:rFonts w:cs="Times New Roman"/>
        </w:rPr>
        <w:t xml:space="preserve"> pada </w:t>
      </w:r>
      <w:proofErr w:type="spellStart"/>
      <w:r>
        <w:rPr>
          <w:rFonts w:cs="Times New Roman"/>
        </w:rPr>
        <w:t>algoritma</w:t>
      </w:r>
      <w:proofErr w:type="spellEnd"/>
      <w:r>
        <w:rPr>
          <w:rFonts w:cs="Times New Roman"/>
        </w:rPr>
        <w:t xml:space="preserve"> </w:t>
      </w:r>
      <w:proofErr w:type="spellStart"/>
      <w:r>
        <w:rPr>
          <w:rFonts w:cs="Times New Roman"/>
        </w:rPr>
        <w:t>berbasis</w:t>
      </w:r>
      <w:proofErr w:type="spellEnd"/>
      <w:r>
        <w:rPr>
          <w:rFonts w:cs="Times New Roman"/>
        </w:rPr>
        <w:t xml:space="preserve"> </w:t>
      </w:r>
      <w:r>
        <w:rPr>
          <w:rFonts w:cs="Times New Roman"/>
          <w:i/>
        </w:rPr>
        <w:t>continuous action</w:t>
      </w:r>
      <w:r>
        <w:rPr>
          <w:rFonts w:cs="Times New Roman"/>
        </w:rPr>
        <w:t>.</w:t>
      </w:r>
    </w:p>
    <w:p w14:paraId="11C47B60" w14:textId="3B953D99" w:rsidR="00F810AC" w:rsidRDefault="00000000">
      <w:pPr>
        <w:spacing w:after="0" w:line="360" w:lineRule="auto"/>
        <w:ind w:firstLine="680"/>
        <w:jc w:val="both"/>
      </w:pPr>
      <w:proofErr w:type="spellStart"/>
      <w:r>
        <w:rPr>
          <w:rFonts w:cs="Times New Roman"/>
        </w:rPr>
        <w:t>Tinjauan</w:t>
      </w:r>
      <w:proofErr w:type="spellEnd"/>
      <w:r>
        <w:rPr>
          <w:rFonts w:cs="Times New Roman"/>
        </w:rPr>
        <w:t xml:space="preserve"> </w:t>
      </w:r>
      <w:proofErr w:type="spellStart"/>
      <w:r>
        <w:rPr>
          <w:rFonts w:cs="Times New Roman"/>
        </w:rPr>
        <w:t>literatur</w:t>
      </w:r>
      <w:proofErr w:type="spellEnd"/>
      <w:r>
        <w:rPr>
          <w:rFonts w:cs="Times New Roman"/>
        </w:rPr>
        <w:t xml:space="preserve"> </w:t>
      </w:r>
      <w:proofErr w:type="spellStart"/>
      <w:r>
        <w:rPr>
          <w:rFonts w:cs="Times New Roman"/>
        </w:rPr>
        <w:t>menunjukkan</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algoritma</w:t>
      </w:r>
      <w:proofErr w:type="spellEnd"/>
      <w:r>
        <w:rPr>
          <w:rFonts w:cs="Times New Roman"/>
        </w:rPr>
        <w:t xml:space="preserve"> </w:t>
      </w:r>
      <w:r>
        <w:rPr>
          <w:rFonts w:cs="Times New Roman"/>
          <w:i/>
        </w:rPr>
        <w:t>End-to-End</w:t>
      </w:r>
      <w:r>
        <w:rPr>
          <w:rFonts w:cs="Times New Roman"/>
        </w:rPr>
        <w:t xml:space="preserve"> dan </w:t>
      </w:r>
      <w:r>
        <w:rPr>
          <w:rFonts w:cs="Times New Roman"/>
          <w:i/>
        </w:rPr>
        <w:t>Reinforcement Learning</w:t>
      </w:r>
      <w:r>
        <w:rPr>
          <w:rFonts w:cs="Times New Roman"/>
        </w:rPr>
        <w:t xml:space="preserve"> </w:t>
      </w:r>
      <w:proofErr w:type="spellStart"/>
      <w:r>
        <w:rPr>
          <w:rFonts w:cs="Times New Roman"/>
        </w:rPr>
        <w:t>telah</w:t>
      </w:r>
      <w:proofErr w:type="spellEnd"/>
      <w:r>
        <w:rPr>
          <w:rFonts w:cs="Times New Roman"/>
        </w:rPr>
        <w:t xml:space="preserve"> </w:t>
      </w:r>
      <w:proofErr w:type="spellStart"/>
      <w:r>
        <w:rPr>
          <w:rFonts w:cs="Times New Roman"/>
        </w:rPr>
        <w:t>diaplikasikan</w:t>
      </w:r>
      <w:proofErr w:type="spellEnd"/>
      <w:r>
        <w:rPr>
          <w:rFonts w:cs="Times New Roman"/>
        </w:rPr>
        <w:t xml:space="preserve"> </w:t>
      </w:r>
      <w:proofErr w:type="spellStart"/>
      <w:r>
        <w:rPr>
          <w:rFonts w:cs="Times New Roman"/>
        </w:rPr>
        <w:t>untuk</w:t>
      </w:r>
      <w:proofErr w:type="spellEnd"/>
      <w:r>
        <w:rPr>
          <w:rFonts w:cs="Times New Roman"/>
        </w:rPr>
        <w:t xml:space="preserve"> </w:t>
      </w:r>
      <w:proofErr w:type="spellStart"/>
      <w:r>
        <w:rPr>
          <w:rFonts w:cs="Times New Roman"/>
        </w:rPr>
        <w:t>kontrol</w:t>
      </w:r>
      <w:proofErr w:type="spellEnd"/>
      <w:r>
        <w:rPr>
          <w:rFonts w:cs="Times New Roman"/>
        </w:rPr>
        <w:t xml:space="preserve"> </w:t>
      </w:r>
      <w:proofErr w:type="spellStart"/>
      <w:r>
        <w:rPr>
          <w:rFonts w:cs="Times New Roman"/>
        </w:rPr>
        <w:t>otonom</w:t>
      </w:r>
      <w:proofErr w:type="spellEnd"/>
      <w:r>
        <w:rPr>
          <w:rFonts w:cs="Times New Roman"/>
        </w:rPr>
        <w:t xml:space="preserve"> pada </w:t>
      </w:r>
      <w:proofErr w:type="spellStart"/>
      <w:r>
        <w:rPr>
          <w:rFonts w:cs="Times New Roman"/>
        </w:rPr>
        <w:t>kendaraan</w:t>
      </w:r>
      <w:proofErr w:type="spellEnd"/>
      <w:r>
        <w:rPr>
          <w:rFonts w:cs="Times New Roman"/>
        </w:rPr>
        <w:t xml:space="preserve"> </w:t>
      </w:r>
      <w:proofErr w:type="spellStart"/>
      <w:r>
        <w:rPr>
          <w:rFonts w:cs="Times New Roman"/>
        </w:rPr>
        <w:t>penumpang</w:t>
      </w:r>
      <w:proofErr w:type="spellEnd"/>
      <w:r>
        <w:rPr>
          <w:rFonts w:cs="Times New Roman"/>
        </w:rPr>
        <w:t xml:space="preserve"> </w:t>
      </w:r>
      <w:proofErr w:type="spellStart"/>
      <w:r>
        <w:rPr>
          <w:rFonts w:cs="Times New Roman"/>
        </w:rPr>
        <w:t>standar</w:t>
      </w:r>
      <w:proofErr w:type="spellEnd"/>
      <w:r>
        <w:rPr>
          <w:rFonts w:cs="Times New Roman"/>
        </w:rPr>
        <w:t xml:space="preserve">, </w:t>
      </w:r>
      <w:proofErr w:type="spellStart"/>
      <w:r>
        <w:rPr>
          <w:rFonts w:cs="Times New Roman"/>
        </w:rPr>
        <w:t>baik</w:t>
      </w:r>
      <w:proofErr w:type="spellEnd"/>
      <w:r>
        <w:rPr>
          <w:rFonts w:cs="Times New Roman"/>
        </w:rPr>
        <w:t xml:space="preserve"> </w:t>
      </w:r>
      <w:proofErr w:type="spellStart"/>
      <w:r>
        <w:rPr>
          <w:rFonts w:cs="Times New Roman"/>
        </w:rPr>
        <w:t>melalui</w:t>
      </w:r>
      <w:proofErr w:type="spellEnd"/>
      <w:r>
        <w:rPr>
          <w:rFonts w:cs="Times New Roman"/>
        </w:rPr>
        <w:t xml:space="preserve"> </w:t>
      </w:r>
      <w:proofErr w:type="spellStart"/>
      <w:r>
        <w:rPr>
          <w:rFonts w:cs="Times New Roman"/>
        </w:rPr>
        <w:t>pengujian</w:t>
      </w:r>
      <w:proofErr w:type="spellEnd"/>
      <w:r>
        <w:rPr>
          <w:rFonts w:cs="Times New Roman"/>
        </w:rPr>
        <w:t xml:space="preserve"> di </w:t>
      </w:r>
      <w:proofErr w:type="spellStart"/>
      <w:r>
        <w:rPr>
          <w:rFonts w:cs="Times New Roman"/>
        </w:rPr>
        <w:t>lingkungan</w:t>
      </w:r>
      <w:proofErr w:type="spellEnd"/>
      <w:r>
        <w:rPr>
          <w:rFonts w:cs="Times New Roman"/>
        </w:rPr>
        <w:t xml:space="preserve"> </w:t>
      </w:r>
      <w:proofErr w:type="spellStart"/>
      <w:r>
        <w:rPr>
          <w:rFonts w:cs="Times New Roman"/>
        </w:rPr>
        <w:t>simulasi</w:t>
      </w:r>
      <w:proofErr w:type="spellEnd"/>
      <w:r w:rsidR="002A79E0">
        <w:rPr>
          <w:rFonts w:cs="Times New Roman"/>
        </w:rPr>
        <w:t xml:space="preserve"> </w:t>
      </w:r>
      <w:sdt>
        <w:sdtPr>
          <w:rPr>
            <w:rFonts w:cs="Times New Roman"/>
            <w:color w:val="000000"/>
          </w:rPr>
          <w:tag w:val="MENDELEY_CITATION_v3_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"/>
          <w:id w:val="-599947143"/>
          <w:placeholder>
            <w:docPart w:val="DefaultPlaceholder_-1854013440"/>
          </w:placeholder>
        </w:sdtPr>
        <w:sdtContent>
          <w:r w:rsidR="00F21BE8" w:rsidRPr="00F21BE8">
            <w:rPr>
              <w:rFonts w:cs="Times New Roman"/>
              <w:color w:val="000000"/>
            </w:rPr>
            <w:t>[DRC17]</w:t>
          </w:r>
        </w:sdtContent>
      </w:sdt>
      <w:r>
        <w:rPr>
          <w:rFonts w:cs="Times New Roman"/>
        </w:rPr>
        <w:t xml:space="preserve"> </w:t>
      </w:r>
      <w:proofErr w:type="spellStart"/>
      <w:r>
        <w:rPr>
          <w:rFonts w:cs="Times New Roman"/>
        </w:rPr>
        <w:t>maupun</w:t>
      </w:r>
      <w:proofErr w:type="spellEnd"/>
      <w:r>
        <w:rPr>
          <w:rFonts w:cs="Times New Roman"/>
        </w:rPr>
        <w:t xml:space="preserve"> uji </w:t>
      </w:r>
      <w:proofErr w:type="spellStart"/>
      <w:r>
        <w:rPr>
          <w:rFonts w:cs="Times New Roman"/>
        </w:rPr>
        <w:t>jalan</w:t>
      </w:r>
      <w:proofErr w:type="spellEnd"/>
      <w:r>
        <w:rPr>
          <w:rFonts w:cs="Times New Roman"/>
        </w:rPr>
        <w:t xml:space="preserve"> </w:t>
      </w:r>
      <w:proofErr w:type="spellStart"/>
      <w:r>
        <w:rPr>
          <w:rFonts w:cs="Times New Roman"/>
        </w:rPr>
        <w:t>fisik</w:t>
      </w:r>
      <w:proofErr w:type="spellEnd"/>
      <w:r w:rsidR="00204806">
        <w:rPr>
          <w:rFonts w:cs="Times New Roman"/>
        </w:rPr>
        <w:t xml:space="preserve"> </w:t>
      </w:r>
      <w:sdt>
        <w:sdtPr>
          <w:rPr>
            <w:rFonts w:cs="Times New Roman"/>
            <w:color w:val="000000"/>
          </w:rPr>
          <w:tag w:val="MENDELEY_CITATION_v3_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"/>
          <w:id w:val="-235097670"/>
          <w:placeholder>
            <w:docPart w:val="DefaultPlaceholder_-1854013440"/>
          </w:placeholder>
        </w:sdtPr>
        <w:sdtContent>
          <w:r w:rsidR="00F21BE8" w:rsidRPr="00F21BE8">
            <w:rPr>
              <w:rFonts w:cs="Times New Roman"/>
              <w:color w:val="000000"/>
            </w:rPr>
            <w:t>[KHJ19]</w:t>
          </w:r>
        </w:sdtContent>
      </w:sdt>
      <w:r>
        <w:rPr>
          <w:rFonts w:cs="Times New Roman"/>
        </w:rPr>
        <w:t xml:space="preserve">. Di </w:t>
      </w:r>
      <w:proofErr w:type="spellStart"/>
      <w:r>
        <w:rPr>
          <w:rFonts w:cs="Times New Roman"/>
        </w:rPr>
        <w:t>lingkup</w:t>
      </w:r>
      <w:proofErr w:type="spellEnd"/>
      <w:r>
        <w:rPr>
          <w:rFonts w:cs="Times New Roman"/>
        </w:rPr>
        <w:t xml:space="preserve"> Universitas </w:t>
      </w:r>
      <w:proofErr w:type="spellStart"/>
      <w:r>
        <w:rPr>
          <w:rFonts w:cs="Times New Roman"/>
        </w:rPr>
        <w:t>Pasundan</w:t>
      </w:r>
      <w:proofErr w:type="spellEnd"/>
      <w:r>
        <w:rPr>
          <w:rFonts w:cs="Times New Roman"/>
        </w:rPr>
        <w:t xml:space="preserve">, </w:t>
      </w:r>
      <w:proofErr w:type="spellStart"/>
      <w:r>
        <w:rPr>
          <w:rFonts w:cs="Times New Roman"/>
        </w:rPr>
        <w:t>pengembangan</w:t>
      </w:r>
      <w:proofErr w:type="spellEnd"/>
      <w:r>
        <w:rPr>
          <w:rFonts w:cs="Times New Roman"/>
        </w:rPr>
        <w:t xml:space="preserve"> </w:t>
      </w:r>
      <w:proofErr w:type="spellStart"/>
      <w:r>
        <w:rPr>
          <w:rFonts w:cs="Times New Roman"/>
        </w:rPr>
        <w:t>sistem</w:t>
      </w:r>
      <w:proofErr w:type="spellEnd"/>
      <w:r>
        <w:rPr>
          <w:rFonts w:cs="Times New Roman"/>
        </w:rPr>
        <w:t xml:space="preserve"> </w:t>
      </w:r>
      <w:proofErr w:type="spellStart"/>
      <w:r>
        <w:rPr>
          <w:rFonts w:cs="Times New Roman"/>
        </w:rPr>
        <w:t>navigasi</w:t>
      </w:r>
      <w:proofErr w:type="spellEnd"/>
      <w:r>
        <w:rPr>
          <w:rFonts w:cs="Times New Roman"/>
        </w:rPr>
        <w:t xml:space="preserve"> </w:t>
      </w:r>
      <w:proofErr w:type="spellStart"/>
      <w:r>
        <w:rPr>
          <w:rFonts w:cs="Times New Roman"/>
        </w:rPr>
        <w:t>otonom</w:t>
      </w:r>
      <w:proofErr w:type="spellEnd"/>
      <w:r>
        <w:rPr>
          <w:rFonts w:cs="Times New Roman"/>
        </w:rPr>
        <w:t xml:space="preserve"> </w:t>
      </w:r>
      <w:proofErr w:type="spellStart"/>
      <w:r>
        <w:rPr>
          <w:rFonts w:cs="Times New Roman"/>
        </w:rPr>
        <w:t>telah</w:t>
      </w:r>
      <w:proofErr w:type="spellEnd"/>
      <w:r>
        <w:rPr>
          <w:rFonts w:cs="Times New Roman"/>
        </w:rPr>
        <w:t xml:space="preserve"> </w:t>
      </w:r>
      <w:proofErr w:type="spellStart"/>
      <w:r>
        <w:rPr>
          <w:rFonts w:cs="Times New Roman"/>
        </w:rPr>
        <w:t>diinisiasi</w:t>
      </w:r>
      <w:proofErr w:type="spellEnd"/>
      <w:r>
        <w:rPr>
          <w:rFonts w:cs="Times New Roman"/>
        </w:rPr>
        <w:t xml:space="preserve"> </w:t>
      </w:r>
      <w:proofErr w:type="spellStart"/>
      <w:r>
        <w:rPr>
          <w:rFonts w:cs="Times New Roman"/>
        </w:rPr>
        <w:t>melalui</w:t>
      </w:r>
      <w:proofErr w:type="spellEnd"/>
      <w:r>
        <w:rPr>
          <w:rFonts w:cs="Times New Roman"/>
        </w:rPr>
        <w:t xml:space="preserve"> </w:t>
      </w:r>
      <w:proofErr w:type="spellStart"/>
      <w:r>
        <w:rPr>
          <w:rFonts w:cs="Times New Roman"/>
        </w:rPr>
        <w:t>penelitian</w:t>
      </w:r>
      <w:proofErr w:type="spellEnd"/>
      <w:r>
        <w:rPr>
          <w:rFonts w:cs="Times New Roman"/>
        </w:rPr>
        <w:t xml:space="preserve"> </w:t>
      </w:r>
      <w:proofErr w:type="spellStart"/>
      <w:r>
        <w:rPr>
          <w:rFonts w:cs="Times New Roman"/>
        </w:rPr>
        <w:t>Mawardi</w:t>
      </w:r>
      <w:proofErr w:type="spellEnd"/>
      <w:r>
        <w:rPr>
          <w:rFonts w:cs="Times New Roman"/>
        </w:rPr>
        <w:t xml:space="preserve"> dan </w:t>
      </w:r>
      <w:proofErr w:type="spellStart"/>
      <w:r>
        <w:rPr>
          <w:rFonts w:cs="Times New Roman"/>
        </w:rPr>
        <w:t>Supeno</w:t>
      </w:r>
      <w:proofErr w:type="spellEnd"/>
      <w:r w:rsidR="006B70BB">
        <w:rPr>
          <w:rFonts w:cs="Times New Roman"/>
        </w:rPr>
        <w:t xml:space="preserve"> </w:t>
      </w:r>
      <w:sdt>
        <w:sdtPr>
          <w:rPr>
            <w:rFonts w:cs="Times New Roman"/>
            <w:color w:val="000000"/>
          </w:rPr>
          <w:tag w:val="MENDELEY_CITATION_v3_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"/>
          <w:id w:val="1538542819"/>
          <w:placeholder>
            <w:docPart w:val="DefaultPlaceholder_-1854013440"/>
          </w:placeholder>
        </w:sdtPr>
        <w:sdtContent>
          <w:r w:rsidR="00F21BE8" w:rsidRPr="00F21BE8">
            <w:rPr>
              <w:rFonts w:cs="Times New Roman"/>
              <w:color w:val="000000"/>
            </w:rPr>
            <w:t>[MAS24]</w:t>
          </w:r>
        </w:sdtContent>
      </w:sdt>
      <w:r>
        <w:rPr>
          <w:rFonts w:cs="Times New Roman"/>
        </w:rPr>
        <w:t xml:space="preserve"> </w:t>
      </w:r>
      <w:proofErr w:type="spellStart"/>
      <w:r>
        <w:rPr>
          <w:rFonts w:cs="Times New Roman"/>
        </w:rPr>
        <w:t>menggunakan</w:t>
      </w:r>
      <w:proofErr w:type="spellEnd"/>
      <w:r>
        <w:rPr>
          <w:rFonts w:cs="Times New Roman"/>
        </w:rPr>
        <w:t xml:space="preserve"> </w:t>
      </w:r>
      <w:proofErr w:type="spellStart"/>
      <w:r>
        <w:rPr>
          <w:rFonts w:cs="Times New Roman"/>
        </w:rPr>
        <w:t>algoritma</w:t>
      </w:r>
      <w:proofErr w:type="spellEnd"/>
      <w:r>
        <w:rPr>
          <w:rFonts w:cs="Times New Roman"/>
        </w:rPr>
        <w:t xml:space="preserve"> </w:t>
      </w:r>
      <w:r>
        <w:rPr>
          <w:rFonts w:cs="Times New Roman"/>
          <w:i/>
        </w:rPr>
        <w:t>Proximal Policy Optimization</w:t>
      </w:r>
      <w:r>
        <w:rPr>
          <w:rFonts w:cs="Times New Roman"/>
        </w:rPr>
        <w:t xml:space="preserve"> (PPO) </w:t>
      </w:r>
      <w:proofErr w:type="spellStart"/>
      <w:r>
        <w:rPr>
          <w:rFonts w:cs="Times New Roman"/>
        </w:rPr>
        <w:t>serta</w:t>
      </w:r>
      <w:proofErr w:type="spellEnd"/>
      <w:r>
        <w:rPr>
          <w:rFonts w:cs="Times New Roman"/>
        </w:rPr>
        <w:t xml:space="preserve"> Putra dan </w:t>
      </w:r>
      <w:proofErr w:type="spellStart"/>
      <w:r>
        <w:rPr>
          <w:rFonts w:cs="Times New Roman"/>
        </w:rPr>
        <w:t>Supeno</w:t>
      </w:r>
      <w:proofErr w:type="spellEnd"/>
      <w:r>
        <w:rPr>
          <w:rFonts w:cs="Times New Roman"/>
        </w:rPr>
        <w:t xml:space="preserve"> </w:t>
      </w:r>
      <w:sdt>
        <w:sdtPr>
          <w:rPr>
            <w:rFonts w:cs="Times New Roman"/>
            <w:color w:val="000000"/>
          </w:rPr>
          <w:tag w:val="MENDELEY_CITATION_v3_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"/>
          <w:id w:val="-1539052209"/>
          <w:placeholder>
            <w:docPart w:val="DefaultPlaceholder_-1854013440"/>
          </w:placeholder>
        </w:sdtPr>
        <w:sdtContent>
          <w:r w:rsidR="00F21BE8" w:rsidRPr="00F21BE8">
            <w:rPr>
              <w:rFonts w:cs="Times New Roman"/>
              <w:color w:val="000000"/>
            </w:rPr>
            <w:t>[PUS25]</w:t>
          </w:r>
        </w:sdtContent>
      </w:sdt>
      <w:r w:rsidR="006B70BB">
        <w:rPr>
          <w:rFonts w:cs="Times New Roman"/>
        </w:rPr>
        <w:t xml:space="preserve"> </w:t>
      </w:r>
      <w:proofErr w:type="spellStart"/>
      <w:r>
        <w:rPr>
          <w:rFonts w:cs="Times New Roman"/>
        </w:rPr>
        <w:t>menggunakan</w:t>
      </w:r>
      <w:proofErr w:type="spellEnd"/>
      <w:r>
        <w:rPr>
          <w:rFonts w:cs="Times New Roman"/>
        </w:rPr>
        <w:t xml:space="preserve"> </w:t>
      </w:r>
      <w:r>
        <w:rPr>
          <w:rFonts w:cs="Times New Roman"/>
          <w:i/>
        </w:rPr>
        <w:t>Deep Q-Network</w:t>
      </w:r>
      <w:r>
        <w:rPr>
          <w:rFonts w:cs="Times New Roman"/>
        </w:rPr>
        <w:t xml:space="preserve"> (DQN). </w:t>
      </w:r>
      <w:proofErr w:type="spellStart"/>
      <w:r>
        <w:rPr>
          <w:rFonts w:cs="Times New Roman"/>
        </w:rPr>
        <w:t>Namun</w:t>
      </w:r>
      <w:proofErr w:type="spellEnd"/>
      <w:r>
        <w:rPr>
          <w:rFonts w:cs="Times New Roman"/>
        </w:rPr>
        <w:t xml:space="preserve">, </w:t>
      </w:r>
      <w:proofErr w:type="spellStart"/>
      <w:r>
        <w:rPr>
          <w:rFonts w:cs="Times New Roman"/>
        </w:rPr>
        <w:t>studi-studi</w:t>
      </w:r>
      <w:proofErr w:type="spellEnd"/>
      <w:r>
        <w:rPr>
          <w:rFonts w:cs="Times New Roman"/>
        </w:rPr>
        <w:t xml:space="preserve"> </w:t>
      </w:r>
      <w:proofErr w:type="spellStart"/>
      <w:r>
        <w:rPr>
          <w:rFonts w:cs="Times New Roman"/>
        </w:rPr>
        <w:t>tersebut</w:t>
      </w:r>
      <w:proofErr w:type="spellEnd"/>
      <w:r>
        <w:rPr>
          <w:rFonts w:cs="Times New Roman"/>
        </w:rPr>
        <w:t xml:space="preserve"> </w:t>
      </w:r>
      <w:proofErr w:type="spellStart"/>
      <w:r>
        <w:rPr>
          <w:rFonts w:cs="Times New Roman"/>
        </w:rPr>
        <w:t>masih</w:t>
      </w:r>
      <w:proofErr w:type="spellEnd"/>
      <w:r>
        <w:rPr>
          <w:rFonts w:cs="Times New Roman"/>
        </w:rPr>
        <w:t xml:space="preserve"> </w:t>
      </w:r>
      <w:proofErr w:type="spellStart"/>
      <w:r>
        <w:rPr>
          <w:rFonts w:cs="Times New Roman"/>
        </w:rPr>
        <w:t>berfokus</w:t>
      </w:r>
      <w:proofErr w:type="spellEnd"/>
      <w:r>
        <w:rPr>
          <w:rFonts w:cs="Times New Roman"/>
        </w:rPr>
        <w:t xml:space="preserve"> pada </w:t>
      </w:r>
      <w:proofErr w:type="spellStart"/>
      <w:r>
        <w:rPr>
          <w:rFonts w:cs="Times New Roman"/>
        </w:rPr>
        <w:t>dinamika</w:t>
      </w:r>
      <w:proofErr w:type="spellEnd"/>
      <w:r>
        <w:rPr>
          <w:rFonts w:cs="Times New Roman"/>
        </w:rPr>
        <w:t xml:space="preserve"> </w:t>
      </w:r>
      <w:proofErr w:type="spellStart"/>
      <w:r>
        <w:rPr>
          <w:rFonts w:cs="Times New Roman"/>
        </w:rPr>
        <w:t>kendaraan</w:t>
      </w:r>
      <w:proofErr w:type="spellEnd"/>
      <w:r>
        <w:rPr>
          <w:rFonts w:cs="Times New Roman"/>
        </w:rPr>
        <w:t xml:space="preserve"> </w:t>
      </w:r>
      <w:proofErr w:type="spellStart"/>
      <w:r>
        <w:rPr>
          <w:rFonts w:cs="Times New Roman"/>
        </w:rPr>
        <w:t>penumpang</w:t>
      </w:r>
      <w:proofErr w:type="spellEnd"/>
      <w:r>
        <w:rPr>
          <w:rFonts w:cs="Times New Roman"/>
        </w:rPr>
        <w:t xml:space="preserve"> </w:t>
      </w:r>
      <w:proofErr w:type="spellStart"/>
      <w:r>
        <w:rPr>
          <w:rFonts w:cs="Times New Roman"/>
        </w:rPr>
        <w:t>konvensional</w:t>
      </w:r>
      <w:proofErr w:type="spellEnd"/>
      <w:r>
        <w:rPr>
          <w:rFonts w:cs="Times New Roman"/>
        </w:rPr>
        <w:t xml:space="preserve"> dan </w:t>
      </w:r>
      <w:proofErr w:type="spellStart"/>
      <w:r>
        <w:rPr>
          <w:rFonts w:cs="Times New Roman"/>
        </w:rPr>
        <w:t>masih</w:t>
      </w:r>
      <w:proofErr w:type="spellEnd"/>
      <w:r>
        <w:rPr>
          <w:rFonts w:cs="Times New Roman"/>
        </w:rPr>
        <w:t xml:space="preserve"> </w:t>
      </w:r>
      <w:proofErr w:type="spellStart"/>
      <w:r>
        <w:rPr>
          <w:rFonts w:cs="Times New Roman"/>
        </w:rPr>
        <w:t>menyisakan</w:t>
      </w:r>
      <w:proofErr w:type="spellEnd"/>
      <w:r>
        <w:rPr>
          <w:rFonts w:cs="Times New Roman"/>
        </w:rPr>
        <w:t xml:space="preserve"> </w:t>
      </w:r>
      <w:proofErr w:type="spellStart"/>
      <w:r>
        <w:rPr>
          <w:rFonts w:cs="Times New Roman"/>
        </w:rPr>
        <w:t>tantangan</w:t>
      </w:r>
      <w:proofErr w:type="spellEnd"/>
      <w:r>
        <w:rPr>
          <w:rFonts w:cs="Times New Roman"/>
        </w:rPr>
        <w:t xml:space="preserve"> </w:t>
      </w:r>
      <w:proofErr w:type="spellStart"/>
      <w:r>
        <w:rPr>
          <w:rFonts w:cs="Times New Roman"/>
        </w:rPr>
        <w:t>berupa</w:t>
      </w:r>
      <w:proofErr w:type="spellEnd"/>
      <w:r>
        <w:rPr>
          <w:rFonts w:cs="Times New Roman"/>
        </w:rPr>
        <w:t xml:space="preserve"> </w:t>
      </w:r>
      <w:proofErr w:type="spellStart"/>
      <w:r>
        <w:rPr>
          <w:rFonts w:cs="Times New Roman"/>
        </w:rPr>
        <w:t>anomali</w:t>
      </w:r>
      <w:proofErr w:type="spellEnd"/>
      <w:r>
        <w:rPr>
          <w:rFonts w:cs="Times New Roman"/>
        </w:rPr>
        <w:t xml:space="preserve"> </w:t>
      </w:r>
      <w:proofErr w:type="spellStart"/>
      <w:r>
        <w:rPr>
          <w:rFonts w:cs="Times New Roman"/>
        </w:rPr>
        <w:t>pengereman</w:t>
      </w:r>
      <w:proofErr w:type="spellEnd"/>
      <w:r>
        <w:rPr>
          <w:rFonts w:cs="Times New Roman"/>
        </w:rPr>
        <w:t xml:space="preserve"> </w:t>
      </w:r>
      <w:proofErr w:type="spellStart"/>
      <w:r>
        <w:rPr>
          <w:rFonts w:cs="Times New Roman"/>
        </w:rPr>
        <w:t>tanpa</w:t>
      </w:r>
      <w:proofErr w:type="spellEnd"/>
      <w:r>
        <w:rPr>
          <w:rFonts w:cs="Times New Roman"/>
        </w:rPr>
        <w:t xml:space="preserve"> </w:t>
      </w:r>
      <w:proofErr w:type="spellStart"/>
      <w:r>
        <w:rPr>
          <w:rFonts w:cs="Times New Roman"/>
        </w:rPr>
        <w:t>rintangan</w:t>
      </w:r>
      <w:proofErr w:type="spellEnd"/>
      <w:r>
        <w:rPr>
          <w:rFonts w:cs="Times New Roman"/>
        </w:rPr>
        <w:t xml:space="preserve"> (</w:t>
      </w:r>
      <w:r>
        <w:rPr>
          <w:rFonts w:cs="Times New Roman"/>
          <w:i/>
        </w:rPr>
        <w:t>false braking</w:t>
      </w:r>
      <w:r>
        <w:rPr>
          <w:rFonts w:cs="Times New Roman"/>
        </w:rPr>
        <w:t xml:space="preserve">) pada </w:t>
      </w:r>
      <w:proofErr w:type="spellStart"/>
      <w:r>
        <w:rPr>
          <w:rFonts w:cs="Times New Roman"/>
        </w:rPr>
        <w:t>skenario</w:t>
      </w:r>
      <w:proofErr w:type="spellEnd"/>
      <w:r>
        <w:rPr>
          <w:rFonts w:cs="Times New Roman"/>
        </w:rPr>
        <w:t xml:space="preserve"> </w:t>
      </w:r>
      <w:proofErr w:type="spellStart"/>
      <w:r>
        <w:rPr>
          <w:rFonts w:cs="Times New Roman"/>
        </w:rPr>
        <w:t>tertentu</w:t>
      </w:r>
      <w:proofErr w:type="spellEnd"/>
      <w:r>
        <w:rPr>
          <w:rFonts w:cs="Times New Roman"/>
        </w:rPr>
        <w:t xml:space="preserve"> yang </w:t>
      </w:r>
      <w:proofErr w:type="spellStart"/>
      <w:r>
        <w:rPr>
          <w:rFonts w:cs="Times New Roman"/>
        </w:rPr>
        <w:t>kompleks</w:t>
      </w:r>
      <w:proofErr w:type="spellEnd"/>
      <w:r>
        <w:rPr>
          <w:rFonts w:cs="Times New Roman"/>
        </w:rPr>
        <w:t xml:space="preserve">. </w:t>
      </w:r>
      <w:proofErr w:type="spellStart"/>
      <w:r>
        <w:rPr>
          <w:rFonts w:cs="Times New Roman"/>
        </w:rPr>
        <w:t>Selain</w:t>
      </w:r>
      <w:proofErr w:type="spellEnd"/>
      <w:r>
        <w:rPr>
          <w:rFonts w:cs="Times New Roman"/>
        </w:rPr>
        <w:t xml:space="preserve"> </w:t>
      </w:r>
      <w:proofErr w:type="spellStart"/>
      <w:r>
        <w:rPr>
          <w:rFonts w:cs="Times New Roman"/>
        </w:rPr>
        <w:t>itu</w:t>
      </w:r>
      <w:proofErr w:type="spellEnd"/>
      <w:r>
        <w:rPr>
          <w:rFonts w:cs="Times New Roman"/>
        </w:rPr>
        <w:t xml:space="preserve">, </w:t>
      </w:r>
      <w:proofErr w:type="spellStart"/>
      <w:r>
        <w:rPr>
          <w:rFonts w:cs="Times New Roman"/>
        </w:rPr>
        <w:t>penerapannya</w:t>
      </w:r>
      <w:proofErr w:type="spellEnd"/>
      <w:r>
        <w:rPr>
          <w:rFonts w:cs="Times New Roman"/>
        </w:rPr>
        <w:t xml:space="preserve"> pada </w:t>
      </w:r>
      <w:proofErr w:type="spellStart"/>
      <w:r>
        <w:rPr>
          <w:rFonts w:cs="Times New Roman"/>
        </w:rPr>
        <w:t>kendaraan</w:t>
      </w:r>
      <w:proofErr w:type="spellEnd"/>
      <w:r>
        <w:rPr>
          <w:rFonts w:cs="Times New Roman"/>
        </w:rPr>
        <w:t xml:space="preserve"> </w:t>
      </w:r>
      <w:proofErr w:type="spellStart"/>
      <w:r>
        <w:rPr>
          <w:rFonts w:cs="Times New Roman"/>
        </w:rPr>
        <w:t>berat</w:t>
      </w:r>
      <w:proofErr w:type="spellEnd"/>
      <w:r>
        <w:rPr>
          <w:rFonts w:cs="Times New Roman"/>
        </w:rPr>
        <w:t xml:space="preserve"> </w:t>
      </w:r>
      <w:proofErr w:type="spellStart"/>
      <w:r>
        <w:rPr>
          <w:rFonts w:cs="Times New Roman"/>
        </w:rPr>
        <w:t>belum</w:t>
      </w:r>
      <w:proofErr w:type="spellEnd"/>
      <w:r>
        <w:rPr>
          <w:rFonts w:cs="Times New Roman"/>
        </w:rPr>
        <w:t xml:space="preserve"> </w:t>
      </w:r>
      <w:proofErr w:type="spellStart"/>
      <w:r>
        <w:rPr>
          <w:rFonts w:cs="Times New Roman"/>
        </w:rPr>
        <w:t>dieksplorasi</w:t>
      </w:r>
      <w:proofErr w:type="spellEnd"/>
      <w:r>
        <w:rPr>
          <w:rFonts w:cs="Times New Roman"/>
        </w:rPr>
        <w:t xml:space="preserve"> </w:t>
      </w:r>
      <w:proofErr w:type="spellStart"/>
      <w:r>
        <w:rPr>
          <w:rFonts w:cs="Times New Roman"/>
        </w:rPr>
        <w:t>secara</w:t>
      </w:r>
      <w:proofErr w:type="spellEnd"/>
      <w:r>
        <w:rPr>
          <w:rFonts w:cs="Times New Roman"/>
        </w:rPr>
        <w:t xml:space="preserve"> </w:t>
      </w:r>
      <w:proofErr w:type="spellStart"/>
      <w:r>
        <w:rPr>
          <w:rFonts w:cs="Times New Roman"/>
        </w:rPr>
        <w:t>spesifik</w:t>
      </w:r>
      <w:proofErr w:type="spellEnd"/>
      <w:r>
        <w:rPr>
          <w:rFonts w:cs="Times New Roman"/>
        </w:rPr>
        <w:t xml:space="preserve">. </w:t>
      </w:r>
      <w:proofErr w:type="spellStart"/>
      <w:r>
        <w:rPr>
          <w:rFonts w:cs="Times New Roman"/>
        </w:rPr>
        <w:t>Mengingat</w:t>
      </w:r>
      <w:proofErr w:type="spellEnd"/>
      <w:r>
        <w:rPr>
          <w:rFonts w:cs="Times New Roman"/>
        </w:rPr>
        <w:t xml:space="preserve"> </w:t>
      </w:r>
      <w:proofErr w:type="spellStart"/>
      <w:r>
        <w:rPr>
          <w:rFonts w:cs="Times New Roman"/>
        </w:rPr>
        <w:t>tingginya</w:t>
      </w:r>
      <w:proofErr w:type="spellEnd"/>
      <w:r>
        <w:rPr>
          <w:rFonts w:cs="Times New Roman"/>
        </w:rPr>
        <w:t xml:space="preserve"> </w:t>
      </w:r>
      <w:proofErr w:type="spellStart"/>
      <w:r>
        <w:rPr>
          <w:rFonts w:cs="Times New Roman"/>
        </w:rPr>
        <w:t>risiko</w:t>
      </w:r>
      <w:proofErr w:type="spellEnd"/>
      <w:r>
        <w:rPr>
          <w:rFonts w:cs="Times New Roman"/>
        </w:rPr>
        <w:t xml:space="preserve"> </w:t>
      </w:r>
      <w:proofErr w:type="spellStart"/>
      <w:r>
        <w:rPr>
          <w:rFonts w:cs="Times New Roman"/>
        </w:rPr>
        <w:t>keselamatan</w:t>
      </w:r>
      <w:proofErr w:type="spellEnd"/>
      <w:r>
        <w:rPr>
          <w:rFonts w:cs="Times New Roman"/>
        </w:rPr>
        <w:t xml:space="preserve"> dan </w:t>
      </w:r>
      <w:proofErr w:type="spellStart"/>
      <w:r>
        <w:rPr>
          <w:rFonts w:cs="Times New Roman"/>
        </w:rPr>
        <w:t>biaya</w:t>
      </w:r>
      <w:proofErr w:type="spellEnd"/>
      <w:r>
        <w:rPr>
          <w:rFonts w:cs="Times New Roman"/>
        </w:rPr>
        <w:t xml:space="preserve"> pada </w:t>
      </w:r>
      <w:proofErr w:type="spellStart"/>
      <w:r>
        <w:rPr>
          <w:rFonts w:cs="Times New Roman"/>
        </w:rPr>
        <w:t>pengujian</w:t>
      </w:r>
      <w:proofErr w:type="spellEnd"/>
      <w:r>
        <w:rPr>
          <w:rFonts w:cs="Times New Roman"/>
        </w:rPr>
        <w:t xml:space="preserve"> </w:t>
      </w:r>
      <w:proofErr w:type="spellStart"/>
      <w:r>
        <w:rPr>
          <w:rFonts w:cs="Times New Roman"/>
        </w:rPr>
        <w:t>fisik</w:t>
      </w:r>
      <w:proofErr w:type="spellEnd"/>
      <w:r>
        <w:rPr>
          <w:rFonts w:cs="Times New Roman"/>
        </w:rPr>
        <w:t xml:space="preserve"> </w:t>
      </w:r>
      <w:proofErr w:type="spellStart"/>
      <w:r>
        <w:rPr>
          <w:rFonts w:cs="Times New Roman"/>
        </w:rPr>
        <w:t>kendaraan</w:t>
      </w:r>
      <w:proofErr w:type="spellEnd"/>
      <w:r>
        <w:rPr>
          <w:rFonts w:cs="Times New Roman"/>
        </w:rPr>
        <w:t xml:space="preserve"> </w:t>
      </w:r>
      <w:proofErr w:type="spellStart"/>
      <w:r>
        <w:rPr>
          <w:rFonts w:cs="Times New Roman"/>
        </w:rPr>
        <w:t>berat</w:t>
      </w:r>
      <w:proofErr w:type="spellEnd"/>
      <w:r>
        <w:rPr>
          <w:rFonts w:cs="Times New Roman"/>
        </w:rPr>
        <w:t xml:space="preserve"> </w:t>
      </w:r>
      <w:proofErr w:type="spellStart"/>
      <w:r>
        <w:rPr>
          <w:rFonts w:cs="Times New Roman"/>
        </w:rPr>
        <w:t>otonom</w:t>
      </w:r>
      <w:proofErr w:type="spellEnd"/>
      <w:r>
        <w:rPr>
          <w:rFonts w:cs="Times New Roman"/>
        </w:rPr>
        <w:t xml:space="preserve">, </w:t>
      </w:r>
      <w:proofErr w:type="spellStart"/>
      <w:r>
        <w:rPr>
          <w:rFonts w:cs="Times New Roman"/>
        </w:rPr>
        <w:t>penelitian</w:t>
      </w:r>
      <w:proofErr w:type="spellEnd"/>
      <w:r>
        <w:rPr>
          <w:rFonts w:cs="Times New Roman"/>
        </w:rPr>
        <w:t xml:space="preserve"> </w:t>
      </w:r>
      <w:proofErr w:type="spellStart"/>
      <w:r>
        <w:rPr>
          <w:rFonts w:cs="Times New Roman"/>
        </w:rPr>
        <w:t>ini</w:t>
      </w:r>
      <w:proofErr w:type="spellEnd"/>
      <w:r>
        <w:rPr>
          <w:rFonts w:cs="Times New Roman"/>
        </w:rPr>
        <w:t xml:space="preserve"> </w:t>
      </w:r>
      <w:proofErr w:type="spellStart"/>
      <w:r>
        <w:rPr>
          <w:rFonts w:cs="Times New Roman"/>
        </w:rPr>
        <w:t>dirancang</w:t>
      </w:r>
      <w:proofErr w:type="spellEnd"/>
      <w:r>
        <w:rPr>
          <w:rFonts w:cs="Times New Roman"/>
        </w:rPr>
        <w:t xml:space="preserve"> </w:t>
      </w:r>
      <w:proofErr w:type="spellStart"/>
      <w:r>
        <w:rPr>
          <w:rFonts w:cs="Times New Roman"/>
        </w:rPr>
        <w:t>untuk</w:t>
      </w:r>
      <w:proofErr w:type="spellEnd"/>
      <w:r>
        <w:rPr>
          <w:rFonts w:cs="Times New Roman"/>
        </w:rPr>
        <w:t xml:space="preserve"> </w:t>
      </w:r>
      <w:proofErr w:type="spellStart"/>
      <w:r>
        <w:rPr>
          <w:rFonts w:cs="Times New Roman"/>
        </w:rPr>
        <w:t>melatih</w:t>
      </w:r>
      <w:proofErr w:type="spellEnd"/>
      <w:r>
        <w:rPr>
          <w:rFonts w:cs="Times New Roman"/>
        </w:rPr>
        <w:t xml:space="preserve"> dan </w:t>
      </w:r>
      <w:proofErr w:type="spellStart"/>
      <w:r>
        <w:rPr>
          <w:rFonts w:cs="Times New Roman"/>
        </w:rPr>
        <w:t>menguji</w:t>
      </w:r>
      <w:proofErr w:type="spellEnd"/>
      <w:r>
        <w:rPr>
          <w:rFonts w:cs="Times New Roman"/>
        </w:rPr>
        <w:t xml:space="preserve"> </w:t>
      </w:r>
      <w:proofErr w:type="spellStart"/>
      <w:r>
        <w:rPr>
          <w:rFonts w:cs="Times New Roman"/>
        </w:rPr>
        <w:t>agen</w:t>
      </w:r>
      <w:proofErr w:type="spellEnd"/>
      <w:r>
        <w:rPr>
          <w:rFonts w:cs="Times New Roman"/>
        </w:rPr>
        <w:t xml:space="preserve"> DRL di </w:t>
      </w:r>
      <w:proofErr w:type="spellStart"/>
      <w:r>
        <w:rPr>
          <w:rFonts w:cs="Times New Roman"/>
        </w:rPr>
        <w:t>dalam</w:t>
      </w:r>
      <w:proofErr w:type="spellEnd"/>
      <w:r>
        <w:rPr>
          <w:rFonts w:cs="Times New Roman"/>
        </w:rPr>
        <w:t xml:space="preserve"> </w:t>
      </w:r>
      <w:proofErr w:type="spellStart"/>
      <w:r>
        <w:rPr>
          <w:rFonts w:cs="Times New Roman"/>
        </w:rPr>
        <w:t>lingkungan</w:t>
      </w:r>
      <w:proofErr w:type="spellEnd"/>
      <w:r>
        <w:rPr>
          <w:rFonts w:cs="Times New Roman"/>
        </w:rPr>
        <w:t xml:space="preserve"> </w:t>
      </w:r>
      <w:proofErr w:type="spellStart"/>
      <w:r>
        <w:rPr>
          <w:rFonts w:cs="Times New Roman"/>
        </w:rPr>
        <w:t>simulasi</w:t>
      </w:r>
      <w:proofErr w:type="spellEnd"/>
      <w:r>
        <w:rPr>
          <w:rFonts w:cs="Times New Roman"/>
        </w:rPr>
        <w:t xml:space="preserve"> 3D yang </w:t>
      </w:r>
      <w:proofErr w:type="spellStart"/>
      <w:r>
        <w:rPr>
          <w:rFonts w:cs="Times New Roman"/>
        </w:rPr>
        <w:t>mereplikasi</w:t>
      </w:r>
      <w:proofErr w:type="spellEnd"/>
      <w:r>
        <w:rPr>
          <w:rFonts w:cs="Times New Roman"/>
        </w:rPr>
        <w:t xml:space="preserve"> </w:t>
      </w:r>
      <w:proofErr w:type="spellStart"/>
      <w:r>
        <w:rPr>
          <w:rFonts w:cs="Times New Roman"/>
        </w:rPr>
        <w:t>fisika</w:t>
      </w:r>
      <w:proofErr w:type="spellEnd"/>
      <w:r>
        <w:rPr>
          <w:rFonts w:cs="Times New Roman"/>
        </w:rPr>
        <w:t xml:space="preserve"> dunia </w:t>
      </w:r>
      <w:proofErr w:type="spellStart"/>
      <w:r>
        <w:rPr>
          <w:rFonts w:cs="Times New Roman"/>
        </w:rPr>
        <w:t>nyata</w:t>
      </w:r>
      <w:proofErr w:type="spellEnd"/>
      <w:r>
        <w:rPr>
          <w:rFonts w:cs="Times New Roman"/>
        </w:rPr>
        <w:t xml:space="preserve">. </w:t>
      </w:r>
      <w:proofErr w:type="spellStart"/>
      <w:r>
        <w:rPr>
          <w:rFonts w:cs="Times New Roman"/>
        </w:rPr>
        <w:lastRenderedPageBreak/>
        <w:t>Lingkungan</w:t>
      </w:r>
      <w:proofErr w:type="spellEnd"/>
      <w:r>
        <w:rPr>
          <w:rFonts w:cs="Times New Roman"/>
        </w:rPr>
        <w:t xml:space="preserve"> </w:t>
      </w:r>
      <w:proofErr w:type="spellStart"/>
      <w:r>
        <w:rPr>
          <w:rFonts w:cs="Times New Roman"/>
        </w:rPr>
        <w:t>simulasi</w:t>
      </w:r>
      <w:proofErr w:type="spellEnd"/>
      <w:r>
        <w:rPr>
          <w:rFonts w:cs="Times New Roman"/>
        </w:rPr>
        <w:t xml:space="preserve"> </w:t>
      </w:r>
      <w:proofErr w:type="spellStart"/>
      <w:r>
        <w:rPr>
          <w:rFonts w:cs="Times New Roman"/>
        </w:rPr>
        <w:t>ini</w:t>
      </w:r>
      <w:proofErr w:type="spellEnd"/>
      <w:r>
        <w:rPr>
          <w:rFonts w:cs="Times New Roman"/>
        </w:rPr>
        <w:t xml:space="preserve"> </w:t>
      </w:r>
      <w:proofErr w:type="spellStart"/>
      <w:r>
        <w:rPr>
          <w:rFonts w:cs="Times New Roman"/>
        </w:rPr>
        <w:t>memungkinkan</w:t>
      </w:r>
      <w:proofErr w:type="spellEnd"/>
      <w:r>
        <w:rPr>
          <w:rFonts w:cs="Times New Roman"/>
        </w:rPr>
        <w:t xml:space="preserve"> </w:t>
      </w:r>
      <w:proofErr w:type="spellStart"/>
      <w:r>
        <w:rPr>
          <w:rFonts w:cs="Times New Roman"/>
        </w:rPr>
        <w:t>agen</w:t>
      </w:r>
      <w:proofErr w:type="spellEnd"/>
      <w:r>
        <w:rPr>
          <w:rFonts w:cs="Times New Roman"/>
        </w:rPr>
        <w:t xml:space="preserve"> </w:t>
      </w:r>
      <w:proofErr w:type="spellStart"/>
      <w:r>
        <w:rPr>
          <w:rFonts w:cs="Times New Roman"/>
        </w:rPr>
        <w:t>melakukan</w:t>
      </w:r>
      <w:proofErr w:type="spellEnd"/>
      <w:r>
        <w:rPr>
          <w:rFonts w:cs="Times New Roman"/>
        </w:rPr>
        <w:t xml:space="preserve"> </w:t>
      </w:r>
      <w:proofErr w:type="spellStart"/>
      <w:r>
        <w:rPr>
          <w:rFonts w:cs="Times New Roman"/>
        </w:rPr>
        <w:t>eksplorasi</w:t>
      </w:r>
      <w:proofErr w:type="spellEnd"/>
      <w:r>
        <w:rPr>
          <w:rFonts w:cs="Times New Roman"/>
        </w:rPr>
        <w:t xml:space="preserve"> </w:t>
      </w:r>
      <w:proofErr w:type="spellStart"/>
      <w:r>
        <w:rPr>
          <w:rFonts w:cs="Times New Roman"/>
        </w:rPr>
        <w:t>ekstensif</w:t>
      </w:r>
      <w:proofErr w:type="spellEnd"/>
      <w:r>
        <w:rPr>
          <w:rFonts w:cs="Times New Roman"/>
        </w:rPr>
        <w:t xml:space="preserve"> dan </w:t>
      </w:r>
      <w:proofErr w:type="spellStart"/>
      <w:r>
        <w:rPr>
          <w:rFonts w:cs="Times New Roman"/>
        </w:rPr>
        <w:t>mengeksekusi</w:t>
      </w:r>
      <w:proofErr w:type="spellEnd"/>
      <w:r>
        <w:rPr>
          <w:rFonts w:cs="Times New Roman"/>
        </w:rPr>
        <w:t xml:space="preserve"> </w:t>
      </w:r>
      <w:proofErr w:type="spellStart"/>
      <w:r>
        <w:rPr>
          <w:rFonts w:cs="Times New Roman"/>
        </w:rPr>
        <w:t>jutaan</w:t>
      </w:r>
      <w:proofErr w:type="spellEnd"/>
      <w:r>
        <w:rPr>
          <w:rFonts w:cs="Times New Roman"/>
        </w:rPr>
        <w:t xml:space="preserve"> </w:t>
      </w:r>
      <w:r>
        <w:rPr>
          <w:rFonts w:cs="Times New Roman"/>
          <w:i/>
        </w:rPr>
        <w:t>timesteps</w:t>
      </w:r>
      <w:r>
        <w:rPr>
          <w:rFonts w:cs="Times New Roman"/>
        </w:rPr>
        <w:t xml:space="preserve"> </w:t>
      </w:r>
      <w:proofErr w:type="spellStart"/>
      <w:r>
        <w:rPr>
          <w:rFonts w:cs="Times New Roman"/>
        </w:rPr>
        <w:t>pembelajaran</w:t>
      </w:r>
      <w:proofErr w:type="spellEnd"/>
      <w:r>
        <w:rPr>
          <w:rFonts w:cs="Times New Roman"/>
        </w:rPr>
        <w:t xml:space="preserve"> </w:t>
      </w:r>
      <w:proofErr w:type="spellStart"/>
      <w:r>
        <w:rPr>
          <w:rFonts w:cs="Times New Roman"/>
        </w:rPr>
        <w:t>tanpa</w:t>
      </w:r>
      <w:proofErr w:type="spellEnd"/>
      <w:r>
        <w:rPr>
          <w:rFonts w:cs="Times New Roman"/>
        </w:rPr>
        <w:t xml:space="preserve"> </w:t>
      </w:r>
      <w:proofErr w:type="spellStart"/>
      <w:r>
        <w:rPr>
          <w:rFonts w:cs="Times New Roman"/>
        </w:rPr>
        <w:t>menimbulkan</w:t>
      </w:r>
      <w:proofErr w:type="spellEnd"/>
      <w:r>
        <w:rPr>
          <w:rFonts w:cs="Times New Roman"/>
        </w:rPr>
        <w:t xml:space="preserve"> </w:t>
      </w:r>
      <w:proofErr w:type="spellStart"/>
      <w:r>
        <w:rPr>
          <w:rFonts w:cs="Times New Roman"/>
        </w:rPr>
        <w:t>bahaya</w:t>
      </w:r>
      <w:proofErr w:type="spellEnd"/>
      <w:r>
        <w:rPr>
          <w:rFonts w:cs="Times New Roman"/>
        </w:rPr>
        <w:t xml:space="preserve"> fatal di </w:t>
      </w:r>
      <w:proofErr w:type="spellStart"/>
      <w:r>
        <w:rPr>
          <w:rFonts w:cs="Times New Roman"/>
        </w:rPr>
        <w:t>skenario</w:t>
      </w:r>
      <w:proofErr w:type="spellEnd"/>
      <w:r>
        <w:rPr>
          <w:rFonts w:cs="Times New Roman"/>
        </w:rPr>
        <w:t xml:space="preserve"> </w:t>
      </w:r>
      <w:proofErr w:type="spellStart"/>
      <w:r>
        <w:rPr>
          <w:rFonts w:cs="Times New Roman"/>
        </w:rPr>
        <w:t>perkotaan</w:t>
      </w:r>
      <w:proofErr w:type="spellEnd"/>
      <w:r>
        <w:rPr>
          <w:rFonts w:cs="Times New Roman"/>
        </w:rPr>
        <w:t>.</w:t>
      </w:r>
    </w:p>
    <w:p w14:paraId="39BDC799" w14:textId="77777777" w:rsidR="00F810AC" w:rsidRDefault="00000000">
      <w:pPr>
        <w:spacing w:after="0" w:line="360" w:lineRule="auto"/>
        <w:ind w:firstLine="680"/>
        <w:jc w:val="both"/>
      </w:pPr>
      <w:proofErr w:type="spellStart"/>
      <w:r>
        <w:rPr>
          <w:rFonts w:cs="Times New Roman"/>
        </w:rPr>
        <w:t>Penerapan</w:t>
      </w:r>
      <w:proofErr w:type="spellEnd"/>
      <w:r>
        <w:rPr>
          <w:rFonts w:cs="Times New Roman"/>
        </w:rPr>
        <w:t xml:space="preserve"> </w:t>
      </w:r>
      <w:proofErr w:type="spellStart"/>
      <w:r>
        <w:rPr>
          <w:rFonts w:cs="Times New Roman"/>
        </w:rPr>
        <w:t>metode</w:t>
      </w:r>
      <w:proofErr w:type="spellEnd"/>
      <w:r>
        <w:rPr>
          <w:rFonts w:cs="Times New Roman"/>
        </w:rPr>
        <w:t xml:space="preserve"> DRL </w:t>
      </w:r>
      <w:proofErr w:type="spellStart"/>
      <w:r>
        <w:rPr>
          <w:rFonts w:cs="Times New Roman"/>
        </w:rPr>
        <w:t>untuk</w:t>
      </w:r>
      <w:proofErr w:type="spellEnd"/>
      <w:r>
        <w:rPr>
          <w:rFonts w:cs="Times New Roman"/>
        </w:rPr>
        <w:t xml:space="preserve"> </w:t>
      </w:r>
      <w:proofErr w:type="spellStart"/>
      <w:r>
        <w:rPr>
          <w:rFonts w:cs="Times New Roman"/>
        </w:rPr>
        <w:t>kontrol</w:t>
      </w:r>
      <w:proofErr w:type="spellEnd"/>
      <w:r>
        <w:rPr>
          <w:rFonts w:cs="Times New Roman"/>
        </w:rPr>
        <w:t xml:space="preserve"> </w:t>
      </w:r>
      <w:proofErr w:type="spellStart"/>
      <w:r>
        <w:rPr>
          <w:rFonts w:cs="Times New Roman"/>
        </w:rPr>
        <w:t>navigasi</w:t>
      </w:r>
      <w:proofErr w:type="spellEnd"/>
      <w:r>
        <w:rPr>
          <w:rFonts w:cs="Times New Roman"/>
        </w:rPr>
        <w:t xml:space="preserve"> </w:t>
      </w:r>
      <w:proofErr w:type="spellStart"/>
      <w:r>
        <w:rPr>
          <w:rFonts w:cs="Times New Roman"/>
        </w:rPr>
        <w:t>kendaraan</w:t>
      </w:r>
      <w:proofErr w:type="spellEnd"/>
      <w:r>
        <w:rPr>
          <w:rFonts w:cs="Times New Roman"/>
        </w:rPr>
        <w:t xml:space="preserve"> </w:t>
      </w:r>
      <w:proofErr w:type="spellStart"/>
      <w:r>
        <w:rPr>
          <w:rFonts w:cs="Times New Roman"/>
        </w:rPr>
        <w:t>berat</w:t>
      </w:r>
      <w:proofErr w:type="spellEnd"/>
      <w:r>
        <w:rPr>
          <w:rFonts w:cs="Times New Roman"/>
        </w:rPr>
        <w:t xml:space="preserve"> di </w:t>
      </w:r>
      <w:proofErr w:type="spellStart"/>
      <w:r>
        <w:rPr>
          <w:rFonts w:cs="Times New Roman"/>
        </w:rPr>
        <w:t>perkotaan</w:t>
      </w:r>
      <w:proofErr w:type="spellEnd"/>
      <w:r>
        <w:rPr>
          <w:rFonts w:cs="Times New Roman"/>
        </w:rPr>
        <w:t xml:space="preserve"> </w:t>
      </w:r>
      <w:proofErr w:type="spellStart"/>
      <w:r>
        <w:rPr>
          <w:rFonts w:cs="Times New Roman"/>
        </w:rPr>
        <w:t>diharapkan</w:t>
      </w:r>
      <w:proofErr w:type="spellEnd"/>
      <w:r>
        <w:rPr>
          <w:rFonts w:cs="Times New Roman"/>
        </w:rPr>
        <w:t xml:space="preserve"> </w:t>
      </w:r>
      <w:proofErr w:type="spellStart"/>
      <w:r>
        <w:rPr>
          <w:rFonts w:cs="Times New Roman"/>
        </w:rPr>
        <w:t>mampu</w:t>
      </w:r>
      <w:proofErr w:type="spellEnd"/>
      <w:r>
        <w:rPr>
          <w:rFonts w:cs="Times New Roman"/>
        </w:rPr>
        <w:t xml:space="preserve"> </w:t>
      </w:r>
      <w:proofErr w:type="spellStart"/>
      <w:r>
        <w:rPr>
          <w:rFonts w:cs="Times New Roman"/>
        </w:rPr>
        <w:t>meminimalkan</w:t>
      </w:r>
      <w:proofErr w:type="spellEnd"/>
      <w:r>
        <w:rPr>
          <w:rFonts w:cs="Times New Roman"/>
        </w:rPr>
        <w:t xml:space="preserve"> </w:t>
      </w:r>
      <w:proofErr w:type="spellStart"/>
      <w:r>
        <w:rPr>
          <w:rFonts w:cs="Times New Roman"/>
        </w:rPr>
        <w:t>latensi</w:t>
      </w:r>
      <w:proofErr w:type="spellEnd"/>
      <w:r>
        <w:rPr>
          <w:rFonts w:cs="Times New Roman"/>
        </w:rPr>
        <w:t xml:space="preserve"> </w:t>
      </w:r>
      <w:proofErr w:type="spellStart"/>
      <w:r>
        <w:rPr>
          <w:rFonts w:cs="Times New Roman"/>
        </w:rPr>
        <w:t>respons</w:t>
      </w:r>
      <w:proofErr w:type="spellEnd"/>
      <w:r>
        <w:rPr>
          <w:rFonts w:cs="Times New Roman"/>
        </w:rPr>
        <w:t xml:space="preserve"> dan </w:t>
      </w:r>
      <w:proofErr w:type="spellStart"/>
      <w:r>
        <w:rPr>
          <w:rFonts w:cs="Times New Roman"/>
        </w:rPr>
        <w:t>mengantisipasi</w:t>
      </w:r>
      <w:proofErr w:type="spellEnd"/>
      <w:r>
        <w:rPr>
          <w:rFonts w:cs="Times New Roman"/>
        </w:rPr>
        <w:t xml:space="preserve"> </w:t>
      </w:r>
      <w:proofErr w:type="spellStart"/>
      <w:r>
        <w:rPr>
          <w:rFonts w:cs="Times New Roman"/>
        </w:rPr>
        <w:t>masalah</w:t>
      </w:r>
      <w:proofErr w:type="spellEnd"/>
      <w:r>
        <w:rPr>
          <w:rFonts w:cs="Times New Roman"/>
        </w:rPr>
        <w:t xml:space="preserve"> </w:t>
      </w:r>
      <w:proofErr w:type="spellStart"/>
      <w:r>
        <w:rPr>
          <w:rFonts w:cs="Times New Roman"/>
        </w:rPr>
        <w:t>visibilitas</w:t>
      </w:r>
      <w:proofErr w:type="spellEnd"/>
      <w:r>
        <w:rPr>
          <w:rFonts w:cs="Times New Roman"/>
        </w:rPr>
        <w:t xml:space="preserve"> </w:t>
      </w:r>
      <w:proofErr w:type="spellStart"/>
      <w:r>
        <w:rPr>
          <w:rFonts w:cs="Times New Roman"/>
        </w:rPr>
        <w:t>secara</w:t>
      </w:r>
      <w:proofErr w:type="spellEnd"/>
      <w:r>
        <w:rPr>
          <w:rFonts w:cs="Times New Roman"/>
        </w:rPr>
        <w:t xml:space="preserve"> </w:t>
      </w:r>
      <w:proofErr w:type="spellStart"/>
      <w:r>
        <w:rPr>
          <w:rFonts w:cs="Times New Roman"/>
        </w:rPr>
        <w:t>komputasional</w:t>
      </w:r>
      <w:proofErr w:type="spellEnd"/>
      <w:r>
        <w:rPr>
          <w:rFonts w:cs="Times New Roman"/>
        </w:rPr>
        <w:t xml:space="preserve">, </w:t>
      </w:r>
      <w:proofErr w:type="spellStart"/>
      <w:r>
        <w:rPr>
          <w:rFonts w:cs="Times New Roman"/>
        </w:rPr>
        <w:t>sehingga</w:t>
      </w:r>
      <w:proofErr w:type="spellEnd"/>
      <w:r>
        <w:rPr>
          <w:rFonts w:cs="Times New Roman"/>
        </w:rPr>
        <w:t xml:space="preserve"> </w:t>
      </w:r>
      <w:proofErr w:type="spellStart"/>
      <w:r>
        <w:rPr>
          <w:rFonts w:cs="Times New Roman"/>
        </w:rPr>
        <w:t>risiko</w:t>
      </w:r>
      <w:proofErr w:type="spellEnd"/>
      <w:r>
        <w:rPr>
          <w:rFonts w:cs="Times New Roman"/>
        </w:rPr>
        <w:t xml:space="preserve"> </w:t>
      </w:r>
      <w:proofErr w:type="spellStart"/>
      <w:r>
        <w:rPr>
          <w:rFonts w:cs="Times New Roman"/>
        </w:rPr>
        <w:t>kecelakaan</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direduksi</w:t>
      </w:r>
      <w:proofErr w:type="spellEnd"/>
      <w:r>
        <w:rPr>
          <w:rFonts w:cs="Times New Roman"/>
        </w:rPr>
        <w:t xml:space="preserve">. </w:t>
      </w:r>
      <w:proofErr w:type="spellStart"/>
      <w:r>
        <w:rPr>
          <w:rFonts w:cs="Times New Roman"/>
        </w:rPr>
        <w:t>Evaluasi</w:t>
      </w:r>
      <w:proofErr w:type="spellEnd"/>
      <w:r>
        <w:rPr>
          <w:rFonts w:cs="Times New Roman"/>
        </w:rPr>
        <w:t xml:space="preserve"> </w:t>
      </w:r>
      <w:proofErr w:type="spellStart"/>
      <w:r>
        <w:rPr>
          <w:rFonts w:cs="Times New Roman"/>
        </w:rPr>
        <w:t>performa</w:t>
      </w:r>
      <w:proofErr w:type="spellEnd"/>
      <w:r>
        <w:rPr>
          <w:rFonts w:cs="Times New Roman"/>
        </w:rPr>
        <w:t xml:space="preserve"> </w:t>
      </w:r>
      <w:proofErr w:type="spellStart"/>
      <w:r>
        <w:rPr>
          <w:rFonts w:cs="Times New Roman"/>
        </w:rPr>
        <w:t>sistem</w:t>
      </w:r>
      <w:proofErr w:type="spellEnd"/>
      <w:r>
        <w:rPr>
          <w:rFonts w:cs="Times New Roman"/>
        </w:rPr>
        <w:t xml:space="preserve"> </w:t>
      </w:r>
      <w:proofErr w:type="spellStart"/>
      <w:r>
        <w:rPr>
          <w:rFonts w:cs="Times New Roman"/>
        </w:rPr>
        <w:t>ini</w:t>
      </w:r>
      <w:proofErr w:type="spellEnd"/>
      <w:r>
        <w:rPr>
          <w:rFonts w:cs="Times New Roman"/>
        </w:rPr>
        <w:t xml:space="preserve"> </w:t>
      </w:r>
      <w:proofErr w:type="spellStart"/>
      <w:r>
        <w:rPr>
          <w:rFonts w:cs="Times New Roman"/>
        </w:rPr>
        <w:t>berfokus</w:t>
      </w:r>
      <w:proofErr w:type="spellEnd"/>
      <w:r>
        <w:rPr>
          <w:rFonts w:cs="Times New Roman"/>
        </w:rPr>
        <w:t xml:space="preserve"> pada </w:t>
      </w:r>
      <w:proofErr w:type="spellStart"/>
      <w:r>
        <w:rPr>
          <w:rFonts w:cs="Times New Roman"/>
        </w:rPr>
        <w:t>efisiensi</w:t>
      </w:r>
      <w:proofErr w:type="spellEnd"/>
      <w:r>
        <w:rPr>
          <w:rFonts w:cs="Times New Roman"/>
        </w:rPr>
        <w:t xml:space="preserve"> </w:t>
      </w:r>
      <w:proofErr w:type="spellStart"/>
      <w:r>
        <w:rPr>
          <w:rFonts w:cs="Times New Roman"/>
        </w:rPr>
        <w:t>operasional</w:t>
      </w:r>
      <w:proofErr w:type="spellEnd"/>
      <w:r>
        <w:rPr>
          <w:rFonts w:cs="Times New Roman"/>
        </w:rPr>
        <w:t xml:space="preserve"> </w:t>
      </w:r>
      <w:proofErr w:type="spellStart"/>
      <w:r>
        <w:rPr>
          <w:rFonts w:cs="Times New Roman"/>
        </w:rPr>
        <w:t>agen</w:t>
      </w:r>
      <w:proofErr w:type="spellEnd"/>
      <w:r>
        <w:rPr>
          <w:rFonts w:cs="Times New Roman"/>
        </w:rPr>
        <w:t xml:space="preserve"> </w:t>
      </w:r>
      <w:proofErr w:type="spellStart"/>
      <w:r>
        <w:rPr>
          <w:rFonts w:cs="Times New Roman"/>
        </w:rPr>
        <w:t>cerdas</w:t>
      </w:r>
      <w:proofErr w:type="spellEnd"/>
      <w:r>
        <w:rPr>
          <w:rFonts w:cs="Times New Roman"/>
        </w:rPr>
        <w:t xml:space="preserve"> </w:t>
      </w:r>
      <w:proofErr w:type="spellStart"/>
      <w:r>
        <w:rPr>
          <w:rFonts w:cs="Times New Roman"/>
        </w:rPr>
        <w:t>murni</w:t>
      </w:r>
      <w:proofErr w:type="spellEnd"/>
      <w:r>
        <w:rPr>
          <w:rFonts w:cs="Times New Roman"/>
        </w:rPr>
        <w:t xml:space="preserve"> </w:t>
      </w:r>
      <w:proofErr w:type="spellStart"/>
      <w:r>
        <w:rPr>
          <w:rFonts w:cs="Times New Roman"/>
        </w:rPr>
        <w:t>berdasarkan</w:t>
      </w:r>
      <w:proofErr w:type="spellEnd"/>
      <w:r>
        <w:rPr>
          <w:rFonts w:cs="Times New Roman"/>
        </w:rPr>
        <w:t xml:space="preserve"> </w:t>
      </w:r>
      <w:proofErr w:type="spellStart"/>
      <w:r>
        <w:rPr>
          <w:rFonts w:cs="Times New Roman"/>
        </w:rPr>
        <w:t>sinyal</w:t>
      </w:r>
      <w:proofErr w:type="spellEnd"/>
      <w:r>
        <w:rPr>
          <w:rFonts w:cs="Times New Roman"/>
        </w:rPr>
        <w:t xml:space="preserve"> </w:t>
      </w:r>
      <w:r>
        <w:rPr>
          <w:rFonts w:cs="Times New Roman"/>
          <w:i/>
        </w:rPr>
        <w:t>reward</w:t>
      </w:r>
      <w:r>
        <w:rPr>
          <w:rFonts w:cs="Times New Roman"/>
        </w:rPr>
        <w:t xml:space="preserve"> </w:t>
      </w:r>
      <w:proofErr w:type="spellStart"/>
      <w:r>
        <w:rPr>
          <w:rFonts w:cs="Times New Roman"/>
        </w:rPr>
        <w:t>dari</w:t>
      </w:r>
      <w:proofErr w:type="spellEnd"/>
      <w:r>
        <w:rPr>
          <w:rFonts w:cs="Times New Roman"/>
        </w:rPr>
        <w:t xml:space="preserve"> </w:t>
      </w:r>
      <w:proofErr w:type="spellStart"/>
      <w:r>
        <w:rPr>
          <w:rFonts w:cs="Times New Roman"/>
        </w:rPr>
        <w:t>lingkungan</w:t>
      </w:r>
      <w:proofErr w:type="spellEnd"/>
      <w:r>
        <w:rPr>
          <w:rFonts w:cs="Times New Roman"/>
        </w:rPr>
        <w:t>.</w:t>
      </w:r>
    </w:p>
    <w:p w14:paraId="409F1B7D" w14:textId="77777777" w:rsidR="00F810AC" w:rsidRPr="007F78CD" w:rsidRDefault="00000000" w:rsidP="00F333B6">
      <w:pPr>
        <w:pStyle w:val="Heading2"/>
        <w:numPr>
          <w:ilvl w:val="0"/>
          <w:numId w:val="0"/>
        </w:numPr>
        <w:ind w:left="576" w:hanging="576"/>
      </w:pPr>
      <w:bookmarkStart w:id="8" w:name="_Toc233990523"/>
      <w:proofErr w:type="gramStart"/>
      <w:r w:rsidRPr="007F78CD">
        <w:t xml:space="preserve">1.2  </w:t>
      </w:r>
      <w:proofErr w:type="spellStart"/>
      <w:r w:rsidRPr="007F78CD">
        <w:t>Rumusan</w:t>
      </w:r>
      <w:proofErr w:type="spellEnd"/>
      <w:proofErr w:type="gramEnd"/>
      <w:r w:rsidRPr="007F78CD">
        <w:t xml:space="preserve"> </w:t>
      </w:r>
      <w:proofErr w:type="spellStart"/>
      <w:r w:rsidRPr="007F78CD">
        <w:t>Masalah</w:t>
      </w:r>
      <w:bookmarkEnd w:id="8"/>
      <w:proofErr w:type="spellEnd"/>
    </w:p>
    <w:p w14:paraId="32EE5B42" w14:textId="77777777" w:rsidR="00F810AC" w:rsidRDefault="00000000">
      <w:pPr>
        <w:spacing w:after="0" w:line="360" w:lineRule="auto"/>
        <w:ind w:firstLine="680"/>
        <w:jc w:val="both"/>
      </w:pPr>
      <w:proofErr w:type="spellStart"/>
      <w:r>
        <w:rPr>
          <w:rFonts w:cs="Times New Roman"/>
        </w:rPr>
        <w:t>Berdasarkan</w:t>
      </w:r>
      <w:proofErr w:type="spellEnd"/>
      <w:r>
        <w:rPr>
          <w:rFonts w:cs="Times New Roman"/>
        </w:rPr>
        <w:t xml:space="preserve"> </w:t>
      </w:r>
      <w:proofErr w:type="spellStart"/>
      <w:r>
        <w:rPr>
          <w:rFonts w:cs="Times New Roman"/>
        </w:rPr>
        <w:t>uraian</w:t>
      </w:r>
      <w:proofErr w:type="spellEnd"/>
      <w:r>
        <w:rPr>
          <w:rFonts w:cs="Times New Roman"/>
        </w:rPr>
        <w:t xml:space="preserve"> pada </w:t>
      </w:r>
      <w:proofErr w:type="spellStart"/>
      <w:r>
        <w:rPr>
          <w:rFonts w:cs="Times New Roman"/>
        </w:rPr>
        <w:t>latar</w:t>
      </w:r>
      <w:proofErr w:type="spellEnd"/>
      <w:r>
        <w:rPr>
          <w:rFonts w:cs="Times New Roman"/>
        </w:rPr>
        <w:t xml:space="preserve"> </w:t>
      </w:r>
      <w:proofErr w:type="spellStart"/>
      <w:r>
        <w:rPr>
          <w:rFonts w:cs="Times New Roman"/>
        </w:rPr>
        <w:t>belakang</w:t>
      </w:r>
      <w:proofErr w:type="spellEnd"/>
      <w:r>
        <w:rPr>
          <w:rFonts w:cs="Times New Roman"/>
        </w:rPr>
        <w:t xml:space="preserve">, </w:t>
      </w:r>
      <w:proofErr w:type="spellStart"/>
      <w:r>
        <w:rPr>
          <w:rFonts w:cs="Times New Roman"/>
        </w:rPr>
        <w:t>permasalahan</w:t>
      </w:r>
      <w:proofErr w:type="spellEnd"/>
      <w:r>
        <w:rPr>
          <w:rFonts w:cs="Times New Roman"/>
        </w:rPr>
        <w:t xml:space="preserve"> yang </w:t>
      </w:r>
      <w:proofErr w:type="spellStart"/>
      <w:r>
        <w:rPr>
          <w:rFonts w:cs="Times New Roman"/>
        </w:rPr>
        <w:t>dirumuskan</w:t>
      </w:r>
      <w:proofErr w:type="spellEnd"/>
      <w:r>
        <w:rPr>
          <w:rFonts w:cs="Times New Roman"/>
        </w:rPr>
        <w:t xml:space="preserve"> pada </w:t>
      </w:r>
      <w:proofErr w:type="spellStart"/>
      <w:r>
        <w:rPr>
          <w:rFonts w:cs="Times New Roman"/>
        </w:rPr>
        <w:t>Tugas</w:t>
      </w:r>
      <w:proofErr w:type="spellEnd"/>
      <w:r>
        <w:rPr>
          <w:rFonts w:cs="Times New Roman"/>
        </w:rPr>
        <w:t xml:space="preserve"> Akhir </w:t>
      </w:r>
      <w:proofErr w:type="spellStart"/>
      <w:r>
        <w:rPr>
          <w:rFonts w:cs="Times New Roman"/>
        </w:rPr>
        <w:t>ini</w:t>
      </w:r>
      <w:proofErr w:type="spellEnd"/>
      <w:r>
        <w:rPr>
          <w:rFonts w:cs="Times New Roman"/>
        </w:rPr>
        <w:t xml:space="preserve"> </w:t>
      </w:r>
      <w:proofErr w:type="spellStart"/>
      <w:proofErr w:type="gramStart"/>
      <w:r>
        <w:rPr>
          <w:rFonts w:cs="Times New Roman"/>
        </w:rPr>
        <w:t>adalah</w:t>
      </w:r>
      <w:proofErr w:type="spellEnd"/>
      <w:r>
        <w:rPr>
          <w:rFonts w:cs="Times New Roman"/>
        </w:rPr>
        <w:t xml:space="preserve"> :</w:t>
      </w:r>
      <w:proofErr w:type="gramEnd"/>
    </w:p>
    <w:p w14:paraId="7D2FCC70" w14:textId="15629D04" w:rsidR="00F810AC" w:rsidRDefault="00000000">
      <w:pPr>
        <w:pStyle w:val="ListParagraph"/>
        <w:numPr>
          <w:ilvl w:val="0"/>
          <w:numId w:val="7"/>
        </w:numPr>
        <w:spacing w:line="360" w:lineRule="auto"/>
        <w:jc w:val="both"/>
      </w:pPr>
      <w:proofErr w:type="spellStart"/>
      <w:r w:rsidRPr="007671F1">
        <w:rPr>
          <w:rFonts w:cs="Times New Roman"/>
        </w:rPr>
        <w:t>Bagaimana</w:t>
      </w:r>
      <w:proofErr w:type="spellEnd"/>
      <w:r w:rsidRPr="007671F1">
        <w:rPr>
          <w:rFonts w:cs="Times New Roman"/>
        </w:rPr>
        <w:t xml:space="preserve"> </w:t>
      </w:r>
      <w:proofErr w:type="spellStart"/>
      <w:r w:rsidRPr="007671F1">
        <w:rPr>
          <w:rFonts w:cs="Times New Roman"/>
        </w:rPr>
        <w:t>merancang</w:t>
      </w:r>
      <w:proofErr w:type="spellEnd"/>
      <w:r w:rsidRPr="007671F1">
        <w:rPr>
          <w:rFonts w:cs="Times New Roman"/>
        </w:rPr>
        <w:t xml:space="preserve"> </w:t>
      </w:r>
      <w:proofErr w:type="spellStart"/>
      <w:r w:rsidRPr="007671F1">
        <w:rPr>
          <w:rFonts w:cs="Times New Roman"/>
        </w:rPr>
        <w:t>arsitektur</w:t>
      </w:r>
      <w:proofErr w:type="spellEnd"/>
      <w:r w:rsidRPr="007671F1">
        <w:rPr>
          <w:rFonts w:cs="Times New Roman"/>
        </w:rPr>
        <w:t xml:space="preserve"> model </w:t>
      </w:r>
      <w:r w:rsidRPr="007671F1">
        <w:rPr>
          <w:rFonts w:cs="Times New Roman"/>
          <w:i/>
        </w:rPr>
        <w:t>End-to-End</w:t>
      </w:r>
      <w:r w:rsidRPr="007671F1">
        <w:rPr>
          <w:rFonts w:cs="Times New Roman"/>
        </w:rPr>
        <w:t xml:space="preserve"> DRL </w:t>
      </w:r>
      <w:proofErr w:type="spellStart"/>
      <w:r w:rsidRPr="007671F1">
        <w:rPr>
          <w:rFonts w:cs="Times New Roman"/>
        </w:rPr>
        <w:t>berbasis</w:t>
      </w:r>
      <w:proofErr w:type="spellEnd"/>
      <w:r w:rsidRPr="007671F1">
        <w:rPr>
          <w:rFonts w:cs="Times New Roman"/>
        </w:rPr>
        <w:t xml:space="preserve"> DQN yang </w:t>
      </w:r>
      <w:proofErr w:type="spellStart"/>
      <w:r w:rsidRPr="007671F1">
        <w:rPr>
          <w:rFonts w:cs="Times New Roman"/>
        </w:rPr>
        <w:t>memproses</w:t>
      </w:r>
      <w:proofErr w:type="spellEnd"/>
      <w:r w:rsidRPr="007671F1">
        <w:rPr>
          <w:rFonts w:cs="Times New Roman"/>
        </w:rPr>
        <w:t xml:space="preserve"> data </w:t>
      </w:r>
      <w:proofErr w:type="spellStart"/>
      <w:r w:rsidRPr="007671F1">
        <w:rPr>
          <w:rFonts w:cs="Times New Roman"/>
        </w:rPr>
        <w:t>kamera</w:t>
      </w:r>
      <w:proofErr w:type="spellEnd"/>
      <w:r w:rsidRPr="007671F1">
        <w:rPr>
          <w:rFonts w:cs="Times New Roman"/>
        </w:rPr>
        <w:t xml:space="preserve"> </w:t>
      </w:r>
      <w:proofErr w:type="spellStart"/>
      <w:r w:rsidRPr="007671F1">
        <w:rPr>
          <w:rFonts w:cs="Times New Roman"/>
        </w:rPr>
        <w:t>untuk</w:t>
      </w:r>
      <w:proofErr w:type="spellEnd"/>
      <w:r w:rsidRPr="007671F1">
        <w:rPr>
          <w:rFonts w:cs="Times New Roman"/>
        </w:rPr>
        <w:t xml:space="preserve"> </w:t>
      </w:r>
      <w:proofErr w:type="spellStart"/>
      <w:r w:rsidRPr="007671F1">
        <w:rPr>
          <w:rFonts w:cs="Times New Roman"/>
        </w:rPr>
        <w:t>navigasi</w:t>
      </w:r>
      <w:proofErr w:type="spellEnd"/>
      <w:r w:rsidRPr="007671F1">
        <w:rPr>
          <w:rFonts w:cs="Times New Roman"/>
        </w:rPr>
        <w:t xml:space="preserve"> </w:t>
      </w:r>
      <w:proofErr w:type="spellStart"/>
      <w:r w:rsidRPr="007671F1">
        <w:rPr>
          <w:rFonts w:cs="Times New Roman"/>
        </w:rPr>
        <w:t>kendaraan</w:t>
      </w:r>
      <w:proofErr w:type="spellEnd"/>
      <w:r w:rsidRPr="007671F1">
        <w:rPr>
          <w:rFonts w:cs="Times New Roman"/>
        </w:rPr>
        <w:t xml:space="preserve"> </w:t>
      </w:r>
      <w:proofErr w:type="spellStart"/>
      <w:r w:rsidRPr="007671F1">
        <w:rPr>
          <w:rFonts w:cs="Times New Roman"/>
        </w:rPr>
        <w:t>besar</w:t>
      </w:r>
      <w:proofErr w:type="spellEnd"/>
      <w:r w:rsidRPr="007671F1">
        <w:rPr>
          <w:rFonts w:cs="Times New Roman"/>
        </w:rPr>
        <w:t>?</w:t>
      </w:r>
    </w:p>
    <w:p w14:paraId="2DC2E03F" w14:textId="743BC7DD" w:rsidR="00F810AC" w:rsidRDefault="00000000">
      <w:pPr>
        <w:pStyle w:val="ListParagraph"/>
        <w:numPr>
          <w:ilvl w:val="0"/>
          <w:numId w:val="7"/>
        </w:numPr>
        <w:spacing w:line="360" w:lineRule="auto"/>
        <w:jc w:val="both"/>
      </w:pPr>
      <w:proofErr w:type="spellStart"/>
      <w:r w:rsidRPr="007671F1">
        <w:rPr>
          <w:rFonts w:cs="Times New Roman"/>
        </w:rPr>
        <w:t>Bagaimana</w:t>
      </w:r>
      <w:proofErr w:type="spellEnd"/>
      <w:r w:rsidRPr="007671F1">
        <w:rPr>
          <w:rFonts w:cs="Times New Roman"/>
        </w:rPr>
        <w:t xml:space="preserve"> </w:t>
      </w:r>
      <w:proofErr w:type="spellStart"/>
      <w:r w:rsidRPr="007671F1">
        <w:rPr>
          <w:rFonts w:cs="Times New Roman"/>
        </w:rPr>
        <w:t>merumuskan</w:t>
      </w:r>
      <w:proofErr w:type="spellEnd"/>
      <w:r w:rsidRPr="007671F1">
        <w:rPr>
          <w:rFonts w:cs="Times New Roman"/>
        </w:rPr>
        <w:t xml:space="preserve"> </w:t>
      </w:r>
      <w:r w:rsidRPr="007671F1">
        <w:rPr>
          <w:rFonts w:cs="Times New Roman"/>
          <w:i/>
        </w:rPr>
        <w:t>state space</w:t>
      </w:r>
      <w:r w:rsidRPr="007671F1">
        <w:rPr>
          <w:rFonts w:cs="Times New Roman"/>
        </w:rPr>
        <w:t xml:space="preserve">, </w:t>
      </w:r>
      <w:r w:rsidRPr="007671F1">
        <w:rPr>
          <w:rFonts w:cs="Times New Roman"/>
          <w:i/>
        </w:rPr>
        <w:t>action space</w:t>
      </w:r>
      <w:r w:rsidRPr="007671F1">
        <w:rPr>
          <w:rFonts w:cs="Times New Roman"/>
        </w:rPr>
        <w:t xml:space="preserve"> </w:t>
      </w:r>
      <w:proofErr w:type="spellStart"/>
      <w:r w:rsidRPr="007671F1">
        <w:rPr>
          <w:rFonts w:cs="Times New Roman"/>
        </w:rPr>
        <w:t>diskrit</w:t>
      </w:r>
      <w:proofErr w:type="spellEnd"/>
      <w:r w:rsidRPr="007671F1">
        <w:rPr>
          <w:rFonts w:cs="Times New Roman"/>
        </w:rPr>
        <w:t xml:space="preserve">, dan </w:t>
      </w:r>
      <w:r w:rsidRPr="007671F1">
        <w:rPr>
          <w:rFonts w:cs="Times New Roman"/>
          <w:i/>
        </w:rPr>
        <w:t>reward shaping</w:t>
      </w:r>
      <w:r w:rsidRPr="007671F1">
        <w:rPr>
          <w:rFonts w:cs="Times New Roman"/>
        </w:rPr>
        <w:t xml:space="preserve"> </w:t>
      </w:r>
      <w:proofErr w:type="spellStart"/>
      <w:r w:rsidRPr="007671F1">
        <w:rPr>
          <w:rFonts w:cs="Times New Roman"/>
        </w:rPr>
        <w:t>agen</w:t>
      </w:r>
      <w:proofErr w:type="spellEnd"/>
      <w:r w:rsidRPr="007671F1">
        <w:rPr>
          <w:rFonts w:cs="Times New Roman"/>
        </w:rPr>
        <w:t xml:space="preserve"> yang optimal?</w:t>
      </w:r>
    </w:p>
    <w:p w14:paraId="28219898" w14:textId="7AECB47E" w:rsidR="00F810AC" w:rsidRDefault="00000000">
      <w:pPr>
        <w:pStyle w:val="ListParagraph"/>
        <w:numPr>
          <w:ilvl w:val="0"/>
          <w:numId w:val="7"/>
        </w:numPr>
        <w:spacing w:line="360" w:lineRule="auto"/>
        <w:jc w:val="both"/>
      </w:pPr>
      <w:proofErr w:type="spellStart"/>
      <w:r w:rsidRPr="007671F1">
        <w:rPr>
          <w:rFonts w:cs="Times New Roman"/>
        </w:rPr>
        <w:t>Bagaimana</w:t>
      </w:r>
      <w:proofErr w:type="spellEnd"/>
      <w:r w:rsidRPr="007671F1">
        <w:rPr>
          <w:rFonts w:cs="Times New Roman"/>
        </w:rPr>
        <w:t xml:space="preserve"> </w:t>
      </w:r>
      <w:proofErr w:type="spellStart"/>
      <w:r w:rsidRPr="007671F1">
        <w:rPr>
          <w:rFonts w:cs="Times New Roman"/>
        </w:rPr>
        <w:t>tingkat</w:t>
      </w:r>
      <w:proofErr w:type="spellEnd"/>
      <w:r w:rsidRPr="007671F1">
        <w:rPr>
          <w:rFonts w:cs="Times New Roman"/>
        </w:rPr>
        <w:t xml:space="preserve"> </w:t>
      </w:r>
      <w:proofErr w:type="spellStart"/>
      <w:r w:rsidRPr="007671F1">
        <w:rPr>
          <w:rFonts w:cs="Times New Roman"/>
        </w:rPr>
        <w:t>keberhasilan</w:t>
      </w:r>
      <w:proofErr w:type="spellEnd"/>
      <w:r w:rsidRPr="007671F1">
        <w:rPr>
          <w:rFonts w:cs="Times New Roman"/>
        </w:rPr>
        <w:t xml:space="preserve"> </w:t>
      </w:r>
      <w:proofErr w:type="spellStart"/>
      <w:r w:rsidRPr="007671F1">
        <w:rPr>
          <w:rFonts w:cs="Times New Roman"/>
        </w:rPr>
        <w:t>performa</w:t>
      </w:r>
      <w:proofErr w:type="spellEnd"/>
      <w:r w:rsidRPr="007671F1">
        <w:rPr>
          <w:rFonts w:cs="Times New Roman"/>
        </w:rPr>
        <w:t xml:space="preserve"> </w:t>
      </w:r>
      <w:proofErr w:type="spellStart"/>
      <w:r w:rsidRPr="007671F1">
        <w:rPr>
          <w:rFonts w:cs="Times New Roman"/>
        </w:rPr>
        <w:t>navigasi</w:t>
      </w:r>
      <w:proofErr w:type="spellEnd"/>
      <w:r w:rsidRPr="007671F1">
        <w:rPr>
          <w:rFonts w:cs="Times New Roman"/>
        </w:rPr>
        <w:t xml:space="preserve"> dan </w:t>
      </w:r>
      <w:r w:rsidRPr="007671F1">
        <w:rPr>
          <w:rFonts w:cs="Times New Roman"/>
          <w:i/>
        </w:rPr>
        <w:t>collision avoidance</w:t>
      </w:r>
      <w:r w:rsidRPr="007671F1">
        <w:rPr>
          <w:rFonts w:cs="Times New Roman"/>
        </w:rPr>
        <w:t xml:space="preserve"> </w:t>
      </w:r>
      <w:proofErr w:type="spellStart"/>
      <w:r w:rsidRPr="007671F1">
        <w:rPr>
          <w:rFonts w:cs="Times New Roman"/>
        </w:rPr>
        <w:t>agen</w:t>
      </w:r>
      <w:proofErr w:type="spellEnd"/>
      <w:r w:rsidRPr="007671F1">
        <w:rPr>
          <w:rFonts w:cs="Times New Roman"/>
        </w:rPr>
        <w:t xml:space="preserve">, </w:t>
      </w:r>
      <w:proofErr w:type="spellStart"/>
      <w:r w:rsidRPr="007671F1">
        <w:rPr>
          <w:rFonts w:cs="Times New Roman"/>
        </w:rPr>
        <w:t>diukur</w:t>
      </w:r>
      <w:proofErr w:type="spellEnd"/>
      <w:r w:rsidRPr="007671F1">
        <w:rPr>
          <w:rFonts w:cs="Times New Roman"/>
        </w:rPr>
        <w:t xml:space="preserve"> </w:t>
      </w:r>
      <w:proofErr w:type="spellStart"/>
      <w:r w:rsidRPr="007671F1">
        <w:rPr>
          <w:rFonts w:cs="Times New Roman"/>
        </w:rPr>
        <w:t>dari</w:t>
      </w:r>
      <w:proofErr w:type="spellEnd"/>
      <w:r w:rsidRPr="007671F1">
        <w:rPr>
          <w:rFonts w:cs="Times New Roman"/>
        </w:rPr>
        <w:t xml:space="preserve"> </w:t>
      </w:r>
      <w:proofErr w:type="spellStart"/>
      <w:r w:rsidRPr="007671F1">
        <w:rPr>
          <w:rFonts w:cs="Times New Roman"/>
        </w:rPr>
        <w:t>metrik</w:t>
      </w:r>
      <w:proofErr w:type="spellEnd"/>
      <w:r w:rsidRPr="007671F1">
        <w:rPr>
          <w:rFonts w:cs="Times New Roman"/>
        </w:rPr>
        <w:t xml:space="preserve"> </w:t>
      </w:r>
      <w:r w:rsidRPr="007671F1">
        <w:rPr>
          <w:rFonts w:cs="Times New Roman"/>
          <w:i/>
        </w:rPr>
        <w:t>Mean Episode Return</w:t>
      </w:r>
      <w:r w:rsidRPr="007671F1">
        <w:rPr>
          <w:rFonts w:cs="Times New Roman"/>
        </w:rPr>
        <w:t xml:space="preserve">, </w:t>
      </w:r>
      <w:r w:rsidRPr="007671F1">
        <w:rPr>
          <w:rFonts w:cs="Times New Roman"/>
          <w:i/>
        </w:rPr>
        <w:t>Collision Rate</w:t>
      </w:r>
      <w:r w:rsidRPr="007671F1">
        <w:rPr>
          <w:rFonts w:cs="Times New Roman"/>
        </w:rPr>
        <w:t xml:space="preserve">, dan </w:t>
      </w:r>
      <w:r w:rsidRPr="007671F1">
        <w:rPr>
          <w:rFonts w:cs="Times New Roman"/>
          <w:i/>
        </w:rPr>
        <w:t>Success Rate</w:t>
      </w:r>
      <w:r w:rsidRPr="007671F1">
        <w:rPr>
          <w:rFonts w:cs="Times New Roman"/>
        </w:rPr>
        <w:t xml:space="preserve"> pada </w:t>
      </w:r>
      <w:proofErr w:type="spellStart"/>
      <w:r w:rsidRPr="007671F1">
        <w:rPr>
          <w:rFonts w:cs="Times New Roman"/>
        </w:rPr>
        <w:t>skenario</w:t>
      </w:r>
      <w:proofErr w:type="spellEnd"/>
      <w:r w:rsidRPr="007671F1">
        <w:rPr>
          <w:rFonts w:cs="Times New Roman"/>
        </w:rPr>
        <w:t xml:space="preserve"> </w:t>
      </w:r>
      <w:proofErr w:type="spellStart"/>
      <w:r w:rsidRPr="007671F1">
        <w:rPr>
          <w:rFonts w:cs="Times New Roman"/>
        </w:rPr>
        <w:t>perkotaan</w:t>
      </w:r>
      <w:proofErr w:type="spellEnd"/>
      <w:r w:rsidRPr="007671F1">
        <w:rPr>
          <w:rFonts w:cs="Times New Roman"/>
        </w:rPr>
        <w:t>?</w:t>
      </w:r>
    </w:p>
    <w:p w14:paraId="2BE7D28A" w14:textId="77777777" w:rsidR="00F810AC" w:rsidRPr="007F78CD" w:rsidRDefault="00000000" w:rsidP="00F333B6">
      <w:pPr>
        <w:pStyle w:val="Heading2"/>
        <w:numPr>
          <w:ilvl w:val="0"/>
          <w:numId w:val="0"/>
        </w:numPr>
        <w:ind w:left="576" w:hanging="576"/>
      </w:pPr>
      <w:bookmarkStart w:id="9" w:name="_Toc233990524"/>
      <w:proofErr w:type="gramStart"/>
      <w:r w:rsidRPr="007F78CD">
        <w:t xml:space="preserve">1.3  </w:t>
      </w:r>
      <w:proofErr w:type="spellStart"/>
      <w:r w:rsidRPr="007F78CD">
        <w:t>Tujuan</w:t>
      </w:r>
      <w:proofErr w:type="spellEnd"/>
      <w:proofErr w:type="gramEnd"/>
      <w:r w:rsidRPr="007F78CD">
        <w:t xml:space="preserve"> </w:t>
      </w:r>
      <w:proofErr w:type="spellStart"/>
      <w:r w:rsidRPr="007F78CD">
        <w:t>Tugas</w:t>
      </w:r>
      <w:proofErr w:type="spellEnd"/>
      <w:r w:rsidRPr="007F78CD">
        <w:t xml:space="preserve"> Akhir</w:t>
      </w:r>
      <w:bookmarkEnd w:id="9"/>
    </w:p>
    <w:p w14:paraId="7784D15F" w14:textId="77777777" w:rsidR="00F810AC" w:rsidRDefault="00000000">
      <w:pPr>
        <w:spacing w:after="0" w:line="360" w:lineRule="auto"/>
        <w:ind w:firstLine="680"/>
        <w:jc w:val="both"/>
      </w:pPr>
      <w:proofErr w:type="spellStart"/>
      <w:r>
        <w:rPr>
          <w:rFonts w:cs="Times New Roman"/>
        </w:rPr>
        <w:t>Tujuan</w:t>
      </w:r>
      <w:proofErr w:type="spellEnd"/>
      <w:r>
        <w:rPr>
          <w:rFonts w:cs="Times New Roman"/>
        </w:rPr>
        <w:t xml:space="preserve"> </w:t>
      </w:r>
      <w:proofErr w:type="spellStart"/>
      <w:r>
        <w:rPr>
          <w:rFonts w:cs="Times New Roman"/>
        </w:rPr>
        <w:t>dari</w:t>
      </w:r>
      <w:proofErr w:type="spellEnd"/>
      <w:r>
        <w:rPr>
          <w:rFonts w:cs="Times New Roman"/>
        </w:rPr>
        <w:t xml:space="preserve"> </w:t>
      </w:r>
      <w:proofErr w:type="spellStart"/>
      <w:r>
        <w:rPr>
          <w:rFonts w:cs="Times New Roman"/>
        </w:rPr>
        <w:t>Tugas</w:t>
      </w:r>
      <w:proofErr w:type="spellEnd"/>
      <w:r>
        <w:rPr>
          <w:rFonts w:cs="Times New Roman"/>
        </w:rPr>
        <w:t xml:space="preserve"> Akhir </w:t>
      </w:r>
      <w:proofErr w:type="spellStart"/>
      <w:r>
        <w:rPr>
          <w:rFonts w:cs="Times New Roman"/>
        </w:rPr>
        <w:t>ini</w:t>
      </w:r>
      <w:proofErr w:type="spellEnd"/>
      <w:r>
        <w:rPr>
          <w:rFonts w:cs="Times New Roman"/>
        </w:rPr>
        <w:t xml:space="preserve"> </w:t>
      </w:r>
      <w:proofErr w:type="spellStart"/>
      <w:proofErr w:type="gramStart"/>
      <w:r>
        <w:rPr>
          <w:rFonts w:cs="Times New Roman"/>
        </w:rPr>
        <w:t>adalah</w:t>
      </w:r>
      <w:proofErr w:type="spellEnd"/>
      <w:r>
        <w:rPr>
          <w:rFonts w:cs="Times New Roman"/>
        </w:rPr>
        <w:t xml:space="preserve"> :</w:t>
      </w:r>
      <w:proofErr w:type="gramEnd"/>
    </w:p>
    <w:p w14:paraId="3D61102A" w14:textId="3DF291CE" w:rsidR="00F810AC" w:rsidRDefault="00000000">
      <w:pPr>
        <w:pStyle w:val="ListParagraph"/>
        <w:numPr>
          <w:ilvl w:val="0"/>
          <w:numId w:val="8"/>
        </w:numPr>
        <w:spacing w:line="360" w:lineRule="auto"/>
        <w:jc w:val="both"/>
      </w:pPr>
      <w:proofErr w:type="spellStart"/>
      <w:r w:rsidRPr="007671F1">
        <w:rPr>
          <w:rFonts w:cs="Times New Roman"/>
        </w:rPr>
        <w:t>Menghasilkan</w:t>
      </w:r>
      <w:proofErr w:type="spellEnd"/>
      <w:r w:rsidRPr="007671F1">
        <w:rPr>
          <w:rFonts w:cs="Times New Roman"/>
        </w:rPr>
        <w:t xml:space="preserve"> </w:t>
      </w:r>
      <w:proofErr w:type="spellStart"/>
      <w:r w:rsidRPr="007671F1">
        <w:rPr>
          <w:rFonts w:cs="Times New Roman"/>
        </w:rPr>
        <w:t>arsitektur</w:t>
      </w:r>
      <w:proofErr w:type="spellEnd"/>
      <w:r w:rsidRPr="007671F1">
        <w:rPr>
          <w:rFonts w:cs="Times New Roman"/>
        </w:rPr>
        <w:t xml:space="preserve"> model </w:t>
      </w:r>
      <w:r w:rsidRPr="007671F1">
        <w:rPr>
          <w:rFonts w:cs="Times New Roman"/>
          <w:i/>
        </w:rPr>
        <w:t>End-to-End</w:t>
      </w:r>
      <w:r w:rsidRPr="007671F1">
        <w:rPr>
          <w:rFonts w:cs="Times New Roman"/>
        </w:rPr>
        <w:t xml:space="preserve"> DRL </w:t>
      </w:r>
      <w:proofErr w:type="spellStart"/>
      <w:r w:rsidRPr="007671F1">
        <w:rPr>
          <w:rFonts w:cs="Times New Roman"/>
        </w:rPr>
        <w:t>berbasis</w:t>
      </w:r>
      <w:proofErr w:type="spellEnd"/>
      <w:r w:rsidRPr="007671F1">
        <w:rPr>
          <w:rFonts w:cs="Times New Roman"/>
        </w:rPr>
        <w:t xml:space="preserve"> DQN (</w:t>
      </w:r>
      <w:proofErr w:type="spellStart"/>
      <w:r w:rsidRPr="007671F1">
        <w:rPr>
          <w:rFonts w:cs="Times New Roman"/>
        </w:rPr>
        <w:t>termasuk</w:t>
      </w:r>
      <w:proofErr w:type="spellEnd"/>
      <w:r w:rsidRPr="007671F1">
        <w:rPr>
          <w:rFonts w:cs="Times New Roman"/>
        </w:rPr>
        <w:t xml:space="preserve"> </w:t>
      </w:r>
      <w:proofErr w:type="spellStart"/>
      <w:r w:rsidRPr="007671F1">
        <w:rPr>
          <w:rFonts w:cs="Times New Roman"/>
        </w:rPr>
        <w:t>ekstensi</w:t>
      </w:r>
      <w:proofErr w:type="spellEnd"/>
      <w:r w:rsidRPr="007671F1">
        <w:rPr>
          <w:rFonts w:cs="Times New Roman"/>
        </w:rPr>
        <w:t xml:space="preserve"> </w:t>
      </w:r>
      <w:r w:rsidRPr="007671F1">
        <w:rPr>
          <w:rFonts w:cs="Times New Roman"/>
          <w:i/>
        </w:rPr>
        <w:t>Double DQN</w:t>
      </w:r>
      <w:r w:rsidRPr="007671F1">
        <w:rPr>
          <w:rFonts w:cs="Times New Roman"/>
        </w:rPr>
        <w:t xml:space="preserve"> dan </w:t>
      </w:r>
      <w:r w:rsidRPr="007671F1">
        <w:rPr>
          <w:rFonts w:cs="Times New Roman"/>
          <w:i/>
        </w:rPr>
        <w:t>n-step return</w:t>
      </w:r>
      <w:r w:rsidRPr="007671F1">
        <w:rPr>
          <w:rFonts w:cs="Times New Roman"/>
        </w:rPr>
        <w:t xml:space="preserve">) yang </w:t>
      </w:r>
      <w:proofErr w:type="spellStart"/>
      <w:r w:rsidRPr="007671F1">
        <w:rPr>
          <w:rFonts w:cs="Times New Roman"/>
        </w:rPr>
        <w:t>memproses</w:t>
      </w:r>
      <w:proofErr w:type="spellEnd"/>
      <w:r w:rsidRPr="007671F1">
        <w:rPr>
          <w:rFonts w:cs="Times New Roman"/>
        </w:rPr>
        <w:t xml:space="preserve"> data </w:t>
      </w:r>
      <w:proofErr w:type="spellStart"/>
      <w:r w:rsidRPr="007671F1">
        <w:rPr>
          <w:rFonts w:cs="Times New Roman"/>
        </w:rPr>
        <w:t>kamera</w:t>
      </w:r>
      <w:proofErr w:type="spellEnd"/>
      <w:r w:rsidRPr="007671F1">
        <w:rPr>
          <w:rFonts w:cs="Times New Roman"/>
        </w:rPr>
        <w:t xml:space="preserve"> </w:t>
      </w:r>
      <w:proofErr w:type="spellStart"/>
      <w:r w:rsidRPr="007671F1">
        <w:rPr>
          <w:rFonts w:cs="Times New Roman"/>
        </w:rPr>
        <w:t>untuk</w:t>
      </w:r>
      <w:proofErr w:type="spellEnd"/>
      <w:r w:rsidRPr="007671F1">
        <w:rPr>
          <w:rFonts w:cs="Times New Roman"/>
        </w:rPr>
        <w:t xml:space="preserve"> </w:t>
      </w:r>
      <w:proofErr w:type="spellStart"/>
      <w:r w:rsidRPr="007671F1">
        <w:rPr>
          <w:rFonts w:cs="Times New Roman"/>
        </w:rPr>
        <w:t>navigasi</w:t>
      </w:r>
      <w:proofErr w:type="spellEnd"/>
      <w:r w:rsidRPr="007671F1">
        <w:rPr>
          <w:rFonts w:cs="Times New Roman"/>
        </w:rPr>
        <w:t xml:space="preserve"> </w:t>
      </w:r>
      <w:proofErr w:type="spellStart"/>
      <w:r w:rsidRPr="007671F1">
        <w:rPr>
          <w:rFonts w:cs="Times New Roman"/>
        </w:rPr>
        <w:t>kendaraan</w:t>
      </w:r>
      <w:proofErr w:type="spellEnd"/>
      <w:r w:rsidRPr="007671F1">
        <w:rPr>
          <w:rFonts w:cs="Times New Roman"/>
        </w:rPr>
        <w:t xml:space="preserve"> </w:t>
      </w:r>
      <w:proofErr w:type="spellStart"/>
      <w:r w:rsidRPr="007671F1">
        <w:rPr>
          <w:rFonts w:cs="Times New Roman"/>
        </w:rPr>
        <w:t>besar</w:t>
      </w:r>
      <w:proofErr w:type="spellEnd"/>
      <w:r w:rsidRPr="007671F1">
        <w:rPr>
          <w:rFonts w:cs="Times New Roman"/>
        </w:rPr>
        <w:t xml:space="preserve"> pada </w:t>
      </w:r>
      <w:proofErr w:type="spellStart"/>
      <w:r w:rsidRPr="007671F1">
        <w:rPr>
          <w:rFonts w:cs="Times New Roman"/>
        </w:rPr>
        <w:t>lingkungan</w:t>
      </w:r>
      <w:proofErr w:type="spellEnd"/>
      <w:r w:rsidRPr="007671F1">
        <w:rPr>
          <w:rFonts w:cs="Times New Roman"/>
        </w:rPr>
        <w:t xml:space="preserve"> simulator </w:t>
      </w:r>
      <w:proofErr w:type="spellStart"/>
      <w:r w:rsidRPr="007671F1">
        <w:rPr>
          <w:rFonts w:cs="Times New Roman"/>
        </w:rPr>
        <w:t>Webots</w:t>
      </w:r>
      <w:proofErr w:type="spellEnd"/>
      <w:r w:rsidRPr="007671F1">
        <w:rPr>
          <w:rFonts w:cs="Times New Roman"/>
        </w:rPr>
        <w:t>.</w:t>
      </w:r>
    </w:p>
    <w:p w14:paraId="4FB5EF67" w14:textId="60A085B9" w:rsidR="00F810AC" w:rsidRDefault="00000000">
      <w:pPr>
        <w:pStyle w:val="ListParagraph"/>
        <w:numPr>
          <w:ilvl w:val="0"/>
          <w:numId w:val="8"/>
        </w:numPr>
        <w:spacing w:line="360" w:lineRule="auto"/>
        <w:jc w:val="both"/>
      </w:pPr>
      <w:proofErr w:type="spellStart"/>
      <w:r w:rsidRPr="007671F1">
        <w:rPr>
          <w:rFonts w:cs="Times New Roman"/>
        </w:rPr>
        <w:t>Merumuskan</w:t>
      </w:r>
      <w:proofErr w:type="spellEnd"/>
      <w:r w:rsidRPr="007671F1">
        <w:rPr>
          <w:rFonts w:cs="Times New Roman"/>
        </w:rPr>
        <w:t xml:space="preserve"> </w:t>
      </w:r>
      <w:proofErr w:type="spellStart"/>
      <w:r w:rsidRPr="007671F1">
        <w:rPr>
          <w:rFonts w:cs="Times New Roman"/>
        </w:rPr>
        <w:t>formulasi</w:t>
      </w:r>
      <w:proofErr w:type="spellEnd"/>
      <w:r w:rsidRPr="007671F1">
        <w:rPr>
          <w:rFonts w:cs="Times New Roman"/>
        </w:rPr>
        <w:t xml:space="preserve"> </w:t>
      </w:r>
      <w:r w:rsidRPr="007671F1">
        <w:rPr>
          <w:rFonts w:cs="Times New Roman"/>
          <w:i/>
        </w:rPr>
        <w:t>Markov Decision Process</w:t>
      </w:r>
      <w:r w:rsidRPr="007671F1">
        <w:rPr>
          <w:rFonts w:cs="Times New Roman"/>
        </w:rPr>
        <w:t xml:space="preserve"> yang </w:t>
      </w:r>
      <w:proofErr w:type="spellStart"/>
      <w:r w:rsidRPr="007671F1">
        <w:rPr>
          <w:rFonts w:cs="Times New Roman"/>
        </w:rPr>
        <w:t>spesifik</w:t>
      </w:r>
      <w:proofErr w:type="spellEnd"/>
      <w:r w:rsidRPr="007671F1">
        <w:rPr>
          <w:rFonts w:cs="Times New Roman"/>
        </w:rPr>
        <w:t xml:space="preserve"> dan </w:t>
      </w:r>
      <w:proofErr w:type="spellStart"/>
      <w:r w:rsidRPr="007671F1">
        <w:rPr>
          <w:rFonts w:cs="Times New Roman"/>
        </w:rPr>
        <w:t>dioptimasi</w:t>
      </w:r>
      <w:proofErr w:type="spellEnd"/>
      <w:r w:rsidRPr="007671F1">
        <w:rPr>
          <w:rFonts w:cs="Times New Roman"/>
        </w:rPr>
        <w:t xml:space="preserve"> </w:t>
      </w:r>
      <w:proofErr w:type="spellStart"/>
      <w:r w:rsidRPr="007671F1">
        <w:rPr>
          <w:rFonts w:cs="Times New Roman"/>
        </w:rPr>
        <w:t>untuk</w:t>
      </w:r>
      <w:proofErr w:type="spellEnd"/>
      <w:r w:rsidRPr="007671F1">
        <w:rPr>
          <w:rFonts w:cs="Times New Roman"/>
        </w:rPr>
        <w:t xml:space="preserve"> </w:t>
      </w:r>
      <w:proofErr w:type="spellStart"/>
      <w:r w:rsidRPr="007671F1">
        <w:rPr>
          <w:rFonts w:cs="Times New Roman"/>
        </w:rPr>
        <w:t>kendaraan</w:t>
      </w:r>
      <w:proofErr w:type="spellEnd"/>
      <w:r w:rsidRPr="007671F1">
        <w:rPr>
          <w:rFonts w:cs="Times New Roman"/>
        </w:rPr>
        <w:t xml:space="preserve"> </w:t>
      </w:r>
      <w:proofErr w:type="spellStart"/>
      <w:r w:rsidRPr="007671F1">
        <w:rPr>
          <w:rFonts w:cs="Times New Roman"/>
        </w:rPr>
        <w:t>berat</w:t>
      </w:r>
      <w:proofErr w:type="spellEnd"/>
      <w:r w:rsidRPr="007671F1">
        <w:rPr>
          <w:rFonts w:cs="Times New Roman"/>
        </w:rPr>
        <w:t xml:space="preserve">, </w:t>
      </w:r>
      <w:proofErr w:type="spellStart"/>
      <w:r w:rsidRPr="007671F1">
        <w:rPr>
          <w:rFonts w:cs="Times New Roman"/>
        </w:rPr>
        <w:t>mencakup</w:t>
      </w:r>
      <w:proofErr w:type="spellEnd"/>
      <w:r w:rsidRPr="007671F1">
        <w:rPr>
          <w:rFonts w:cs="Times New Roman"/>
        </w:rPr>
        <w:t xml:space="preserve"> </w:t>
      </w:r>
      <w:proofErr w:type="spellStart"/>
      <w:r w:rsidRPr="007671F1">
        <w:rPr>
          <w:rFonts w:cs="Times New Roman"/>
        </w:rPr>
        <w:t>pendefinisian</w:t>
      </w:r>
      <w:proofErr w:type="spellEnd"/>
      <w:r w:rsidRPr="007671F1">
        <w:rPr>
          <w:rFonts w:cs="Times New Roman"/>
        </w:rPr>
        <w:t xml:space="preserve"> </w:t>
      </w:r>
      <w:r w:rsidRPr="007671F1">
        <w:rPr>
          <w:rFonts w:cs="Times New Roman"/>
          <w:i/>
        </w:rPr>
        <w:t>state space</w:t>
      </w:r>
      <w:r w:rsidRPr="007671F1">
        <w:rPr>
          <w:rFonts w:cs="Times New Roman"/>
        </w:rPr>
        <w:t xml:space="preserve">, </w:t>
      </w:r>
      <w:r w:rsidRPr="007671F1">
        <w:rPr>
          <w:rFonts w:cs="Times New Roman"/>
          <w:i/>
        </w:rPr>
        <w:t>action space</w:t>
      </w:r>
      <w:r w:rsidRPr="007671F1">
        <w:rPr>
          <w:rFonts w:cs="Times New Roman"/>
        </w:rPr>
        <w:t xml:space="preserve"> </w:t>
      </w:r>
      <w:proofErr w:type="spellStart"/>
      <w:r w:rsidRPr="007671F1">
        <w:rPr>
          <w:rFonts w:cs="Times New Roman"/>
        </w:rPr>
        <w:t>diskrit</w:t>
      </w:r>
      <w:proofErr w:type="spellEnd"/>
      <w:r w:rsidRPr="007671F1">
        <w:rPr>
          <w:rFonts w:cs="Times New Roman"/>
        </w:rPr>
        <w:t xml:space="preserve">, dan </w:t>
      </w:r>
      <w:r w:rsidRPr="007671F1">
        <w:rPr>
          <w:rFonts w:cs="Times New Roman"/>
          <w:i/>
        </w:rPr>
        <w:t>reward shaping</w:t>
      </w:r>
      <w:r w:rsidRPr="007671F1">
        <w:rPr>
          <w:rFonts w:cs="Times New Roman"/>
        </w:rPr>
        <w:t>.</w:t>
      </w:r>
    </w:p>
    <w:p w14:paraId="11AE1B96" w14:textId="4E00DEA5" w:rsidR="00F810AC" w:rsidRDefault="00000000">
      <w:pPr>
        <w:pStyle w:val="ListParagraph"/>
        <w:numPr>
          <w:ilvl w:val="0"/>
          <w:numId w:val="8"/>
        </w:numPr>
        <w:spacing w:line="360" w:lineRule="auto"/>
        <w:jc w:val="both"/>
      </w:pPr>
      <w:proofErr w:type="spellStart"/>
      <w:r w:rsidRPr="007671F1">
        <w:rPr>
          <w:rFonts w:cs="Times New Roman"/>
        </w:rPr>
        <w:t>Mengevaluasi</w:t>
      </w:r>
      <w:proofErr w:type="spellEnd"/>
      <w:r w:rsidRPr="007671F1">
        <w:rPr>
          <w:rFonts w:cs="Times New Roman"/>
        </w:rPr>
        <w:t xml:space="preserve"> </w:t>
      </w:r>
      <w:proofErr w:type="spellStart"/>
      <w:r w:rsidRPr="007671F1">
        <w:rPr>
          <w:rFonts w:cs="Times New Roman"/>
        </w:rPr>
        <w:t>tingkat</w:t>
      </w:r>
      <w:proofErr w:type="spellEnd"/>
      <w:r w:rsidRPr="007671F1">
        <w:rPr>
          <w:rFonts w:cs="Times New Roman"/>
        </w:rPr>
        <w:t xml:space="preserve"> </w:t>
      </w:r>
      <w:proofErr w:type="spellStart"/>
      <w:r w:rsidRPr="007671F1">
        <w:rPr>
          <w:rFonts w:cs="Times New Roman"/>
        </w:rPr>
        <w:t>keberhasilan</w:t>
      </w:r>
      <w:proofErr w:type="spellEnd"/>
      <w:r w:rsidRPr="007671F1">
        <w:rPr>
          <w:rFonts w:cs="Times New Roman"/>
        </w:rPr>
        <w:t xml:space="preserve"> </w:t>
      </w:r>
      <w:proofErr w:type="spellStart"/>
      <w:r w:rsidRPr="007671F1">
        <w:rPr>
          <w:rFonts w:cs="Times New Roman"/>
        </w:rPr>
        <w:t>performa</w:t>
      </w:r>
      <w:proofErr w:type="spellEnd"/>
      <w:r w:rsidRPr="007671F1">
        <w:rPr>
          <w:rFonts w:cs="Times New Roman"/>
        </w:rPr>
        <w:t xml:space="preserve"> </w:t>
      </w:r>
      <w:proofErr w:type="spellStart"/>
      <w:r w:rsidRPr="007671F1">
        <w:rPr>
          <w:rFonts w:cs="Times New Roman"/>
        </w:rPr>
        <w:t>navigasi</w:t>
      </w:r>
      <w:proofErr w:type="spellEnd"/>
      <w:r w:rsidRPr="007671F1">
        <w:rPr>
          <w:rFonts w:cs="Times New Roman"/>
        </w:rPr>
        <w:t xml:space="preserve"> dan </w:t>
      </w:r>
      <w:r w:rsidRPr="007671F1">
        <w:rPr>
          <w:rFonts w:cs="Times New Roman"/>
          <w:i/>
        </w:rPr>
        <w:t>collision avoidance</w:t>
      </w:r>
      <w:r w:rsidRPr="007671F1">
        <w:rPr>
          <w:rFonts w:cs="Times New Roman"/>
        </w:rPr>
        <w:t xml:space="preserve"> </w:t>
      </w:r>
      <w:proofErr w:type="spellStart"/>
      <w:r w:rsidRPr="007671F1">
        <w:rPr>
          <w:rFonts w:cs="Times New Roman"/>
        </w:rPr>
        <w:t>agen</w:t>
      </w:r>
      <w:proofErr w:type="spellEnd"/>
      <w:r w:rsidRPr="007671F1">
        <w:rPr>
          <w:rFonts w:cs="Times New Roman"/>
        </w:rPr>
        <w:t xml:space="preserve"> </w:t>
      </w:r>
      <w:proofErr w:type="spellStart"/>
      <w:r w:rsidRPr="007671F1">
        <w:rPr>
          <w:rFonts w:cs="Times New Roman"/>
        </w:rPr>
        <w:t>terbaik</w:t>
      </w:r>
      <w:proofErr w:type="spellEnd"/>
      <w:r w:rsidRPr="007671F1">
        <w:rPr>
          <w:rFonts w:cs="Times New Roman"/>
        </w:rPr>
        <w:t xml:space="preserve"> pada </w:t>
      </w:r>
      <w:proofErr w:type="spellStart"/>
      <w:r w:rsidRPr="007671F1">
        <w:rPr>
          <w:rFonts w:cs="Times New Roman"/>
        </w:rPr>
        <w:t>skenario</w:t>
      </w:r>
      <w:proofErr w:type="spellEnd"/>
      <w:r w:rsidRPr="007671F1">
        <w:rPr>
          <w:rFonts w:cs="Times New Roman"/>
        </w:rPr>
        <w:t xml:space="preserve"> </w:t>
      </w:r>
      <w:proofErr w:type="spellStart"/>
      <w:r w:rsidRPr="007671F1">
        <w:rPr>
          <w:rFonts w:cs="Times New Roman"/>
        </w:rPr>
        <w:t>perkotaan</w:t>
      </w:r>
      <w:proofErr w:type="spellEnd"/>
      <w:r w:rsidRPr="007671F1">
        <w:rPr>
          <w:rFonts w:cs="Times New Roman"/>
        </w:rPr>
        <w:t xml:space="preserve">, </w:t>
      </w:r>
      <w:proofErr w:type="spellStart"/>
      <w:r w:rsidRPr="007671F1">
        <w:rPr>
          <w:rFonts w:cs="Times New Roman"/>
        </w:rPr>
        <w:t>diukur</w:t>
      </w:r>
      <w:proofErr w:type="spellEnd"/>
      <w:r w:rsidRPr="007671F1">
        <w:rPr>
          <w:rFonts w:cs="Times New Roman"/>
        </w:rPr>
        <w:t xml:space="preserve"> </w:t>
      </w:r>
      <w:proofErr w:type="spellStart"/>
      <w:r w:rsidRPr="007671F1">
        <w:rPr>
          <w:rFonts w:cs="Times New Roman"/>
        </w:rPr>
        <w:t>menggunakan</w:t>
      </w:r>
      <w:proofErr w:type="spellEnd"/>
      <w:r w:rsidRPr="007671F1">
        <w:rPr>
          <w:rFonts w:cs="Times New Roman"/>
        </w:rPr>
        <w:t xml:space="preserve"> </w:t>
      </w:r>
      <w:proofErr w:type="spellStart"/>
      <w:r w:rsidRPr="007671F1">
        <w:rPr>
          <w:rFonts w:cs="Times New Roman"/>
        </w:rPr>
        <w:t>metrik</w:t>
      </w:r>
      <w:proofErr w:type="spellEnd"/>
      <w:r w:rsidRPr="007671F1">
        <w:rPr>
          <w:rFonts w:cs="Times New Roman"/>
        </w:rPr>
        <w:t xml:space="preserve"> </w:t>
      </w:r>
      <w:r w:rsidRPr="007671F1">
        <w:rPr>
          <w:rFonts w:cs="Times New Roman"/>
          <w:i/>
        </w:rPr>
        <w:t>Mean Episode Return</w:t>
      </w:r>
      <w:r w:rsidRPr="007671F1">
        <w:rPr>
          <w:rFonts w:cs="Times New Roman"/>
        </w:rPr>
        <w:t xml:space="preserve">, </w:t>
      </w:r>
      <w:r w:rsidRPr="007671F1">
        <w:rPr>
          <w:rFonts w:cs="Times New Roman"/>
          <w:i/>
        </w:rPr>
        <w:t>Collision Rate</w:t>
      </w:r>
      <w:r w:rsidRPr="007671F1">
        <w:rPr>
          <w:rFonts w:cs="Times New Roman"/>
        </w:rPr>
        <w:t xml:space="preserve">, dan </w:t>
      </w:r>
      <w:r w:rsidRPr="007671F1">
        <w:rPr>
          <w:rFonts w:cs="Times New Roman"/>
          <w:i/>
        </w:rPr>
        <w:t>Success Rate</w:t>
      </w:r>
      <w:r w:rsidRPr="007671F1">
        <w:rPr>
          <w:rFonts w:cs="Times New Roman"/>
        </w:rPr>
        <w:t>.</w:t>
      </w:r>
    </w:p>
    <w:p w14:paraId="5F6502D0" w14:textId="77777777" w:rsidR="00F810AC" w:rsidRPr="007F78CD" w:rsidRDefault="00000000" w:rsidP="00F333B6">
      <w:pPr>
        <w:pStyle w:val="Heading2"/>
        <w:numPr>
          <w:ilvl w:val="0"/>
          <w:numId w:val="0"/>
        </w:numPr>
        <w:ind w:left="576" w:hanging="576"/>
      </w:pPr>
      <w:bookmarkStart w:id="10" w:name="_Toc233990525"/>
      <w:proofErr w:type="gramStart"/>
      <w:r w:rsidRPr="007F78CD">
        <w:t xml:space="preserve">1.4  </w:t>
      </w:r>
      <w:proofErr w:type="spellStart"/>
      <w:r w:rsidRPr="007F78CD">
        <w:t>Lingkup</w:t>
      </w:r>
      <w:proofErr w:type="spellEnd"/>
      <w:proofErr w:type="gramEnd"/>
      <w:r w:rsidRPr="007F78CD">
        <w:t xml:space="preserve"> </w:t>
      </w:r>
      <w:proofErr w:type="spellStart"/>
      <w:r w:rsidRPr="007F78CD">
        <w:t>Tugas</w:t>
      </w:r>
      <w:proofErr w:type="spellEnd"/>
      <w:r w:rsidRPr="007F78CD">
        <w:t xml:space="preserve"> Akhir</w:t>
      </w:r>
      <w:bookmarkEnd w:id="10"/>
    </w:p>
    <w:p w14:paraId="4129BDAE" w14:textId="77777777" w:rsidR="00F810AC" w:rsidRDefault="00000000">
      <w:pPr>
        <w:spacing w:after="0" w:line="360" w:lineRule="auto"/>
        <w:ind w:firstLine="680"/>
        <w:jc w:val="both"/>
      </w:pPr>
      <w:r>
        <w:rPr>
          <w:rFonts w:cs="Times New Roman"/>
        </w:rPr>
        <w:t xml:space="preserve">Batasan yang </w:t>
      </w:r>
      <w:proofErr w:type="spellStart"/>
      <w:r>
        <w:rPr>
          <w:rFonts w:cs="Times New Roman"/>
        </w:rPr>
        <w:t>diterapkan</w:t>
      </w:r>
      <w:proofErr w:type="spellEnd"/>
      <w:r>
        <w:rPr>
          <w:rFonts w:cs="Times New Roman"/>
        </w:rPr>
        <w:t xml:space="preserve"> pada </w:t>
      </w:r>
      <w:proofErr w:type="spellStart"/>
      <w:r>
        <w:rPr>
          <w:rFonts w:cs="Times New Roman"/>
        </w:rPr>
        <w:t>Tugas</w:t>
      </w:r>
      <w:proofErr w:type="spellEnd"/>
      <w:r>
        <w:rPr>
          <w:rFonts w:cs="Times New Roman"/>
        </w:rPr>
        <w:t xml:space="preserve"> Akhir </w:t>
      </w:r>
      <w:proofErr w:type="spellStart"/>
      <w:r>
        <w:rPr>
          <w:rFonts w:cs="Times New Roman"/>
        </w:rPr>
        <w:t>ini</w:t>
      </w:r>
      <w:proofErr w:type="spellEnd"/>
      <w:r>
        <w:rPr>
          <w:rFonts w:cs="Times New Roman"/>
        </w:rPr>
        <w:t xml:space="preserve"> </w:t>
      </w:r>
      <w:proofErr w:type="spellStart"/>
      <w:proofErr w:type="gramStart"/>
      <w:r>
        <w:rPr>
          <w:rFonts w:cs="Times New Roman"/>
        </w:rPr>
        <w:t>adalah</w:t>
      </w:r>
      <w:proofErr w:type="spellEnd"/>
      <w:r>
        <w:rPr>
          <w:rFonts w:cs="Times New Roman"/>
        </w:rPr>
        <w:t xml:space="preserve"> :</w:t>
      </w:r>
      <w:proofErr w:type="gramEnd"/>
    </w:p>
    <w:p w14:paraId="795E8710" w14:textId="798EEBB1" w:rsidR="00F810AC" w:rsidRDefault="00000000">
      <w:pPr>
        <w:pStyle w:val="ListParagraph"/>
        <w:numPr>
          <w:ilvl w:val="0"/>
          <w:numId w:val="9"/>
        </w:numPr>
        <w:spacing w:line="360" w:lineRule="auto"/>
        <w:jc w:val="both"/>
      </w:pPr>
      <w:proofErr w:type="spellStart"/>
      <w:r w:rsidRPr="007671F1">
        <w:rPr>
          <w:rFonts w:cs="Times New Roman"/>
        </w:rPr>
        <w:t>Pengembangan</w:t>
      </w:r>
      <w:proofErr w:type="spellEnd"/>
      <w:r w:rsidRPr="007671F1">
        <w:rPr>
          <w:rFonts w:cs="Times New Roman"/>
        </w:rPr>
        <w:t xml:space="preserve"> dan </w:t>
      </w:r>
      <w:proofErr w:type="spellStart"/>
      <w:r w:rsidRPr="007671F1">
        <w:rPr>
          <w:rFonts w:cs="Times New Roman"/>
        </w:rPr>
        <w:t>pengujian</w:t>
      </w:r>
      <w:proofErr w:type="spellEnd"/>
      <w:r w:rsidRPr="007671F1">
        <w:rPr>
          <w:rFonts w:cs="Times New Roman"/>
        </w:rPr>
        <w:t xml:space="preserve"> </w:t>
      </w:r>
      <w:proofErr w:type="spellStart"/>
      <w:r w:rsidRPr="007671F1">
        <w:rPr>
          <w:rFonts w:cs="Times New Roman"/>
        </w:rPr>
        <w:t>sistem</w:t>
      </w:r>
      <w:proofErr w:type="spellEnd"/>
      <w:r w:rsidRPr="007671F1">
        <w:rPr>
          <w:rFonts w:cs="Times New Roman"/>
        </w:rPr>
        <w:t xml:space="preserve"> </w:t>
      </w:r>
      <w:proofErr w:type="spellStart"/>
      <w:r w:rsidRPr="007671F1">
        <w:rPr>
          <w:rFonts w:cs="Times New Roman"/>
        </w:rPr>
        <w:t>dilakukan</w:t>
      </w:r>
      <w:proofErr w:type="spellEnd"/>
      <w:r w:rsidRPr="007671F1">
        <w:rPr>
          <w:rFonts w:cs="Times New Roman"/>
        </w:rPr>
        <w:t xml:space="preserve"> pada </w:t>
      </w:r>
      <w:proofErr w:type="spellStart"/>
      <w:r w:rsidRPr="007671F1">
        <w:rPr>
          <w:rFonts w:cs="Times New Roman"/>
        </w:rPr>
        <w:t>lingkungan</w:t>
      </w:r>
      <w:proofErr w:type="spellEnd"/>
      <w:r w:rsidRPr="007671F1">
        <w:rPr>
          <w:rFonts w:cs="Times New Roman"/>
        </w:rPr>
        <w:t xml:space="preserve"> simulator </w:t>
      </w:r>
      <w:proofErr w:type="spellStart"/>
      <w:r w:rsidRPr="007671F1">
        <w:rPr>
          <w:rFonts w:cs="Times New Roman"/>
        </w:rPr>
        <w:t>Webots</w:t>
      </w:r>
      <w:proofErr w:type="spellEnd"/>
      <w:r w:rsidRPr="007671F1">
        <w:rPr>
          <w:rFonts w:cs="Times New Roman"/>
        </w:rPr>
        <w:t xml:space="preserve"> </w:t>
      </w:r>
      <w:proofErr w:type="spellStart"/>
      <w:r w:rsidRPr="007671F1">
        <w:rPr>
          <w:rFonts w:cs="Times New Roman"/>
        </w:rPr>
        <w:t>menggunakan</w:t>
      </w:r>
      <w:proofErr w:type="spellEnd"/>
      <w:r w:rsidRPr="007671F1">
        <w:rPr>
          <w:rFonts w:cs="Times New Roman"/>
        </w:rPr>
        <w:t xml:space="preserve"> model </w:t>
      </w:r>
      <w:proofErr w:type="spellStart"/>
      <w:r w:rsidRPr="007671F1">
        <w:rPr>
          <w:rFonts w:cs="Times New Roman"/>
        </w:rPr>
        <w:t>kendaraan</w:t>
      </w:r>
      <w:proofErr w:type="spellEnd"/>
      <w:r w:rsidRPr="007671F1">
        <w:rPr>
          <w:rFonts w:cs="Times New Roman"/>
        </w:rPr>
        <w:t xml:space="preserve"> </w:t>
      </w:r>
      <w:proofErr w:type="spellStart"/>
      <w:r w:rsidRPr="007671F1">
        <w:rPr>
          <w:rFonts w:cs="Times New Roman"/>
        </w:rPr>
        <w:t>berat</w:t>
      </w:r>
      <w:proofErr w:type="spellEnd"/>
      <w:r w:rsidRPr="007671F1">
        <w:rPr>
          <w:rFonts w:cs="Times New Roman"/>
        </w:rPr>
        <w:t>.</w:t>
      </w:r>
    </w:p>
    <w:p w14:paraId="3A705C43" w14:textId="08E4228B" w:rsidR="00F810AC" w:rsidRDefault="00000000">
      <w:pPr>
        <w:pStyle w:val="ListParagraph"/>
        <w:numPr>
          <w:ilvl w:val="0"/>
          <w:numId w:val="9"/>
        </w:numPr>
        <w:spacing w:line="360" w:lineRule="auto"/>
        <w:jc w:val="both"/>
      </w:pPr>
      <w:proofErr w:type="spellStart"/>
      <w:r w:rsidRPr="007671F1">
        <w:rPr>
          <w:rFonts w:cs="Times New Roman"/>
        </w:rPr>
        <w:t>Algoritma</w:t>
      </w:r>
      <w:proofErr w:type="spellEnd"/>
      <w:r w:rsidRPr="007671F1">
        <w:rPr>
          <w:rFonts w:cs="Times New Roman"/>
        </w:rPr>
        <w:t xml:space="preserve"> </w:t>
      </w:r>
      <w:proofErr w:type="spellStart"/>
      <w:r w:rsidRPr="007671F1">
        <w:rPr>
          <w:rFonts w:cs="Times New Roman"/>
        </w:rPr>
        <w:t>pembelajaran</w:t>
      </w:r>
      <w:proofErr w:type="spellEnd"/>
      <w:r w:rsidRPr="007671F1">
        <w:rPr>
          <w:rFonts w:cs="Times New Roman"/>
        </w:rPr>
        <w:t xml:space="preserve"> yang </w:t>
      </w:r>
      <w:proofErr w:type="spellStart"/>
      <w:r w:rsidRPr="007671F1">
        <w:rPr>
          <w:rFonts w:cs="Times New Roman"/>
        </w:rPr>
        <w:t>diimplementasikan</w:t>
      </w:r>
      <w:proofErr w:type="spellEnd"/>
      <w:r w:rsidRPr="007671F1">
        <w:rPr>
          <w:rFonts w:cs="Times New Roman"/>
        </w:rPr>
        <w:t xml:space="preserve"> </w:t>
      </w:r>
      <w:proofErr w:type="spellStart"/>
      <w:r w:rsidRPr="007671F1">
        <w:rPr>
          <w:rFonts w:cs="Times New Roman"/>
        </w:rPr>
        <w:t>adalah</w:t>
      </w:r>
      <w:proofErr w:type="spellEnd"/>
      <w:r w:rsidRPr="007671F1">
        <w:rPr>
          <w:rFonts w:cs="Times New Roman"/>
        </w:rPr>
        <w:t xml:space="preserve"> </w:t>
      </w:r>
      <w:r w:rsidRPr="007671F1">
        <w:rPr>
          <w:rFonts w:cs="Times New Roman"/>
          <w:i/>
        </w:rPr>
        <w:t>Double DQN</w:t>
      </w:r>
      <w:r w:rsidRPr="007671F1">
        <w:rPr>
          <w:rFonts w:cs="Times New Roman"/>
        </w:rPr>
        <w:t xml:space="preserve"> </w:t>
      </w:r>
      <w:proofErr w:type="spellStart"/>
      <w:r w:rsidRPr="007671F1">
        <w:rPr>
          <w:rFonts w:cs="Times New Roman"/>
        </w:rPr>
        <w:t>dengan</w:t>
      </w:r>
      <w:proofErr w:type="spellEnd"/>
      <w:r w:rsidRPr="007671F1">
        <w:rPr>
          <w:rFonts w:cs="Times New Roman"/>
        </w:rPr>
        <w:t xml:space="preserve"> </w:t>
      </w:r>
      <w:proofErr w:type="spellStart"/>
      <w:r w:rsidRPr="007671F1">
        <w:rPr>
          <w:rFonts w:cs="Times New Roman"/>
        </w:rPr>
        <w:t>ekstensi</w:t>
      </w:r>
      <w:proofErr w:type="spellEnd"/>
      <w:r w:rsidRPr="007671F1">
        <w:rPr>
          <w:rFonts w:cs="Times New Roman"/>
        </w:rPr>
        <w:t xml:space="preserve"> </w:t>
      </w:r>
      <w:r w:rsidRPr="007671F1">
        <w:rPr>
          <w:rFonts w:cs="Times New Roman"/>
          <w:i/>
        </w:rPr>
        <w:t>n-step return</w:t>
      </w:r>
      <w:r w:rsidRPr="007671F1">
        <w:rPr>
          <w:rFonts w:cs="Times New Roman"/>
        </w:rPr>
        <w:t xml:space="preserve">, </w:t>
      </w:r>
      <w:proofErr w:type="spellStart"/>
      <w:r w:rsidRPr="007671F1">
        <w:rPr>
          <w:rFonts w:cs="Times New Roman"/>
        </w:rPr>
        <w:t>menggunakan</w:t>
      </w:r>
      <w:proofErr w:type="spellEnd"/>
      <w:r w:rsidRPr="007671F1">
        <w:rPr>
          <w:rFonts w:cs="Times New Roman"/>
        </w:rPr>
        <w:t xml:space="preserve"> DQN </w:t>
      </w:r>
      <w:proofErr w:type="spellStart"/>
      <w:r w:rsidRPr="007671F1">
        <w:rPr>
          <w:rFonts w:cs="Times New Roman"/>
        </w:rPr>
        <w:t>standar</w:t>
      </w:r>
      <w:proofErr w:type="spellEnd"/>
      <w:r w:rsidRPr="007671F1">
        <w:rPr>
          <w:rFonts w:cs="Times New Roman"/>
        </w:rPr>
        <w:t xml:space="preserve"> </w:t>
      </w:r>
      <w:proofErr w:type="spellStart"/>
      <w:r w:rsidRPr="007671F1">
        <w:rPr>
          <w:rFonts w:cs="Times New Roman"/>
        </w:rPr>
        <w:t>sebagai</w:t>
      </w:r>
      <w:proofErr w:type="spellEnd"/>
      <w:r w:rsidRPr="007671F1">
        <w:rPr>
          <w:rFonts w:cs="Times New Roman"/>
        </w:rPr>
        <w:t xml:space="preserve"> </w:t>
      </w:r>
      <w:r w:rsidRPr="007671F1">
        <w:rPr>
          <w:rFonts w:cs="Times New Roman"/>
          <w:i/>
        </w:rPr>
        <w:t>baseline</w:t>
      </w:r>
      <w:r w:rsidRPr="007671F1">
        <w:rPr>
          <w:rFonts w:cs="Times New Roman"/>
        </w:rPr>
        <w:t xml:space="preserve"> </w:t>
      </w:r>
      <w:proofErr w:type="spellStart"/>
      <w:r w:rsidRPr="007671F1">
        <w:rPr>
          <w:rFonts w:cs="Times New Roman"/>
        </w:rPr>
        <w:t>pembanding</w:t>
      </w:r>
      <w:proofErr w:type="spellEnd"/>
      <w:r w:rsidRPr="007671F1">
        <w:rPr>
          <w:rFonts w:cs="Times New Roman"/>
        </w:rPr>
        <w:t>.</w:t>
      </w:r>
    </w:p>
    <w:p w14:paraId="03903C1A" w14:textId="6DFCB9E7" w:rsidR="00F810AC" w:rsidRDefault="00000000">
      <w:pPr>
        <w:pStyle w:val="ListParagraph"/>
        <w:numPr>
          <w:ilvl w:val="0"/>
          <w:numId w:val="9"/>
        </w:numPr>
        <w:spacing w:line="360" w:lineRule="auto"/>
        <w:jc w:val="both"/>
      </w:pPr>
      <w:proofErr w:type="spellStart"/>
      <w:r w:rsidRPr="007671F1">
        <w:rPr>
          <w:rFonts w:cs="Times New Roman"/>
        </w:rPr>
        <w:t>Kendali</w:t>
      </w:r>
      <w:proofErr w:type="spellEnd"/>
      <w:r w:rsidRPr="007671F1">
        <w:rPr>
          <w:rFonts w:cs="Times New Roman"/>
        </w:rPr>
        <w:t xml:space="preserve"> </w:t>
      </w:r>
      <w:proofErr w:type="spellStart"/>
      <w:r w:rsidRPr="007671F1">
        <w:rPr>
          <w:rFonts w:cs="Times New Roman"/>
        </w:rPr>
        <w:t>otonom</w:t>
      </w:r>
      <w:proofErr w:type="spellEnd"/>
      <w:r w:rsidRPr="007671F1">
        <w:rPr>
          <w:rFonts w:cs="Times New Roman"/>
        </w:rPr>
        <w:t xml:space="preserve"> </w:t>
      </w:r>
      <w:proofErr w:type="spellStart"/>
      <w:r w:rsidRPr="007671F1">
        <w:rPr>
          <w:rFonts w:cs="Times New Roman"/>
        </w:rPr>
        <w:t>dibatasi</w:t>
      </w:r>
      <w:proofErr w:type="spellEnd"/>
      <w:r w:rsidRPr="007671F1">
        <w:rPr>
          <w:rFonts w:cs="Times New Roman"/>
        </w:rPr>
        <w:t xml:space="preserve"> pada </w:t>
      </w:r>
      <w:proofErr w:type="spellStart"/>
      <w:r w:rsidRPr="007671F1">
        <w:rPr>
          <w:rFonts w:cs="Times New Roman"/>
        </w:rPr>
        <w:t>aspek</w:t>
      </w:r>
      <w:proofErr w:type="spellEnd"/>
      <w:r w:rsidRPr="007671F1">
        <w:rPr>
          <w:rFonts w:cs="Times New Roman"/>
        </w:rPr>
        <w:t xml:space="preserve"> lateral (</w:t>
      </w:r>
      <w:r w:rsidRPr="007671F1">
        <w:rPr>
          <w:rFonts w:cs="Times New Roman"/>
          <w:i/>
        </w:rPr>
        <w:t>steering</w:t>
      </w:r>
      <w:r w:rsidRPr="007671F1">
        <w:rPr>
          <w:rFonts w:cs="Times New Roman"/>
        </w:rPr>
        <w:t xml:space="preserve">) </w:t>
      </w:r>
      <w:proofErr w:type="spellStart"/>
      <w:r w:rsidRPr="007671F1">
        <w:rPr>
          <w:rFonts w:cs="Times New Roman"/>
        </w:rPr>
        <w:t>secara</w:t>
      </w:r>
      <w:proofErr w:type="spellEnd"/>
      <w:r w:rsidRPr="007671F1">
        <w:rPr>
          <w:rFonts w:cs="Times New Roman"/>
        </w:rPr>
        <w:t xml:space="preserve"> </w:t>
      </w:r>
      <w:r w:rsidRPr="007671F1">
        <w:rPr>
          <w:rFonts w:cs="Times New Roman"/>
          <w:i/>
        </w:rPr>
        <w:t>end-to-end</w:t>
      </w:r>
      <w:r w:rsidRPr="007671F1">
        <w:rPr>
          <w:rFonts w:cs="Times New Roman"/>
        </w:rPr>
        <w:t xml:space="preserve">, </w:t>
      </w:r>
      <w:proofErr w:type="spellStart"/>
      <w:r w:rsidRPr="007671F1">
        <w:rPr>
          <w:rFonts w:cs="Times New Roman"/>
        </w:rPr>
        <w:t>sedangkan</w:t>
      </w:r>
      <w:proofErr w:type="spellEnd"/>
      <w:r w:rsidRPr="007671F1">
        <w:rPr>
          <w:rFonts w:cs="Times New Roman"/>
        </w:rPr>
        <w:t xml:space="preserve"> </w:t>
      </w:r>
      <w:proofErr w:type="spellStart"/>
      <w:r w:rsidRPr="007671F1">
        <w:rPr>
          <w:rFonts w:cs="Times New Roman"/>
        </w:rPr>
        <w:t>aspek</w:t>
      </w:r>
      <w:proofErr w:type="spellEnd"/>
      <w:r w:rsidRPr="007671F1">
        <w:rPr>
          <w:rFonts w:cs="Times New Roman"/>
        </w:rPr>
        <w:t xml:space="preserve"> longitudinal (</w:t>
      </w:r>
      <w:r w:rsidRPr="007671F1">
        <w:rPr>
          <w:rFonts w:cs="Times New Roman"/>
          <w:i/>
        </w:rPr>
        <w:t>throttle</w:t>
      </w:r>
      <w:r w:rsidRPr="007671F1">
        <w:rPr>
          <w:rFonts w:cs="Times New Roman"/>
        </w:rPr>
        <w:t xml:space="preserve">) </w:t>
      </w:r>
      <w:proofErr w:type="spellStart"/>
      <w:r w:rsidRPr="007671F1">
        <w:rPr>
          <w:rFonts w:cs="Times New Roman"/>
        </w:rPr>
        <w:t>diatur</w:t>
      </w:r>
      <w:proofErr w:type="spellEnd"/>
      <w:r w:rsidRPr="007671F1">
        <w:rPr>
          <w:rFonts w:cs="Times New Roman"/>
        </w:rPr>
        <w:t xml:space="preserve"> pada </w:t>
      </w:r>
      <w:proofErr w:type="spellStart"/>
      <w:r w:rsidRPr="007671F1">
        <w:rPr>
          <w:rFonts w:cs="Times New Roman"/>
        </w:rPr>
        <w:t>nilai</w:t>
      </w:r>
      <w:proofErr w:type="spellEnd"/>
      <w:r w:rsidRPr="007671F1">
        <w:rPr>
          <w:rFonts w:cs="Times New Roman"/>
        </w:rPr>
        <w:t xml:space="preserve"> </w:t>
      </w:r>
      <w:proofErr w:type="spellStart"/>
      <w:r w:rsidRPr="007671F1">
        <w:rPr>
          <w:rFonts w:cs="Times New Roman"/>
        </w:rPr>
        <w:t>konstan</w:t>
      </w:r>
      <w:proofErr w:type="spellEnd"/>
      <w:r w:rsidRPr="007671F1">
        <w:rPr>
          <w:rFonts w:cs="Times New Roman"/>
        </w:rPr>
        <w:t xml:space="preserve"> dan </w:t>
      </w:r>
      <w:proofErr w:type="spellStart"/>
      <w:r w:rsidRPr="007671F1">
        <w:rPr>
          <w:rFonts w:cs="Times New Roman"/>
        </w:rPr>
        <w:t>tidak</w:t>
      </w:r>
      <w:proofErr w:type="spellEnd"/>
      <w:r w:rsidRPr="007671F1">
        <w:rPr>
          <w:rFonts w:cs="Times New Roman"/>
        </w:rPr>
        <w:t xml:space="preserve"> </w:t>
      </w:r>
      <w:proofErr w:type="spellStart"/>
      <w:r w:rsidRPr="007671F1">
        <w:rPr>
          <w:rFonts w:cs="Times New Roman"/>
        </w:rPr>
        <w:t>dipelajari</w:t>
      </w:r>
      <w:proofErr w:type="spellEnd"/>
      <w:r w:rsidRPr="007671F1">
        <w:rPr>
          <w:rFonts w:cs="Times New Roman"/>
        </w:rPr>
        <w:t xml:space="preserve"> oleh </w:t>
      </w:r>
      <w:proofErr w:type="spellStart"/>
      <w:r w:rsidRPr="007671F1">
        <w:rPr>
          <w:rFonts w:cs="Times New Roman"/>
        </w:rPr>
        <w:t>agen</w:t>
      </w:r>
      <w:proofErr w:type="spellEnd"/>
      <w:r w:rsidRPr="007671F1">
        <w:rPr>
          <w:rFonts w:cs="Times New Roman"/>
        </w:rPr>
        <w:t>.</w:t>
      </w:r>
    </w:p>
    <w:p w14:paraId="4F5E690B" w14:textId="22BF6C2B" w:rsidR="00F810AC" w:rsidRDefault="00000000">
      <w:pPr>
        <w:pStyle w:val="ListParagraph"/>
        <w:numPr>
          <w:ilvl w:val="0"/>
          <w:numId w:val="9"/>
        </w:numPr>
        <w:spacing w:line="360" w:lineRule="auto"/>
        <w:jc w:val="both"/>
      </w:pPr>
      <w:proofErr w:type="spellStart"/>
      <w:r w:rsidRPr="007671F1">
        <w:rPr>
          <w:rFonts w:cs="Times New Roman"/>
        </w:rPr>
        <w:t>Skenario</w:t>
      </w:r>
      <w:proofErr w:type="spellEnd"/>
      <w:r w:rsidRPr="007671F1">
        <w:rPr>
          <w:rFonts w:cs="Times New Roman"/>
        </w:rPr>
        <w:t xml:space="preserve"> </w:t>
      </w:r>
      <w:proofErr w:type="spellStart"/>
      <w:r w:rsidRPr="007671F1">
        <w:rPr>
          <w:rFonts w:cs="Times New Roman"/>
        </w:rPr>
        <w:t>lingkungan</w:t>
      </w:r>
      <w:proofErr w:type="spellEnd"/>
      <w:r w:rsidRPr="007671F1">
        <w:rPr>
          <w:rFonts w:cs="Times New Roman"/>
        </w:rPr>
        <w:t xml:space="preserve"> </w:t>
      </w:r>
      <w:proofErr w:type="spellStart"/>
      <w:r w:rsidRPr="007671F1">
        <w:rPr>
          <w:rFonts w:cs="Times New Roman"/>
        </w:rPr>
        <w:t>terbatas</w:t>
      </w:r>
      <w:proofErr w:type="spellEnd"/>
      <w:r w:rsidRPr="007671F1">
        <w:rPr>
          <w:rFonts w:cs="Times New Roman"/>
        </w:rPr>
        <w:t xml:space="preserve"> pada area </w:t>
      </w:r>
      <w:proofErr w:type="spellStart"/>
      <w:r w:rsidRPr="007671F1">
        <w:rPr>
          <w:rFonts w:cs="Times New Roman"/>
        </w:rPr>
        <w:t>perkotaan</w:t>
      </w:r>
      <w:proofErr w:type="spellEnd"/>
      <w:r w:rsidRPr="007671F1">
        <w:rPr>
          <w:rFonts w:cs="Times New Roman"/>
        </w:rPr>
        <w:t xml:space="preserve"> </w:t>
      </w:r>
      <w:proofErr w:type="spellStart"/>
      <w:r w:rsidRPr="007671F1">
        <w:rPr>
          <w:rFonts w:cs="Times New Roman"/>
        </w:rPr>
        <w:t>dengan</w:t>
      </w:r>
      <w:proofErr w:type="spellEnd"/>
      <w:r w:rsidRPr="007671F1">
        <w:rPr>
          <w:rFonts w:cs="Times New Roman"/>
        </w:rPr>
        <w:t xml:space="preserve"> </w:t>
      </w:r>
      <w:proofErr w:type="spellStart"/>
      <w:r w:rsidRPr="007671F1">
        <w:rPr>
          <w:rFonts w:cs="Times New Roman"/>
        </w:rPr>
        <w:t>variasi</w:t>
      </w:r>
      <w:proofErr w:type="spellEnd"/>
      <w:r w:rsidRPr="007671F1">
        <w:rPr>
          <w:rFonts w:cs="Times New Roman"/>
        </w:rPr>
        <w:t xml:space="preserve"> </w:t>
      </w:r>
      <w:proofErr w:type="spellStart"/>
      <w:r w:rsidRPr="007671F1">
        <w:rPr>
          <w:rFonts w:cs="Times New Roman"/>
        </w:rPr>
        <w:t>lintasan</w:t>
      </w:r>
      <w:proofErr w:type="spellEnd"/>
      <w:r w:rsidRPr="007671F1">
        <w:rPr>
          <w:rFonts w:cs="Times New Roman"/>
        </w:rPr>
        <w:t xml:space="preserve">, </w:t>
      </w:r>
      <w:proofErr w:type="spellStart"/>
      <w:r w:rsidRPr="007671F1">
        <w:rPr>
          <w:rFonts w:cs="Times New Roman"/>
        </w:rPr>
        <w:t>persimpangan</w:t>
      </w:r>
      <w:proofErr w:type="spellEnd"/>
      <w:r w:rsidRPr="007671F1">
        <w:rPr>
          <w:rFonts w:cs="Times New Roman"/>
        </w:rPr>
        <w:t xml:space="preserve">, dan </w:t>
      </w:r>
      <w:proofErr w:type="spellStart"/>
      <w:r w:rsidRPr="007671F1">
        <w:rPr>
          <w:rFonts w:cs="Times New Roman"/>
        </w:rPr>
        <w:t>rintangan</w:t>
      </w:r>
      <w:proofErr w:type="spellEnd"/>
      <w:r w:rsidRPr="007671F1">
        <w:rPr>
          <w:rFonts w:cs="Times New Roman"/>
        </w:rPr>
        <w:t xml:space="preserve"> pada </w:t>
      </w:r>
      <w:proofErr w:type="spellStart"/>
      <w:r w:rsidRPr="007671F1">
        <w:rPr>
          <w:rFonts w:cs="Times New Roman"/>
        </w:rPr>
        <w:t>kondisi</w:t>
      </w:r>
      <w:proofErr w:type="spellEnd"/>
      <w:r w:rsidRPr="007671F1">
        <w:rPr>
          <w:rFonts w:cs="Times New Roman"/>
        </w:rPr>
        <w:t xml:space="preserve"> </w:t>
      </w:r>
      <w:proofErr w:type="spellStart"/>
      <w:r w:rsidRPr="007671F1">
        <w:rPr>
          <w:rFonts w:cs="Times New Roman"/>
        </w:rPr>
        <w:t>siang</w:t>
      </w:r>
      <w:proofErr w:type="spellEnd"/>
      <w:r w:rsidRPr="007671F1">
        <w:rPr>
          <w:rFonts w:cs="Times New Roman"/>
        </w:rPr>
        <w:t xml:space="preserve"> </w:t>
      </w:r>
      <w:proofErr w:type="spellStart"/>
      <w:r w:rsidRPr="007671F1">
        <w:rPr>
          <w:rFonts w:cs="Times New Roman"/>
        </w:rPr>
        <w:t>hari</w:t>
      </w:r>
      <w:proofErr w:type="spellEnd"/>
      <w:r w:rsidRPr="007671F1">
        <w:rPr>
          <w:rFonts w:cs="Times New Roman"/>
        </w:rPr>
        <w:t>.</w:t>
      </w:r>
    </w:p>
    <w:p w14:paraId="73F09C4A" w14:textId="2E3C9076" w:rsidR="00F810AC" w:rsidRDefault="00000000">
      <w:pPr>
        <w:pStyle w:val="ListParagraph"/>
        <w:numPr>
          <w:ilvl w:val="0"/>
          <w:numId w:val="9"/>
        </w:numPr>
        <w:spacing w:line="360" w:lineRule="auto"/>
        <w:jc w:val="both"/>
      </w:pPr>
      <w:r w:rsidRPr="007671F1">
        <w:rPr>
          <w:rFonts w:cs="Times New Roman"/>
          <w:i/>
        </w:rPr>
        <w:lastRenderedPageBreak/>
        <w:t>Observation</w:t>
      </w:r>
      <w:r w:rsidRPr="007671F1">
        <w:rPr>
          <w:rFonts w:cs="Times New Roman"/>
        </w:rPr>
        <w:t xml:space="preserve"> </w:t>
      </w:r>
      <w:proofErr w:type="spellStart"/>
      <w:r w:rsidRPr="007671F1">
        <w:rPr>
          <w:rFonts w:cs="Times New Roman"/>
        </w:rPr>
        <w:t>agen</w:t>
      </w:r>
      <w:proofErr w:type="spellEnd"/>
      <w:r w:rsidRPr="007671F1">
        <w:rPr>
          <w:rFonts w:cs="Times New Roman"/>
        </w:rPr>
        <w:t xml:space="preserve"> </w:t>
      </w:r>
      <w:proofErr w:type="spellStart"/>
      <w:r w:rsidR="00121B33">
        <w:rPr>
          <w:rFonts w:cs="Times New Roman"/>
        </w:rPr>
        <w:t>hanya</w:t>
      </w:r>
      <w:proofErr w:type="spellEnd"/>
      <w:r w:rsidR="00121B33">
        <w:rPr>
          <w:rFonts w:cs="Times New Roman"/>
        </w:rPr>
        <w:t xml:space="preserve"> </w:t>
      </w:r>
      <w:proofErr w:type="spellStart"/>
      <w:r w:rsidR="00121B33">
        <w:rPr>
          <w:rFonts w:cs="Times New Roman"/>
        </w:rPr>
        <w:t>menggunakan</w:t>
      </w:r>
      <w:proofErr w:type="spellEnd"/>
      <w:r w:rsidRPr="007671F1">
        <w:rPr>
          <w:rFonts w:cs="Times New Roman"/>
        </w:rPr>
        <w:t xml:space="preserve"> </w:t>
      </w:r>
      <w:proofErr w:type="spellStart"/>
      <w:r w:rsidRPr="007671F1">
        <w:rPr>
          <w:rFonts w:cs="Times New Roman"/>
        </w:rPr>
        <w:t>kamera</w:t>
      </w:r>
      <w:proofErr w:type="spellEnd"/>
      <w:r w:rsidRPr="007671F1">
        <w:rPr>
          <w:rFonts w:cs="Times New Roman"/>
        </w:rPr>
        <w:t xml:space="preserve"> </w:t>
      </w:r>
      <w:proofErr w:type="spellStart"/>
      <w:r w:rsidRPr="007671F1">
        <w:rPr>
          <w:rFonts w:cs="Times New Roman"/>
        </w:rPr>
        <w:t>depan</w:t>
      </w:r>
      <w:proofErr w:type="spellEnd"/>
      <w:r w:rsidRPr="007671F1">
        <w:rPr>
          <w:rFonts w:cs="Times New Roman"/>
        </w:rPr>
        <w:t>.</w:t>
      </w:r>
    </w:p>
    <w:p w14:paraId="68359636" w14:textId="1786FFC4" w:rsidR="00F810AC" w:rsidRDefault="00000000">
      <w:pPr>
        <w:pStyle w:val="ListParagraph"/>
        <w:numPr>
          <w:ilvl w:val="0"/>
          <w:numId w:val="9"/>
        </w:numPr>
        <w:spacing w:line="360" w:lineRule="auto"/>
        <w:jc w:val="both"/>
        <w:rPr>
          <w:rFonts w:cs="Times New Roman"/>
        </w:rPr>
      </w:pPr>
      <w:proofErr w:type="spellStart"/>
      <w:r w:rsidRPr="007671F1">
        <w:rPr>
          <w:rFonts w:cs="Times New Roman"/>
        </w:rPr>
        <w:t>Penelitian</w:t>
      </w:r>
      <w:proofErr w:type="spellEnd"/>
      <w:r w:rsidRPr="007671F1">
        <w:rPr>
          <w:rFonts w:cs="Times New Roman"/>
        </w:rPr>
        <w:t xml:space="preserve"> </w:t>
      </w:r>
      <w:proofErr w:type="spellStart"/>
      <w:r w:rsidRPr="007671F1">
        <w:rPr>
          <w:rFonts w:cs="Times New Roman"/>
        </w:rPr>
        <w:t>tidak</w:t>
      </w:r>
      <w:proofErr w:type="spellEnd"/>
      <w:r w:rsidRPr="007671F1">
        <w:rPr>
          <w:rFonts w:cs="Times New Roman"/>
        </w:rPr>
        <w:t xml:space="preserve"> </w:t>
      </w:r>
      <w:proofErr w:type="spellStart"/>
      <w:r w:rsidRPr="007671F1">
        <w:rPr>
          <w:rFonts w:cs="Times New Roman"/>
        </w:rPr>
        <w:t>menggunakan</w:t>
      </w:r>
      <w:proofErr w:type="spellEnd"/>
      <w:r w:rsidRPr="007671F1">
        <w:rPr>
          <w:rFonts w:cs="Times New Roman"/>
        </w:rPr>
        <w:t xml:space="preserve"> sensor </w:t>
      </w:r>
      <w:proofErr w:type="spellStart"/>
      <w:r w:rsidRPr="007671F1">
        <w:rPr>
          <w:rFonts w:cs="Times New Roman"/>
        </w:rPr>
        <w:t>tambahan</w:t>
      </w:r>
      <w:proofErr w:type="spellEnd"/>
      <w:r w:rsidRPr="007671F1">
        <w:rPr>
          <w:rFonts w:cs="Times New Roman"/>
        </w:rPr>
        <w:t xml:space="preserve"> </w:t>
      </w:r>
      <w:proofErr w:type="spellStart"/>
      <w:r w:rsidRPr="007671F1">
        <w:rPr>
          <w:rFonts w:cs="Times New Roman"/>
        </w:rPr>
        <w:t>seperti</w:t>
      </w:r>
      <w:proofErr w:type="spellEnd"/>
      <w:r w:rsidRPr="007671F1">
        <w:rPr>
          <w:rFonts w:cs="Times New Roman"/>
        </w:rPr>
        <w:t xml:space="preserve"> LiDAR, GPS, </w:t>
      </w:r>
      <w:proofErr w:type="spellStart"/>
      <w:r w:rsidRPr="007671F1">
        <w:rPr>
          <w:rFonts w:cs="Times New Roman"/>
        </w:rPr>
        <w:t>atau</w:t>
      </w:r>
      <w:proofErr w:type="spellEnd"/>
      <w:r w:rsidRPr="007671F1">
        <w:rPr>
          <w:rFonts w:cs="Times New Roman"/>
        </w:rPr>
        <w:t xml:space="preserve"> IMU </w:t>
      </w:r>
      <w:proofErr w:type="spellStart"/>
      <w:r w:rsidRPr="007671F1">
        <w:rPr>
          <w:rFonts w:cs="Times New Roman"/>
        </w:rPr>
        <w:t>dalam</w:t>
      </w:r>
      <w:proofErr w:type="spellEnd"/>
      <w:r w:rsidRPr="007671F1">
        <w:rPr>
          <w:rFonts w:cs="Times New Roman"/>
        </w:rPr>
        <w:t xml:space="preserve"> proses </w:t>
      </w:r>
      <w:proofErr w:type="spellStart"/>
      <w:r w:rsidRPr="007671F1">
        <w:rPr>
          <w:rFonts w:cs="Times New Roman"/>
        </w:rPr>
        <w:t>pengambilan</w:t>
      </w:r>
      <w:proofErr w:type="spellEnd"/>
      <w:r w:rsidRPr="007671F1">
        <w:rPr>
          <w:rFonts w:cs="Times New Roman"/>
        </w:rPr>
        <w:t xml:space="preserve"> </w:t>
      </w:r>
      <w:proofErr w:type="spellStart"/>
      <w:r w:rsidRPr="007671F1">
        <w:rPr>
          <w:rFonts w:cs="Times New Roman"/>
        </w:rPr>
        <w:t>keputusan</w:t>
      </w:r>
      <w:proofErr w:type="spellEnd"/>
      <w:r w:rsidRPr="007671F1">
        <w:rPr>
          <w:rFonts w:cs="Times New Roman"/>
        </w:rPr>
        <w:t xml:space="preserve"> </w:t>
      </w:r>
      <w:proofErr w:type="spellStart"/>
      <w:r w:rsidRPr="007671F1">
        <w:rPr>
          <w:rFonts w:cs="Times New Roman"/>
        </w:rPr>
        <w:t>age</w:t>
      </w:r>
      <w:r w:rsidR="00121B33">
        <w:rPr>
          <w:rFonts w:cs="Times New Roman"/>
        </w:rPr>
        <w:t>n</w:t>
      </w:r>
      <w:proofErr w:type="spellEnd"/>
      <w:r w:rsidRPr="007671F1">
        <w:rPr>
          <w:rFonts w:cs="Times New Roman"/>
        </w:rPr>
        <w:t>.</w:t>
      </w:r>
    </w:p>
    <w:p w14:paraId="1B3D324D" w14:textId="58F6651F" w:rsidR="001B5481" w:rsidRPr="00964FEC" w:rsidRDefault="001B5481">
      <w:pPr>
        <w:pStyle w:val="ListParagraph"/>
        <w:numPr>
          <w:ilvl w:val="0"/>
          <w:numId w:val="9"/>
        </w:numPr>
        <w:spacing w:line="360" w:lineRule="auto"/>
        <w:jc w:val="both"/>
        <w:rPr>
          <w:rFonts w:cs="Times New Roman"/>
        </w:rPr>
      </w:pPr>
      <w:r w:rsidRPr="00964FEC">
        <w:rPr>
          <w:rFonts w:cs="Times New Roman"/>
        </w:rPr>
        <w:t xml:space="preserve">Ruang </w:t>
      </w:r>
      <w:proofErr w:type="spellStart"/>
      <w:r w:rsidRPr="00964FEC">
        <w:rPr>
          <w:rFonts w:cs="Times New Roman"/>
        </w:rPr>
        <w:t>lingkup</w:t>
      </w:r>
      <w:proofErr w:type="spellEnd"/>
      <w:r w:rsidRPr="00964FEC">
        <w:rPr>
          <w:rFonts w:cs="Times New Roman"/>
        </w:rPr>
        <w:t xml:space="preserve"> </w:t>
      </w:r>
      <w:proofErr w:type="spellStart"/>
      <w:r w:rsidRPr="00964FEC">
        <w:rPr>
          <w:rFonts w:cs="Times New Roman"/>
        </w:rPr>
        <w:t>mitigasi</w:t>
      </w:r>
      <w:proofErr w:type="spellEnd"/>
      <w:r w:rsidRPr="00964FEC">
        <w:rPr>
          <w:rFonts w:cs="Times New Roman"/>
        </w:rPr>
        <w:t xml:space="preserve"> </w:t>
      </w:r>
      <w:r w:rsidRPr="00964FEC">
        <w:rPr>
          <w:rFonts w:cs="Times New Roman"/>
          <w:i/>
          <w:iCs/>
        </w:rPr>
        <w:t>human error</w:t>
      </w:r>
      <w:r w:rsidRPr="00964FEC">
        <w:rPr>
          <w:rFonts w:cs="Times New Roman"/>
        </w:rPr>
        <w:t xml:space="preserve"> pada </w:t>
      </w:r>
      <w:proofErr w:type="spellStart"/>
      <w:r w:rsidRPr="00964FEC">
        <w:rPr>
          <w:rFonts w:cs="Times New Roman"/>
        </w:rPr>
        <w:t>kendali</w:t>
      </w:r>
      <w:proofErr w:type="spellEnd"/>
      <w:r w:rsidRPr="00964FEC">
        <w:rPr>
          <w:rFonts w:cs="Times New Roman"/>
        </w:rPr>
        <w:t xml:space="preserve"> </w:t>
      </w:r>
      <w:proofErr w:type="spellStart"/>
      <w:r w:rsidRPr="00964FEC">
        <w:rPr>
          <w:rFonts w:cs="Times New Roman"/>
        </w:rPr>
        <w:t>otonom</w:t>
      </w:r>
      <w:proofErr w:type="spellEnd"/>
      <w:r w:rsidRPr="00964FEC">
        <w:rPr>
          <w:rFonts w:cs="Times New Roman"/>
        </w:rPr>
        <w:t xml:space="preserve"> </w:t>
      </w:r>
      <w:proofErr w:type="spellStart"/>
      <w:r w:rsidRPr="00964FEC">
        <w:rPr>
          <w:rFonts w:cs="Times New Roman"/>
        </w:rPr>
        <w:t>ini</w:t>
      </w:r>
      <w:proofErr w:type="spellEnd"/>
      <w:r w:rsidRPr="00964FEC">
        <w:rPr>
          <w:rFonts w:cs="Times New Roman"/>
        </w:rPr>
        <w:t xml:space="preserve"> </w:t>
      </w:r>
      <w:proofErr w:type="spellStart"/>
      <w:r w:rsidRPr="00964FEC">
        <w:rPr>
          <w:rFonts w:cs="Times New Roman"/>
        </w:rPr>
        <w:t>difokuskan</w:t>
      </w:r>
      <w:proofErr w:type="spellEnd"/>
      <w:r w:rsidRPr="00964FEC">
        <w:rPr>
          <w:rFonts w:cs="Times New Roman"/>
        </w:rPr>
        <w:t xml:space="preserve"> pada </w:t>
      </w:r>
      <w:proofErr w:type="spellStart"/>
      <w:r w:rsidRPr="00964FEC">
        <w:rPr>
          <w:rFonts w:cs="Times New Roman"/>
        </w:rPr>
        <w:t>latensi</w:t>
      </w:r>
      <w:proofErr w:type="spellEnd"/>
      <w:r w:rsidRPr="00964FEC">
        <w:rPr>
          <w:rFonts w:cs="Times New Roman"/>
        </w:rPr>
        <w:t xml:space="preserve"> </w:t>
      </w:r>
      <w:proofErr w:type="spellStart"/>
      <w:r w:rsidRPr="00964FEC">
        <w:rPr>
          <w:rFonts w:cs="Times New Roman"/>
        </w:rPr>
        <w:t>kognitif</w:t>
      </w:r>
      <w:proofErr w:type="spellEnd"/>
      <w:r w:rsidRPr="00964FEC">
        <w:rPr>
          <w:rFonts w:cs="Times New Roman"/>
          <w:b/>
          <w:bCs/>
        </w:rPr>
        <w:t xml:space="preserve"> </w:t>
      </w:r>
      <w:proofErr w:type="spellStart"/>
      <w:r w:rsidRPr="00964FEC">
        <w:rPr>
          <w:rFonts w:cs="Times New Roman"/>
        </w:rPr>
        <w:t>pengemudi</w:t>
      </w:r>
      <w:proofErr w:type="spellEnd"/>
      <w:r w:rsidRPr="00964FEC">
        <w:rPr>
          <w:rFonts w:cs="Times New Roman"/>
          <w:b/>
          <w:bCs/>
        </w:rPr>
        <w:t xml:space="preserve"> </w:t>
      </w:r>
      <w:proofErr w:type="spellStart"/>
      <w:r w:rsidRPr="00964FEC">
        <w:rPr>
          <w:rFonts w:cs="Times New Roman"/>
        </w:rPr>
        <w:t>saat</w:t>
      </w:r>
      <w:proofErr w:type="spellEnd"/>
      <w:r w:rsidRPr="00964FEC">
        <w:rPr>
          <w:rFonts w:cs="Times New Roman"/>
        </w:rPr>
        <w:t xml:space="preserve"> </w:t>
      </w:r>
      <w:proofErr w:type="spellStart"/>
      <w:r w:rsidRPr="00964FEC">
        <w:rPr>
          <w:rFonts w:cs="Times New Roman"/>
        </w:rPr>
        <w:t>menghadapi</w:t>
      </w:r>
      <w:proofErr w:type="spellEnd"/>
      <w:r w:rsidRPr="00964FEC">
        <w:rPr>
          <w:rFonts w:cs="Times New Roman"/>
        </w:rPr>
        <w:t xml:space="preserve"> </w:t>
      </w:r>
      <w:proofErr w:type="spellStart"/>
      <w:r w:rsidRPr="00964FEC">
        <w:rPr>
          <w:rFonts w:cs="Times New Roman"/>
        </w:rPr>
        <w:t>rintangan</w:t>
      </w:r>
      <w:proofErr w:type="spellEnd"/>
      <w:r w:rsidRPr="00964FEC">
        <w:rPr>
          <w:rFonts w:cs="Times New Roman"/>
        </w:rPr>
        <w:t xml:space="preserve"> </w:t>
      </w:r>
      <w:proofErr w:type="spellStart"/>
      <w:r w:rsidRPr="00964FEC">
        <w:rPr>
          <w:rFonts w:cs="Times New Roman"/>
        </w:rPr>
        <w:t>mendadak</w:t>
      </w:r>
      <w:proofErr w:type="spellEnd"/>
      <w:r w:rsidRPr="00964FEC">
        <w:rPr>
          <w:rFonts w:cs="Times New Roman"/>
        </w:rPr>
        <w:t xml:space="preserve"> di </w:t>
      </w:r>
      <w:proofErr w:type="spellStart"/>
      <w:r w:rsidRPr="00964FEC">
        <w:rPr>
          <w:rFonts w:cs="Times New Roman"/>
        </w:rPr>
        <w:t>lintasan</w:t>
      </w:r>
      <w:proofErr w:type="spellEnd"/>
      <w:r w:rsidRPr="00964FEC">
        <w:rPr>
          <w:rFonts w:cs="Times New Roman"/>
        </w:rPr>
        <w:t xml:space="preserve"> </w:t>
      </w:r>
      <w:proofErr w:type="spellStart"/>
      <w:r w:rsidRPr="00964FEC">
        <w:rPr>
          <w:rFonts w:cs="Times New Roman"/>
        </w:rPr>
        <w:t>depan</w:t>
      </w:r>
      <w:proofErr w:type="spellEnd"/>
      <w:r w:rsidRPr="00964FEC">
        <w:rPr>
          <w:rFonts w:cs="Times New Roman"/>
        </w:rPr>
        <w:t xml:space="preserve"> (</w:t>
      </w:r>
      <w:r w:rsidRPr="00964FEC">
        <w:rPr>
          <w:rFonts w:cs="Times New Roman"/>
          <w:i/>
          <w:iCs/>
        </w:rPr>
        <w:t>forward-facing</w:t>
      </w:r>
      <w:r w:rsidRPr="00964FEC">
        <w:rPr>
          <w:rFonts w:cs="Times New Roman"/>
        </w:rPr>
        <w:t>)</w:t>
      </w:r>
      <w:r w:rsidR="00BC1F8D" w:rsidRPr="00964FEC">
        <w:rPr>
          <w:rFonts w:cs="Times New Roman"/>
        </w:rPr>
        <w:t>.</w:t>
      </w:r>
      <w:r w:rsidR="00CD4FFD" w:rsidRPr="00964FEC">
        <w:rPr>
          <w:rFonts w:cs="Times New Roman"/>
        </w:rPr>
        <w:t xml:space="preserve"> </w:t>
      </w:r>
      <w:proofErr w:type="spellStart"/>
      <w:r w:rsidRPr="00964FEC">
        <w:rPr>
          <w:rFonts w:cs="Times New Roman"/>
        </w:rPr>
        <w:t>Penelitian</w:t>
      </w:r>
      <w:proofErr w:type="spellEnd"/>
      <w:r w:rsidRPr="00964FEC">
        <w:rPr>
          <w:rFonts w:cs="Times New Roman"/>
        </w:rPr>
        <w:t xml:space="preserve"> </w:t>
      </w:r>
      <w:proofErr w:type="spellStart"/>
      <w:r w:rsidRPr="00964FEC">
        <w:rPr>
          <w:rFonts w:cs="Times New Roman"/>
        </w:rPr>
        <w:t>ini</w:t>
      </w:r>
      <w:proofErr w:type="spellEnd"/>
      <w:r w:rsidRPr="00964FEC">
        <w:rPr>
          <w:rFonts w:cs="Times New Roman"/>
        </w:rPr>
        <w:t xml:space="preserve"> </w:t>
      </w:r>
      <w:proofErr w:type="spellStart"/>
      <w:r w:rsidRPr="00964FEC">
        <w:rPr>
          <w:rFonts w:cs="Times New Roman"/>
        </w:rPr>
        <w:t>tidak</w:t>
      </w:r>
      <w:proofErr w:type="spellEnd"/>
      <w:r w:rsidRPr="00964FEC">
        <w:rPr>
          <w:rFonts w:cs="Times New Roman"/>
        </w:rPr>
        <w:t xml:space="preserve"> </w:t>
      </w:r>
      <w:proofErr w:type="spellStart"/>
      <w:r w:rsidRPr="00964FEC">
        <w:rPr>
          <w:rFonts w:cs="Times New Roman"/>
        </w:rPr>
        <w:t>mencakup</w:t>
      </w:r>
      <w:proofErr w:type="spellEnd"/>
      <w:r w:rsidRPr="00964FEC">
        <w:rPr>
          <w:rFonts w:cs="Times New Roman"/>
        </w:rPr>
        <w:t xml:space="preserve"> </w:t>
      </w:r>
      <w:proofErr w:type="spellStart"/>
      <w:r w:rsidRPr="00964FEC">
        <w:rPr>
          <w:rFonts w:cs="Times New Roman"/>
        </w:rPr>
        <w:t>penyelesaian</w:t>
      </w:r>
      <w:proofErr w:type="spellEnd"/>
      <w:r w:rsidRPr="00964FEC">
        <w:rPr>
          <w:rFonts w:cs="Times New Roman"/>
        </w:rPr>
        <w:t xml:space="preserve"> </w:t>
      </w:r>
      <w:proofErr w:type="spellStart"/>
      <w:r w:rsidRPr="00964FEC">
        <w:rPr>
          <w:rFonts w:cs="Times New Roman"/>
        </w:rPr>
        <w:t>untuk</w:t>
      </w:r>
      <w:proofErr w:type="spellEnd"/>
      <w:r w:rsidRPr="00964FEC">
        <w:rPr>
          <w:rFonts w:cs="Times New Roman"/>
        </w:rPr>
        <w:t xml:space="preserve"> </w:t>
      </w:r>
      <w:r w:rsidRPr="00964FEC">
        <w:rPr>
          <w:rFonts w:cs="Times New Roman"/>
          <w:i/>
          <w:iCs/>
        </w:rPr>
        <w:t>blind spot</w:t>
      </w:r>
      <w:r w:rsidRPr="00964FEC">
        <w:rPr>
          <w:rFonts w:cs="Times New Roman"/>
        </w:rPr>
        <w:t xml:space="preserve"> lateral (</w:t>
      </w:r>
      <w:proofErr w:type="spellStart"/>
      <w:r w:rsidRPr="00964FEC">
        <w:rPr>
          <w:rFonts w:cs="Times New Roman"/>
        </w:rPr>
        <w:t>samping</w:t>
      </w:r>
      <w:proofErr w:type="spellEnd"/>
      <w:r w:rsidRPr="00964FEC">
        <w:rPr>
          <w:rFonts w:cs="Times New Roman"/>
        </w:rPr>
        <w:t xml:space="preserve">) dan </w:t>
      </w:r>
      <w:proofErr w:type="spellStart"/>
      <w:r w:rsidRPr="00964FEC">
        <w:rPr>
          <w:rFonts w:cs="Times New Roman"/>
        </w:rPr>
        <w:t>belakang</w:t>
      </w:r>
      <w:proofErr w:type="spellEnd"/>
      <w:r w:rsidRPr="00964FEC">
        <w:rPr>
          <w:rFonts w:cs="Times New Roman"/>
        </w:rPr>
        <w:t>.</w:t>
      </w:r>
    </w:p>
    <w:p w14:paraId="218F7585" w14:textId="08B58324" w:rsidR="006C412D" w:rsidRPr="00964FEC" w:rsidRDefault="006C412D">
      <w:pPr>
        <w:pStyle w:val="ListParagraph"/>
        <w:numPr>
          <w:ilvl w:val="0"/>
          <w:numId w:val="9"/>
        </w:numPr>
        <w:spacing w:line="360" w:lineRule="auto"/>
        <w:jc w:val="both"/>
        <w:rPr>
          <w:rFonts w:cs="Times New Roman"/>
        </w:rPr>
      </w:pPr>
      <w:proofErr w:type="spellStart"/>
      <w:r w:rsidRPr="00964FEC">
        <w:rPr>
          <w:rFonts w:cs="Times New Roman"/>
        </w:rPr>
        <w:t>Lingkungan</w:t>
      </w:r>
      <w:proofErr w:type="spellEnd"/>
      <w:r w:rsidRPr="00964FEC">
        <w:rPr>
          <w:rFonts w:cs="Times New Roman"/>
        </w:rPr>
        <w:t xml:space="preserve"> </w:t>
      </w:r>
      <w:proofErr w:type="spellStart"/>
      <w:r w:rsidRPr="00964FEC">
        <w:rPr>
          <w:rFonts w:cs="Times New Roman"/>
        </w:rPr>
        <w:t>simulasi</w:t>
      </w:r>
      <w:proofErr w:type="spellEnd"/>
      <w:r w:rsidRPr="00964FEC">
        <w:rPr>
          <w:rFonts w:cs="Times New Roman"/>
        </w:rPr>
        <w:t xml:space="preserve"> </w:t>
      </w:r>
      <w:proofErr w:type="spellStart"/>
      <w:r w:rsidRPr="00964FEC">
        <w:rPr>
          <w:rFonts w:cs="Times New Roman"/>
        </w:rPr>
        <w:t>jalan</w:t>
      </w:r>
      <w:proofErr w:type="spellEnd"/>
      <w:r w:rsidRPr="00964FEC">
        <w:rPr>
          <w:rFonts w:cs="Times New Roman"/>
        </w:rPr>
        <w:t xml:space="preserve"> </w:t>
      </w:r>
      <w:proofErr w:type="spellStart"/>
      <w:r w:rsidRPr="00964FEC">
        <w:rPr>
          <w:rFonts w:cs="Times New Roman"/>
        </w:rPr>
        <w:t>raya</w:t>
      </w:r>
      <w:proofErr w:type="spellEnd"/>
      <w:r w:rsidRPr="00964FEC">
        <w:rPr>
          <w:rFonts w:cs="Times New Roman"/>
        </w:rPr>
        <w:t xml:space="preserve"> yang </w:t>
      </w:r>
      <w:proofErr w:type="spellStart"/>
      <w:r w:rsidRPr="00964FEC">
        <w:rPr>
          <w:rFonts w:cs="Times New Roman"/>
        </w:rPr>
        <w:t>dibangun</w:t>
      </w:r>
      <w:proofErr w:type="spellEnd"/>
      <w:r w:rsidRPr="00964FEC">
        <w:rPr>
          <w:rFonts w:cs="Times New Roman"/>
        </w:rPr>
        <w:t xml:space="preserve"> di </w:t>
      </w:r>
      <w:proofErr w:type="spellStart"/>
      <w:r w:rsidRPr="00964FEC">
        <w:rPr>
          <w:rFonts w:cs="Times New Roman"/>
        </w:rPr>
        <w:t>dalam</w:t>
      </w:r>
      <w:proofErr w:type="spellEnd"/>
      <w:r w:rsidRPr="00964FEC">
        <w:rPr>
          <w:rFonts w:cs="Times New Roman"/>
        </w:rPr>
        <w:t xml:space="preserve"> </w:t>
      </w:r>
      <w:proofErr w:type="spellStart"/>
      <w:r w:rsidRPr="00964FEC">
        <w:rPr>
          <w:rFonts w:cs="Times New Roman"/>
        </w:rPr>
        <w:t>Webots</w:t>
      </w:r>
      <w:proofErr w:type="spellEnd"/>
      <w:r w:rsidRPr="00964FEC">
        <w:rPr>
          <w:rFonts w:cs="Times New Roman"/>
        </w:rPr>
        <w:t xml:space="preserve"> </w:t>
      </w:r>
      <w:proofErr w:type="spellStart"/>
      <w:r w:rsidRPr="00964FEC">
        <w:rPr>
          <w:rFonts w:cs="Times New Roman"/>
        </w:rPr>
        <w:t>dibatasi</w:t>
      </w:r>
      <w:proofErr w:type="spellEnd"/>
      <w:r w:rsidRPr="00964FEC">
        <w:rPr>
          <w:rFonts w:cs="Times New Roman"/>
        </w:rPr>
        <w:t xml:space="preserve"> pada </w:t>
      </w:r>
      <w:proofErr w:type="spellStart"/>
      <w:r w:rsidRPr="00964FEC">
        <w:rPr>
          <w:rFonts w:cs="Times New Roman"/>
        </w:rPr>
        <w:t>skenario</w:t>
      </w:r>
      <w:proofErr w:type="spellEnd"/>
      <w:r w:rsidRPr="00964FEC">
        <w:rPr>
          <w:rFonts w:cs="Times New Roman"/>
        </w:rPr>
        <w:t xml:space="preserve"> </w:t>
      </w:r>
      <w:proofErr w:type="spellStart"/>
      <w:r w:rsidRPr="00964FEC">
        <w:rPr>
          <w:rFonts w:cs="Times New Roman"/>
        </w:rPr>
        <w:t>lajur</w:t>
      </w:r>
      <w:proofErr w:type="spellEnd"/>
      <w:r w:rsidRPr="00964FEC">
        <w:rPr>
          <w:rFonts w:cs="Times New Roman"/>
        </w:rPr>
        <w:t xml:space="preserve"> </w:t>
      </w:r>
      <w:proofErr w:type="spellStart"/>
      <w:r w:rsidRPr="00964FEC">
        <w:rPr>
          <w:rFonts w:cs="Times New Roman"/>
        </w:rPr>
        <w:t>ganda</w:t>
      </w:r>
      <w:proofErr w:type="spellEnd"/>
      <w:r w:rsidRPr="00964FEC">
        <w:rPr>
          <w:rFonts w:cs="Times New Roman"/>
        </w:rPr>
        <w:t xml:space="preserve"> (</w:t>
      </w:r>
      <w:r w:rsidRPr="00964FEC">
        <w:rPr>
          <w:rFonts w:cs="Times New Roman"/>
          <w:i/>
          <w:iCs/>
        </w:rPr>
        <w:t>dual-lane</w:t>
      </w:r>
      <w:r w:rsidRPr="00964FEC">
        <w:rPr>
          <w:rFonts w:cs="Times New Roman"/>
        </w:rPr>
        <w:t xml:space="preserve">), </w:t>
      </w:r>
      <w:proofErr w:type="spellStart"/>
      <w:r w:rsidRPr="00964FEC">
        <w:rPr>
          <w:rFonts w:cs="Times New Roman"/>
        </w:rPr>
        <w:t>dengan</w:t>
      </w:r>
      <w:proofErr w:type="spellEnd"/>
      <w:r w:rsidRPr="00964FEC">
        <w:rPr>
          <w:rFonts w:cs="Times New Roman"/>
        </w:rPr>
        <w:t xml:space="preserve"> </w:t>
      </w:r>
      <w:proofErr w:type="spellStart"/>
      <w:r w:rsidRPr="00964FEC">
        <w:rPr>
          <w:rFonts w:cs="Times New Roman"/>
        </w:rPr>
        <w:t>geometri</w:t>
      </w:r>
      <w:proofErr w:type="spellEnd"/>
      <w:r w:rsidRPr="00964FEC">
        <w:rPr>
          <w:rFonts w:cs="Times New Roman"/>
        </w:rPr>
        <w:t xml:space="preserve"> dan </w:t>
      </w:r>
      <w:proofErr w:type="spellStart"/>
      <w:r w:rsidRPr="00964FEC">
        <w:rPr>
          <w:rFonts w:cs="Times New Roman"/>
        </w:rPr>
        <w:t>pewarnaan</w:t>
      </w:r>
      <w:proofErr w:type="spellEnd"/>
      <w:r w:rsidRPr="00964FEC">
        <w:rPr>
          <w:rFonts w:cs="Times New Roman"/>
        </w:rPr>
        <w:t xml:space="preserve"> </w:t>
      </w:r>
      <w:proofErr w:type="spellStart"/>
      <w:r w:rsidRPr="00964FEC">
        <w:rPr>
          <w:rFonts w:cs="Times New Roman"/>
        </w:rPr>
        <w:t>marka</w:t>
      </w:r>
      <w:proofErr w:type="spellEnd"/>
      <w:r w:rsidRPr="00964FEC">
        <w:rPr>
          <w:rFonts w:cs="Times New Roman"/>
        </w:rPr>
        <w:t xml:space="preserve"> </w:t>
      </w:r>
      <w:proofErr w:type="spellStart"/>
      <w:r w:rsidRPr="00964FEC">
        <w:rPr>
          <w:rFonts w:cs="Times New Roman"/>
        </w:rPr>
        <w:t>jalan</w:t>
      </w:r>
      <w:proofErr w:type="spellEnd"/>
      <w:r w:rsidRPr="00964FEC">
        <w:rPr>
          <w:rFonts w:cs="Times New Roman"/>
        </w:rPr>
        <w:t xml:space="preserve"> yang </w:t>
      </w:r>
      <w:proofErr w:type="spellStart"/>
      <w:r w:rsidRPr="00964FEC">
        <w:rPr>
          <w:rFonts w:cs="Times New Roman"/>
        </w:rPr>
        <w:t>mengacu</w:t>
      </w:r>
      <w:proofErr w:type="spellEnd"/>
      <w:r w:rsidRPr="00964FEC">
        <w:rPr>
          <w:rFonts w:cs="Times New Roman"/>
        </w:rPr>
        <w:t xml:space="preserve"> pada </w:t>
      </w:r>
      <w:proofErr w:type="spellStart"/>
      <w:r w:rsidRPr="00964FEC">
        <w:rPr>
          <w:rFonts w:cs="Times New Roman"/>
        </w:rPr>
        <w:t>standar</w:t>
      </w:r>
      <w:proofErr w:type="spellEnd"/>
      <w:r w:rsidRPr="00964FEC">
        <w:rPr>
          <w:rFonts w:cs="Times New Roman"/>
        </w:rPr>
        <w:t xml:space="preserve"> </w:t>
      </w:r>
      <w:proofErr w:type="spellStart"/>
      <w:r w:rsidRPr="00964FEC">
        <w:rPr>
          <w:rFonts w:cs="Times New Roman"/>
        </w:rPr>
        <w:t>regulasi</w:t>
      </w:r>
      <w:proofErr w:type="spellEnd"/>
      <w:r w:rsidRPr="00964FEC">
        <w:rPr>
          <w:rFonts w:cs="Times New Roman"/>
        </w:rPr>
        <w:t xml:space="preserve"> </w:t>
      </w:r>
      <w:proofErr w:type="spellStart"/>
      <w:r w:rsidRPr="00964FEC">
        <w:rPr>
          <w:rFonts w:cs="Times New Roman"/>
        </w:rPr>
        <w:t>jalan</w:t>
      </w:r>
      <w:proofErr w:type="spellEnd"/>
      <w:r w:rsidRPr="00964FEC">
        <w:rPr>
          <w:rFonts w:cs="Times New Roman"/>
        </w:rPr>
        <w:t xml:space="preserve"> </w:t>
      </w:r>
      <w:proofErr w:type="spellStart"/>
      <w:r w:rsidRPr="00964FEC">
        <w:rPr>
          <w:rFonts w:cs="Times New Roman"/>
        </w:rPr>
        <w:t>raya</w:t>
      </w:r>
      <w:proofErr w:type="spellEnd"/>
      <w:r w:rsidRPr="00964FEC">
        <w:rPr>
          <w:rFonts w:cs="Times New Roman"/>
        </w:rPr>
        <w:t xml:space="preserve"> </w:t>
      </w:r>
      <w:proofErr w:type="spellStart"/>
      <w:r w:rsidRPr="00964FEC">
        <w:rPr>
          <w:rFonts w:cs="Times New Roman"/>
        </w:rPr>
        <w:t>nasional</w:t>
      </w:r>
      <w:proofErr w:type="spellEnd"/>
      <w:r w:rsidRPr="00964FEC">
        <w:rPr>
          <w:rFonts w:cs="Times New Roman"/>
        </w:rPr>
        <w:t xml:space="preserve"> </w:t>
      </w:r>
      <w:proofErr w:type="spellStart"/>
      <w:r w:rsidRPr="00964FEC">
        <w:rPr>
          <w:rFonts w:cs="Times New Roman"/>
        </w:rPr>
        <w:t>sebagai</w:t>
      </w:r>
      <w:proofErr w:type="spellEnd"/>
      <w:r w:rsidRPr="00964FEC">
        <w:rPr>
          <w:rFonts w:cs="Times New Roman"/>
        </w:rPr>
        <w:t xml:space="preserve"> batas area </w:t>
      </w:r>
      <w:proofErr w:type="spellStart"/>
      <w:r w:rsidRPr="00964FEC">
        <w:rPr>
          <w:rFonts w:cs="Times New Roman"/>
        </w:rPr>
        <w:t>kendali</w:t>
      </w:r>
      <w:proofErr w:type="spellEnd"/>
      <w:r w:rsidRPr="00964FEC">
        <w:rPr>
          <w:rFonts w:cs="Times New Roman"/>
        </w:rPr>
        <w:t xml:space="preserve"> </w:t>
      </w:r>
      <w:proofErr w:type="spellStart"/>
      <w:r w:rsidRPr="00964FEC">
        <w:rPr>
          <w:rFonts w:cs="Times New Roman"/>
        </w:rPr>
        <w:t>kendaraan</w:t>
      </w:r>
      <w:proofErr w:type="spellEnd"/>
      <w:r w:rsidRPr="00964FEC">
        <w:rPr>
          <w:rFonts w:cs="Times New Roman"/>
        </w:rPr>
        <w:t>.</w:t>
      </w:r>
    </w:p>
    <w:p w14:paraId="15C6CF5D" w14:textId="77777777" w:rsidR="00F810AC" w:rsidRPr="007F78CD" w:rsidRDefault="00000000" w:rsidP="00F333B6">
      <w:pPr>
        <w:pStyle w:val="Heading2"/>
        <w:numPr>
          <w:ilvl w:val="0"/>
          <w:numId w:val="0"/>
        </w:numPr>
        <w:ind w:left="576" w:hanging="576"/>
      </w:pPr>
      <w:bookmarkStart w:id="11" w:name="_Toc233990526"/>
      <w:proofErr w:type="gramStart"/>
      <w:r w:rsidRPr="007F78CD">
        <w:t xml:space="preserve">1.5  </w:t>
      </w:r>
      <w:proofErr w:type="spellStart"/>
      <w:r w:rsidRPr="007F78CD">
        <w:t>Metodologi</w:t>
      </w:r>
      <w:proofErr w:type="spellEnd"/>
      <w:proofErr w:type="gramEnd"/>
      <w:r w:rsidRPr="007F78CD">
        <w:t xml:space="preserve"> </w:t>
      </w:r>
      <w:proofErr w:type="spellStart"/>
      <w:r w:rsidRPr="007F78CD">
        <w:t>Tugas</w:t>
      </w:r>
      <w:proofErr w:type="spellEnd"/>
      <w:r w:rsidRPr="007F78CD">
        <w:t xml:space="preserve"> Akhir</w:t>
      </w:r>
      <w:bookmarkEnd w:id="11"/>
    </w:p>
    <w:p w14:paraId="070DECBE" w14:textId="77777777" w:rsidR="00F810AC" w:rsidRDefault="00000000">
      <w:pPr>
        <w:spacing w:after="0" w:line="360" w:lineRule="auto"/>
        <w:ind w:firstLine="680"/>
        <w:jc w:val="both"/>
        <w:rPr>
          <w:rFonts w:cs="Times New Roman"/>
        </w:rPr>
      </w:pPr>
      <w:proofErr w:type="spellStart"/>
      <w:r>
        <w:rPr>
          <w:rFonts w:cs="Times New Roman"/>
        </w:rPr>
        <w:t>Penyelesaian</w:t>
      </w:r>
      <w:proofErr w:type="spellEnd"/>
      <w:r>
        <w:rPr>
          <w:rFonts w:cs="Times New Roman"/>
        </w:rPr>
        <w:t xml:space="preserve"> </w:t>
      </w:r>
      <w:proofErr w:type="spellStart"/>
      <w:r>
        <w:rPr>
          <w:rFonts w:cs="Times New Roman"/>
        </w:rPr>
        <w:t>Tugas</w:t>
      </w:r>
      <w:proofErr w:type="spellEnd"/>
      <w:r>
        <w:rPr>
          <w:rFonts w:cs="Times New Roman"/>
        </w:rPr>
        <w:t xml:space="preserve"> Akhir </w:t>
      </w:r>
      <w:proofErr w:type="spellStart"/>
      <w:r>
        <w:rPr>
          <w:rFonts w:cs="Times New Roman"/>
        </w:rPr>
        <w:t>akan</w:t>
      </w:r>
      <w:proofErr w:type="spellEnd"/>
      <w:r>
        <w:rPr>
          <w:rFonts w:cs="Times New Roman"/>
        </w:rPr>
        <w:t xml:space="preserve"> </w:t>
      </w:r>
      <w:proofErr w:type="spellStart"/>
      <w:r>
        <w:rPr>
          <w:rFonts w:cs="Times New Roman"/>
        </w:rPr>
        <w:t>dilakukan</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serangkaian</w:t>
      </w:r>
      <w:proofErr w:type="spellEnd"/>
      <w:r>
        <w:rPr>
          <w:rFonts w:cs="Times New Roman"/>
        </w:rPr>
        <w:t xml:space="preserve"> </w:t>
      </w:r>
      <w:proofErr w:type="spellStart"/>
      <w:r>
        <w:rPr>
          <w:rFonts w:cs="Times New Roman"/>
        </w:rPr>
        <w:t>aktivitas</w:t>
      </w:r>
      <w:proofErr w:type="spellEnd"/>
      <w:r>
        <w:rPr>
          <w:rFonts w:cs="Times New Roman"/>
        </w:rPr>
        <w:t xml:space="preserve"> yang </w:t>
      </w:r>
      <w:proofErr w:type="spellStart"/>
      <w:r>
        <w:rPr>
          <w:rFonts w:cs="Times New Roman"/>
        </w:rPr>
        <w:t>dijelaskan</w:t>
      </w:r>
      <w:proofErr w:type="spellEnd"/>
      <w:r>
        <w:rPr>
          <w:rFonts w:cs="Times New Roman"/>
        </w:rPr>
        <w:t xml:space="preserve"> </w:t>
      </w:r>
      <w:proofErr w:type="spellStart"/>
      <w:r>
        <w:rPr>
          <w:rFonts w:cs="Times New Roman"/>
        </w:rPr>
        <w:t>dalam</w:t>
      </w:r>
      <w:proofErr w:type="spellEnd"/>
      <w:r>
        <w:rPr>
          <w:rFonts w:cs="Times New Roman"/>
        </w:rPr>
        <w:t xml:space="preserve"> </w:t>
      </w:r>
      <w:proofErr w:type="spellStart"/>
      <w:r>
        <w:rPr>
          <w:rFonts w:cs="Times New Roman"/>
        </w:rPr>
        <w:t>bentuk</w:t>
      </w:r>
      <w:proofErr w:type="spellEnd"/>
      <w:r>
        <w:rPr>
          <w:rFonts w:cs="Times New Roman"/>
        </w:rPr>
        <w:t xml:space="preserve"> diagram pada Gambar 1.1.</w:t>
      </w:r>
    </w:p>
    <w:p w14:paraId="7D42F9CE" w14:textId="2A6AD9F3" w:rsidR="00121B33" w:rsidRPr="00121B33" w:rsidRDefault="007671F1" w:rsidP="00121B33">
      <w:pPr>
        <w:spacing w:after="0" w:line="360" w:lineRule="auto"/>
        <w:ind w:firstLine="680"/>
        <w:jc w:val="center"/>
      </w:pPr>
      <w:r>
        <w:rPr>
          <w:noProof/>
        </w:rPr>
        <w:drawing>
          <wp:inline distT="0" distB="0" distL="0" distR="0" wp14:anchorId="65439375" wp14:editId="5ED917DB">
            <wp:extent cx="3191933" cy="5603514"/>
            <wp:effectExtent l="0" t="0" r="0" b="0"/>
            <wp:docPr id="1306455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54517" cy="5713382"/>
                    </a:xfrm>
                    <a:prstGeom prst="rect">
                      <a:avLst/>
                    </a:prstGeom>
                    <a:noFill/>
                    <a:ln>
                      <a:noFill/>
                    </a:ln>
                  </pic:spPr>
                </pic:pic>
              </a:graphicData>
            </a:graphic>
          </wp:inline>
        </w:drawing>
      </w:r>
    </w:p>
    <w:p w14:paraId="369F7E39" w14:textId="1FBA2EAB" w:rsidR="00121B33" w:rsidRPr="00121B33" w:rsidRDefault="00000000" w:rsidP="00121B33">
      <w:pPr>
        <w:spacing w:after="0" w:line="360" w:lineRule="auto"/>
        <w:jc w:val="center"/>
        <w:rPr>
          <w:rFonts w:cs="Times New Roman"/>
          <w:b/>
          <w:bCs/>
          <w:iCs/>
          <w:sz w:val="21"/>
          <w:szCs w:val="21"/>
        </w:rPr>
      </w:pPr>
      <w:r w:rsidRPr="00121B33">
        <w:rPr>
          <w:rFonts w:cs="Times New Roman"/>
          <w:b/>
          <w:bCs/>
          <w:iCs/>
          <w:sz w:val="21"/>
          <w:szCs w:val="21"/>
        </w:rPr>
        <w:t xml:space="preserve">Gambar </w:t>
      </w:r>
      <w:proofErr w:type="gramStart"/>
      <w:r w:rsidRPr="00121B33">
        <w:rPr>
          <w:rFonts w:cs="Times New Roman"/>
          <w:b/>
          <w:bCs/>
          <w:iCs/>
          <w:sz w:val="21"/>
          <w:szCs w:val="21"/>
        </w:rPr>
        <w:t>1.</w:t>
      </w:r>
      <w:r w:rsidR="00121B33">
        <w:rPr>
          <w:rFonts w:cs="Times New Roman"/>
          <w:b/>
          <w:bCs/>
          <w:iCs/>
          <w:sz w:val="21"/>
          <w:szCs w:val="21"/>
        </w:rPr>
        <w:t>2</w:t>
      </w:r>
      <w:r w:rsidRPr="00121B33">
        <w:rPr>
          <w:rFonts w:cs="Times New Roman"/>
          <w:b/>
          <w:bCs/>
          <w:iCs/>
          <w:sz w:val="21"/>
          <w:szCs w:val="21"/>
        </w:rPr>
        <w:t xml:space="preserve">  </w:t>
      </w:r>
      <w:proofErr w:type="spellStart"/>
      <w:r w:rsidRPr="00121B33">
        <w:rPr>
          <w:rFonts w:cs="Times New Roman"/>
          <w:b/>
          <w:bCs/>
          <w:iCs/>
          <w:sz w:val="21"/>
          <w:szCs w:val="21"/>
        </w:rPr>
        <w:t>Metodologi</w:t>
      </w:r>
      <w:proofErr w:type="spellEnd"/>
      <w:proofErr w:type="gramEnd"/>
      <w:r w:rsidRPr="00121B33">
        <w:rPr>
          <w:rFonts w:cs="Times New Roman"/>
          <w:b/>
          <w:bCs/>
          <w:iCs/>
          <w:sz w:val="21"/>
          <w:szCs w:val="21"/>
        </w:rPr>
        <w:t xml:space="preserve"> </w:t>
      </w:r>
      <w:proofErr w:type="spellStart"/>
      <w:r w:rsidRPr="00121B33">
        <w:rPr>
          <w:rFonts w:cs="Times New Roman"/>
          <w:b/>
          <w:bCs/>
          <w:iCs/>
          <w:sz w:val="21"/>
          <w:szCs w:val="21"/>
        </w:rPr>
        <w:t>Penyelesaian</w:t>
      </w:r>
      <w:proofErr w:type="spellEnd"/>
      <w:r w:rsidRPr="00121B33">
        <w:rPr>
          <w:rFonts w:cs="Times New Roman"/>
          <w:b/>
          <w:bCs/>
          <w:iCs/>
          <w:sz w:val="21"/>
          <w:szCs w:val="21"/>
        </w:rPr>
        <w:t xml:space="preserve"> </w:t>
      </w:r>
      <w:proofErr w:type="spellStart"/>
      <w:r w:rsidRPr="00121B33">
        <w:rPr>
          <w:rFonts w:cs="Times New Roman"/>
          <w:b/>
          <w:bCs/>
          <w:iCs/>
          <w:sz w:val="21"/>
          <w:szCs w:val="21"/>
        </w:rPr>
        <w:t>Tugas</w:t>
      </w:r>
      <w:proofErr w:type="spellEnd"/>
      <w:r w:rsidRPr="00121B33">
        <w:rPr>
          <w:rFonts w:cs="Times New Roman"/>
          <w:b/>
          <w:bCs/>
          <w:iCs/>
          <w:sz w:val="21"/>
          <w:szCs w:val="21"/>
        </w:rPr>
        <w:t xml:space="preserve"> Akhir</w:t>
      </w:r>
      <w:r w:rsidR="00121B33">
        <w:rPr>
          <w:rFonts w:cs="Times New Roman"/>
          <w:b/>
          <w:bCs/>
          <w:iCs/>
          <w:sz w:val="21"/>
          <w:szCs w:val="21"/>
        </w:rPr>
        <w:br w:type="page"/>
      </w:r>
    </w:p>
    <w:p w14:paraId="3EC81C02" w14:textId="117B0212" w:rsidR="00121B33" w:rsidRPr="00121B33" w:rsidRDefault="00000000" w:rsidP="00121B33">
      <w:pPr>
        <w:spacing w:after="0" w:line="360" w:lineRule="auto"/>
        <w:ind w:firstLine="680"/>
        <w:jc w:val="both"/>
        <w:rPr>
          <w:rFonts w:cs="Times New Roman"/>
        </w:rPr>
      </w:pPr>
      <w:proofErr w:type="spellStart"/>
      <w:r>
        <w:rPr>
          <w:rFonts w:cs="Times New Roman"/>
        </w:rPr>
        <w:lastRenderedPageBreak/>
        <w:t>Rincian</w:t>
      </w:r>
      <w:proofErr w:type="spellEnd"/>
      <w:r>
        <w:rPr>
          <w:rFonts w:cs="Times New Roman"/>
        </w:rPr>
        <w:t xml:space="preserve"> </w:t>
      </w:r>
      <w:proofErr w:type="spellStart"/>
      <w:r>
        <w:rPr>
          <w:rFonts w:cs="Times New Roman"/>
        </w:rPr>
        <w:t>rangkaian</w:t>
      </w:r>
      <w:proofErr w:type="spellEnd"/>
      <w:r>
        <w:rPr>
          <w:rFonts w:cs="Times New Roman"/>
        </w:rPr>
        <w:t xml:space="preserve"> </w:t>
      </w:r>
      <w:proofErr w:type="spellStart"/>
      <w:r>
        <w:rPr>
          <w:rFonts w:cs="Times New Roman"/>
        </w:rPr>
        <w:t>aktivitas</w:t>
      </w:r>
      <w:proofErr w:type="spellEnd"/>
      <w:r>
        <w:rPr>
          <w:rFonts w:cs="Times New Roman"/>
        </w:rPr>
        <w:t xml:space="preserve"> </w:t>
      </w:r>
      <w:proofErr w:type="spellStart"/>
      <w:r>
        <w:rPr>
          <w:rFonts w:cs="Times New Roman"/>
        </w:rPr>
        <w:t>penyelesaian</w:t>
      </w:r>
      <w:proofErr w:type="spellEnd"/>
      <w:r>
        <w:rPr>
          <w:rFonts w:cs="Times New Roman"/>
        </w:rPr>
        <w:t xml:space="preserve"> </w:t>
      </w:r>
      <w:proofErr w:type="spellStart"/>
      <w:r>
        <w:rPr>
          <w:rFonts w:cs="Times New Roman"/>
        </w:rPr>
        <w:t>Tugas</w:t>
      </w:r>
      <w:proofErr w:type="spellEnd"/>
      <w:r>
        <w:rPr>
          <w:rFonts w:cs="Times New Roman"/>
        </w:rPr>
        <w:t xml:space="preserve"> Akhir </w:t>
      </w:r>
      <w:proofErr w:type="spellStart"/>
      <w:r>
        <w:rPr>
          <w:rFonts w:cs="Times New Roman"/>
        </w:rPr>
        <w:t>adalah</w:t>
      </w:r>
      <w:proofErr w:type="spellEnd"/>
      <w:r>
        <w:rPr>
          <w:rFonts w:cs="Times New Roman"/>
        </w:rPr>
        <w:t xml:space="preserve"> </w:t>
      </w:r>
      <w:proofErr w:type="spellStart"/>
      <w:r>
        <w:rPr>
          <w:rFonts w:cs="Times New Roman"/>
        </w:rPr>
        <w:t>sebagai</w:t>
      </w:r>
      <w:proofErr w:type="spellEnd"/>
      <w:r>
        <w:rPr>
          <w:rFonts w:cs="Times New Roman"/>
        </w:rPr>
        <w:t xml:space="preserve"> </w:t>
      </w:r>
      <w:proofErr w:type="spellStart"/>
      <w:r>
        <w:rPr>
          <w:rFonts w:cs="Times New Roman"/>
        </w:rPr>
        <w:t>berikut</w:t>
      </w:r>
      <w:proofErr w:type="spellEnd"/>
      <w:r>
        <w:rPr>
          <w:rFonts w:cs="Times New Roman"/>
        </w:rPr>
        <w:t>.</w:t>
      </w:r>
    </w:p>
    <w:p w14:paraId="637DBFBD" w14:textId="0BB9986C" w:rsidR="00F810AC" w:rsidRDefault="00000000">
      <w:pPr>
        <w:pStyle w:val="ListParagraph"/>
        <w:numPr>
          <w:ilvl w:val="0"/>
          <w:numId w:val="10"/>
        </w:numPr>
        <w:spacing w:line="360" w:lineRule="auto"/>
        <w:jc w:val="both"/>
      </w:pPr>
      <w:proofErr w:type="spellStart"/>
      <w:r w:rsidRPr="007671F1">
        <w:rPr>
          <w:rFonts w:cs="Times New Roman"/>
          <w:b/>
        </w:rPr>
        <w:t>Identifikasi</w:t>
      </w:r>
      <w:proofErr w:type="spellEnd"/>
      <w:r w:rsidRPr="007671F1">
        <w:rPr>
          <w:rFonts w:cs="Times New Roman"/>
          <w:b/>
        </w:rPr>
        <w:t xml:space="preserve"> </w:t>
      </w:r>
      <w:proofErr w:type="spellStart"/>
      <w:r w:rsidRPr="007671F1">
        <w:rPr>
          <w:rFonts w:cs="Times New Roman"/>
          <w:b/>
        </w:rPr>
        <w:t>Masalah</w:t>
      </w:r>
      <w:proofErr w:type="spellEnd"/>
    </w:p>
    <w:p w14:paraId="15EA1CA5" w14:textId="4DC26E99" w:rsidR="007671F1" w:rsidRPr="00C13BA0" w:rsidRDefault="00000000" w:rsidP="00C13BA0">
      <w:pPr>
        <w:spacing w:line="360" w:lineRule="auto"/>
        <w:ind w:left="680"/>
        <w:jc w:val="both"/>
        <w:rPr>
          <w:rFonts w:cs="Times New Roman"/>
        </w:rPr>
      </w:pPr>
      <w:proofErr w:type="spellStart"/>
      <w:r>
        <w:rPr>
          <w:rFonts w:cs="Times New Roman"/>
        </w:rPr>
        <w:t>Menganalisis</w:t>
      </w:r>
      <w:proofErr w:type="spellEnd"/>
      <w:r>
        <w:rPr>
          <w:rFonts w:cs="Times New Roman"/>
        </w:rPr>
        <w:t xml:space="preserve"> </w:t>
      </w:r>
      <w:proofErr w:type="spellStart"/>
      <w:r>
        <w:rPr>
          <w:rFonts w:cs="Times New Roman"/>
        </w:rPr>
        <w:t>fenomena</w:t>
      </w:r>
      <w:proofErr w:type="spellEnd"/>
      <w:r>
        <w:rPr>
          <w:rFonts w:cs="Times New Roman"/>
        </w:rPr>
        <w:t xml:space="preserve"> dan </w:t>
      </w:r>
      <w:proofErr w:type="spellStart"/>
      <w:r>
        <w:rPr>
          <w:rFonts w:cs="Times New Roman"/>
        </w:rPr>
        <w:t>persoalan</w:t>
      </w:r>
      <w:proofErr w:type="spellEnd"/>
      <w:r>
        <w:rPr>
          <w:rFonts w:cs="Times New Roman"/>
        </w:rPr>
        <w:t xml:space="preserve"> </w:t>
      </w:r>
      <w:proofErr w:type="spellStart"/>
      <w:r>
        <w:rPr>
          <w:rFonts w:cs="Times New Roman"/>
        </w:rPr>
        <w:t>navigasi</w:t>
      </w:r>
      <w:proofErr w:type="spellEnd"/>
      <w:r>
        <w:rPr>
          <w:rFonts w:cs="Times New Roman"/>
        </w:rPr>
        <w:t xml:space="preserve"> </w:t>
      </w:r>
      <w:proofErr w:type="spellStart"/>
      <w:r>
        <w:rPr>
          <w:rFonts w:cs="Times New Roman"/>
        </w:rPr>
        <w:t>kendaraan</w:t>
      </w:r>
      <w:proofErr w:type="spellEnd"/>
      <w:r>
        <w:rPr>
          <w:rFonts w:cs="Times New Roman"/>
        </w:rPr>
        <w:t xml:space="preserve"> </w:t>
      </w:r>
      <w:proofErr w:type="spellStart"/>
      <w:r>
        <w:rPr>
          <w:rFonts w:cs="Times New Roman"/>
        </w:rPr>
        <w:t>besar</w:t>
      </w:r>
      <w:proofErr w:type="spellEnd"/>
      <w:r>
        <w:rPr>
          <w:rFonts w:cs="Times New Roman"/>
        </w:rPr>
        <w:t xml:space="preserve"> di </w:t>
      </w:r>
      <w:proofErr w:type="spellStart"/>
      <w:r>
        <w:rPr>
          <w:rFonts w:cs="Times New Roman"/>
        </w:rPr>
        <w:t>lingkungan</w:t>
      </w:r>
      <w:proofErr w:type="spellEnd"/>
      <w:r>
        <w:rPr>
          <w:rFonts w:cs="Times New Roman"/>
        </w:rPr>
        <w:t xml:space="preserve"> </w:t>
      </w:r>
      <w:proofErr w:type="spellStart"/>
      <w:r>
        <w:rPr>
          <w:rFonts w:cs="Times New Roman"/>
        </w:rPr>
        <w:t>perkotaan</w:t>
      </w:r>
      <w:proofErr w:type="spellEnd"/>
      <w:r>
        <w:rPr>
          <w:rFonts w:cs="Times New Roman"/>
        </w:rPr>
        <w:t xml:space="preserve"> yang </w:t>
      </w:r>
      <w:proofErr w:type="spellStart"/>
      <w:r>
        <w:rPr>
          <w:rFonts w:cs="Times New Roman"/>
        </w:rPr>
        <w:t>dinamis</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merujuk</w:t>
      </w:r>
      <w:proofErr w:type="spellEnd"/>
      <w:r>
        <w:rPr>
          <w:rFonts w:cs="Times New Roman"/>
        </w:rPr>
        <w:t xml:space="preserve"> pada data </w:t>
      </w:r>
      <w:proofErr w:type="spellStart"/>
      <w:r>
        <w:rPr>
          <w:rFonts w:cs="Times New Roman"/>
        </w:rPr>
        <w:t>statistik</w:t>
      </w:r>
      <w:proofErr w:type="spellEnd"/>
      <w:r>
        <w:rPr>
          <w:rFonts w:cs="Times New Roman"/>
        </w:rPr>
        <w:t xml:space="preserve"> </w:t>
      </w:r>
      <w:proofErr w:type="spellStart"/>
      <w:r>
        <w:rPr>
          <w:rFonts w:cs="Times New Roman"/>
        </w:rPr>
        <w:t>kecelakaan</w:t>
      </w:r>
      <w:proofErr w:type="spellEnd"/>
      <w:r>
        <w:rPr>
          <w:rFonts w:cs="Times New Roman"/>
        </w:rPr>
        <w:t xml:space="preserve"> </w:t>
      </w:r>
      <w:proofErr w:type="spellStart"/>
      <w:r>
        <w:rPr>
          <w:rFonts w:cs="Times New Roman"/>
        </w:rPr>
        <w:t>dari</w:t>
      </w:r>
      <w:proofErr w:type="spellEnd"/>
      <w:r>
        <w:rPr>
          <w:rFonts w:cs="Times New Roman"/>
        </w:rPr>
        <w:t xml:space="preserve"> </w:t>
      </w:r>
      <w:proofErr w:type="spellStart"/>
      <w:r>
        <w:rPr>
          <w:rFonts w:cs="Times New Roman"/>
        </w:rPr>
        <w:t>Korlantas</w:t>
      </w:r>
      <w:proofErr w:type="spellEnd"/>
      <w:r>
        <w:rPr>
          <w:rFonts w:cs="Times New Roman"/>
        </w:rPr>
        <w:t xml:space="preserve"> </w:t>
      </w:r>
      <w:proofErr w:type="spellStart"/>
      <w:r>
        <w:rPr>
          <w:rFonts w:cs="Times New Roman"/>
        </w:rPr>
        <w:t>Polri</w:t>
      </w:r>
      <w:proofErr w:type="spellEnd"/>
      <w:r>
        <w:rPr>
          <w:rFonts w:cs="Times New Roman"/>
        </w:rPr>
        <w:t>.</w:t>
      </w:r>
    </w:p>
    <w:p w14:paraId="0AE4ECF8" w14:textId="4E8A5324" w:rsidR="00F810AC" w:rsidRDefault="00000000">
      <w:pPr>
        <w:pStyle w:val="ListParagraph"/>
        <w:numPr>
          <w:ilvl w:val="0"/>
          <w:numId w:val="10"/>
        </w:numPr>
        <w:spacing w:line="360" w:lineRule="auto"/>
        <w:jc w:val="both"/>
      </w:pPr>
      <w:proofErr w:type="spellStart"/>
      <w:r w:rsidRPr="007671F1">
        <w:rPr>
          <w:rFonts w:cs="Times New Roman"/>
          <w:b/>
        </w:rPr>
        <w:t>Studi</w:t>
      </w:r>
      <w:proofErr w:type="spellEnd"/>
      <w:r w:rsidRPr="007671F1">
        <w:rPr>
          <w:rFonts w:cs="Times New Roman"/>
          <w:b/>
        </w:rPr>
        <w:t xml:space="preserve"> </w:t>
      </w:r>
      <w:proofErr w:type="spellStart"/>
      <w:r w:rsidRPr="007671F1">
        <w:rPr>
          <w:rFonts w:cs="Times New Roman"/>
          <w:b/>
        </w:rPr>
        <w:t>Literatur</w:t>
      </w:r>
      <w:proofErr w:type="spellEnd"/>
    </w:p>
    <w:p w14:paraId="0B639321" w14:textId="40BEFE72" w:rsidR="00F810AC" w:rsidRDefault="00000000" w:rsidP="007671F1">
      <w:pPr>
        <w:spacing w:line="360" w:lineRule="auto"/>
        <w:ind w:left="680"/>
        <w:jc w:val="both"/>
      </w:pPr>
      <w:proofErr w:type="spellStart"/>
      <w:r>
        <w:rPr>
          <w:rFonts w:cs="Times New Roman"/>
        </w:rPr>
        <w:t>Mendalami</w:t>
      </w:r>
      <w:proofErr w:type="spellEnd"/>
      <w:r>
        <w:rPr>
          <w:rFonts w:cs="Times New Roman"/>
        </w:rPr>
        <w:t xml:space="preserve"> </w:t>
      </w:r>
      <w:proofErr w:type="spellStart"/>
      <w:r>
        <w:rPr>
          <w:rFonts w:cs="Times New Roman"/>
        </w:rPr>
        <w:t>landasan</w:t>
      </w:r>
      <w:proofErr w:type="spellEnd"/>
      <w:r>
        <w:rPr>
          <w:rFonts w:cs="Times New Roman"/>
        </w:rPr>
        <w:t xml:space="preserve"> </w:t>
      </w:r>
      <w:proofErr w:type="spellStart"/>
      <w:r>
        <w:rPr>
          <w:rFonts w:cs="Times New Roman"/>
        </w:rPr>
        <w:t>teori</w:t>
      </w:r>
      <w:proofErr w:type="spellEnd"/>
      <w:r>
        <w:rPr>
          <w:rFonts w:cs="Times New Roman"/>
        </w:rPr>
        <w:t xml:space="preserve"> </w:t>
      </w:r>
      <w:proofErr w:type="spellStart"/>
      <w:r>
        <w:rPr>
          <w:rFonts w:cs="Times New Roman"/>
        </w:rPr>
        <w:t>terkait</w:t>
      </w:r>
      <w:proofErr w:type="spellEnd"/>
      <w:r>
        <w:rPr>
          <w:rFonts w:cs="Times New Roman"/>
        </w:rPr>
        <w:t xml:space="preserve"> </w:t>
      </w:r>
      <w:r>
        <w:rPr>
          <w:rFonts w:cs="Times New Roman"/>
          <w:i/>
        </w:rPr>
        <w:t>Deep Q-Network</w:t>
      </w:r>
      <w:r w:rsidR="006B70BB">
        <w:rPr>
          <w:rFonts w:cs="Times New Roman"/>
          <w:iCs/>
        </w:rPr>
        <w:t xml:space="preserve"> </w:t>
      </w:r>
      <w:sdt>
        <w:sdtPr>
          <w:rPr>
            <w:rFonts w:cs="Times New Roman"/>
            <w:iCs/>
            <w:color w:val="000000"/>
          </w:rPr>
          <w:tag w:val="MENDELEY_CITATION_v3_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"/>
          <w:id w:val="-1005513389"/>
          <w:placeholder>
            <w:docPart w:val="DefaultPlaceholder_-1854013440"/>
          </w:placeholder>
        </w:sdtPr>
        <w:sdtContent>
          <w:r w:rsidR="00F21BE8" w:rsidRPr="00F21BE8">
            <w:rPr>
              <w:rFonts w:cs="Times New Roman"/>
              <w:iCs/>
              <w:color w:val="000000"/>
            </w:rPr>
            <w:t>[MKS15]</w:t>
          </w:r>
        </w:sdtContent>
      </w:sdt>
      <w:r>
        <w:rPr>
          <w:rFonts w:cs="Times New Roman"/>
        </w:rPr>
        <w:t xml:space="preserve">, </w:t>
      </w:r>
      <w:r>
        <w:rPr>
          <w:rFonts w:cs="Times New Roman"/>
          <w:i/>
        </w:rPr>
        <w:t>Double DQN</w:t>
      </w:r>
      <w:r w:rsidR="0008418E">
        <w:rPr>
          <w:rFonts w:cs="Times New Roman"/>
        </w:rPr>
        <w:t xml:space="preserve"> </w:t>
      </w:r>
      <w:sdt>
        <w:sdtPr>
          <w:rPr>
            <w:rFonts w:cs="Times New Roman"/>
            <w:color w:val="000000"/>
          </w:rPr>
          <w:tag w:val="MENDELEY_CITATION_v3_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"/>
          <w:id w:val="-35503890"/>
          <w:placeholder>
            <w:docPart w:val="DefaultPlaceholder_-1854013440"/>
          </w:placeholder>
        </w:sdtPr>
        <w:sdtContent>
          <w:r w:rsidR="00F21BE8" w:rsidRPr="00F21BE8">
            <w:rPr>
              <w:rFonts w:cs="Times New Roman"/>
              <w:color w:val="000000"/>
            </w:rPr>
            <w:t>[VGS16]</w:t>
          </w:r>
        </w:sdtContent>
      </w:sdt>
      <w:r>
        <w:rPr>
          <w:rFonts w:cs="Times New Roman"/>
        </w:rPr>
        <w:t xml:space="preserve">, </w:t>
      </w:r>
      <w:r>
        <w:rPr>
          <w:rFonts w:cs="Times New Roman"/>
          <w:i/>
        </w:rPr>
        <w:t>n-step Return</w:t>
      </w:r>
      <w:r>
        <w:rPr>
          <w:rFonts w:cs="Times New Roman"/>
        </w:rPr>
        <w:t xml:space="preserve"> </w:t>
      </w:r>
      <w:sdt>
        <w:sdtPr>
          <w:rPr>
            <w:rFonts w:cs="Times New Roman"/>
            <w:color w:val="000000"/>
          </w:rPr>
          <w:tag w:val="MENDELEY_CITATION_v3_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"/>
          <w:id w:val="979037062"/>
          <w:placeholder>
            <w:docPart w:val="DefaultPlaceholder_-1854013440"/>
          </w:placeholder>
        </w:sdtPr>
        <w:sdtContent>
          <w:r w:rsidR="00593E94" w:rsidRPr="00593E94">
            <w:rPr>
              <w:rFonts w:cs="Times New Roman"/>
              <w:color w:val="000000"/>
            </w:rPr>
            <w:t>[ANR18]</w:t>
          </w:r>
        </w:sdtContent>
      </w:sdt>
      <w:r>
        <w:rPr>
          <w:rFonts w:cs="Times New Roman"/>
        </w:rPr>
        <w:t xml:space="preserve">, </w:t>
      </w:r>
      <w:r>
        <w:rPr>
          <w:rFonts w:cs="Times New Roman"/>
          <w:i/>
        </w:rPr>
        <w:t>End-to-End Learning</w:t>
      </w:r>
      <w:r w:rsidR="00271DB0">
        <w:rPr>
          <w:rFonts w:cs="Times New Roman"/>
          <w:i/>
        </w:rPr>
        <w:t xml:space="preserve"> </w:t>
      </w:r>
      <w:sdt>
        <w:sdtPr>
          <w:rPr>
            <w:rFonts w:cs="Times New Roman"/>
            <w:iCs/>
            <w:color w:val="000000"/>
          </w:rPr>
          <w:tag w:val="MENDELEY_CITATION_v3_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"/>
          <w:id w:val="814456123"/>
          <w:placeholder>
            <w:docPart w:val="DefaultPlaceholder_-1854013440"/>
          </w:placeholder>
        </w:sdtPr>
        <w:sdtContent>
          <w:r w:rsidR="00F21BE8" w:rsidRPr="00F21BE8">
            <w:rPr>
              <w:rFonts w:cs="Times New Roman"/>
              <w:iCs/>
              <w:color w:val="000000"/>
            </w:rPr>
            <w:t>[BTD16]</w:t>
          </w:r>
        </w:sdtContent>
      </w:sdt>
      <w:r>
        <w:rPr>
          <w:rFonts w:cs="Times New Roman"/>
        </w:rPr>
        <w:t xml:space="preserve">, </w:t>
      </w:r>
      <w:proofErr w:type="spellStart"/>
      <w:r>
        <w:rPr>
          <w:rFonts w:cs="Times New Roman"/>
        </w:rPr>
        <w:t>dokumentasi</w:t>
      </w:r>
      <w:proofErr w:type="spellEnd"/>
      <w:r>
        <w:rPr>
          <w:rFonts w:cs="Times New Roman"/>
        </w:rPr>
        <w:t xml:space="preserve"> </w:t>
      </w:r>
      <w:proofErr w:type="spellStart"/>
      <w:r>
        <w:rPr>
          <w:rFonts w:cs="Times New Roman"/>
        </w:rPr>
        <w:t>Webots</w:t>
      </w:r>
      <w:proofErr w:type="spellEnd"/>
      <w:r w:rsidR="006B70BB">
        <w:rPr>
          <w:rFonts w:cs="Times New Roman"/>
        </w:rPr>
        <w:t xml:space="preserve"> </w:t>
      </w:r>
      <w:sdt>
        <w:sdtPr>
          <w:rPr>
            <w:rFonts w:cs="Times New Roman"/>
            <w:color w:val="000000"/>
          </w:rPr>
          <w:tag w:val="MENDELEY_CITATION_v3_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"/>
          <w:id w:val="-206101532"/>
          <w:placeholder>
            <w:docPart w:val="DefaultPlaceholder_-1854013440"/>
          </w:placeholder>
        </w:sdtPr>
        <w:sdtContent>
          <w:r w:rsidR="00F21BE8" w:rsidRPr="00F21BE8">
            <w:rPr>
              <w:rFonts w:cs="Times New Roman"/>
              <w:color w:val="000000"/>
            </w:rPr>
            <w:t>[MIC04]</w:t>
          </w:r>
        </w:sdtContent>
      </w:sdt>
      <w:r>
        <w:rPr>
          <w:rFonts w:cs="Times New Roman"/>
        </w:rPr>
        <w:t xml:space="preserve">, dan </w:t>
      </w:r>
      <w:proofErr w:type="spellStart"/>
      <w:r>
        <w:rPr>
          <w:rFonts w:cs="Times New Roman"/>
        </w:rPr>
        <w:t>pustaka</w:t>
      </w:r>
      <w:proofErr w:type="spellEnd"/>
      <w:r>
        <w:rPr>
          <w:rFonts w:cs="Times New Roman"/>
        </w:rPr>
        <w:t xml:space="preserve"> </w:t>
      </w:r>
      <w:r>
        <w:rPr>
          <w:rFonts w:cs="Times New Roman"/>
          <w:i/>
        </w:rPr>
        <w:t>Stable-Baselines3</w:t>
      </w:r>
      <w:r>
        <w:rPr>
          <w:rFonts w:cs="Times New Roman"/>
        </w:rPr>
        <w:t xml:space="preserve"> </w:t>
      </w:r>
      <w:sdt>
        <w:sdtPr>
          <w:rPr>
            <w:rFonts w:cs="Times New Roman"/>
            <w:color w:val="000000"/>
          </w:rPr>
          <w:tag w:val="MENDELEY_CITATION_v3_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"/>
          <w:id w:val="-246961780"/>
          <w:placeholder>
            <w:docPart w:val="DefaultPlaceholder_-1854013440"/>
          </w:placeholder>
        </w:sdtPr>
        <w:sdtContent>
          <w:r w:rsidR="00F21BE8" w:rsidRPr="00F21BE8">
            <w:rPr>
              <w:rFonts w:cs="Times New Roman"/>
              <w:color w:val="000000"/>
            </w:rPr>
            <w:t>[RHG21]</w:t>
          </w:r>
        </w:sdtContent>
      </w:sdt>
      <w:r>
        <w:rPr>
          <w:rFonts w:cs="Times New Roman"/>
        </w:rPr>
        <w:t>.</w:t>
      </w:r>
    </w:p>
    <w:p w14:paraId="061012D6" w14:textId="7F6959FA" w:rsidR="00F810AC" w:rsidRDefault="00000000">
      <w:pPr>
        <w:pStyle w:val="ListParagraph"/>
        <w:numPr>
          <w:ilvl w:val="0"/>
          <w:numId w:val="10"/>
        </w:numPr>
        <w:spacing w:line="360" w:lineRule="auto"/>
        <w:jc w:val="both"/>
      </w:pPr>
      <w:proofErr w:type="spellStart"/>
      <w:r w:rsidRPr="007671F1">
        <w:rPr>
          <w:rFonts w:cs="Times New Roman"/>
          <w:b/>
        </w:rPr>
        <w:t>Studi</w:t>
      </w:r>
      <w:proofErr w:type="spellEnd"/>
      <w:r w:rsidRPr="007671F1">
        <w:rPr>
          <w:rFonts w:cs="Times New Roman"/>
          <w:b/>
        </w:rPr>
        <w:t xml:space="preserve"> </w:t>
      </w:r>
      <w:proofErr w:type="spellStart"/>
      <w:r w:rsidRPr="007671F1">
        <w:rPr>
          <w:rFonts w:cs="Times New Roman"/>
          <w:b/>
        </w:rPr>
        <w:t>Pendahuluan</w:t>
      </w:r>
      <w:proofErr w:type="spellEnd"/>
    </w:p>
    <w:p w14:paraId="31AF57E9" w14:textId="1D44787F" w:rsidR="00F810AC" w:rsidRDefault="00000000" w:rsidP="007671F1">
      <w:pPr>
        <w:spacing w:line="360" w:lineRule="auto"/>
        <w:ind w:left="680"/>
        <w:jc w:val="both"/>
      </w:pPr>
      <w:proofErr w:type="spellStart"/>
      <w:r>
        <w:rPr>
          <w:rFonts w:cs="Times New Roman"/>
        </w:rPr>
        <w:t>Melakukan</w:t>
      </w:r>
      <w:proofErr w:type="spellEnd"/>
      <w:r>
        <w:rPr>
          <w:rFonts w:cs="Times New Roman"/>
        </w:rPr>
        <w:t xml:space="preserve"> </w:t>
      </w:r>
      <w:proofErr w:type="spellStart"/>
      <w:r>
        <w:rPr>
          <w:rFonts w:cs="Times New Roman"/>
        </w:rPr>
        <w:t>eksperimen</w:t>
      </w:r>
      <w:proofErr w:type="spellEnd"/>
      <w:r>
        <w:rPr>
          <w:rFonts w:cs="Times New Roman"/>
        </w:rPr>
        <w:t xml:space="preserve"> </w:t>
      </w:r>
      <w:proofErr w:type="spellStart"/>
      <w:r>
        <w:rPr>
          <w:rFonts w:cs="Times New Roman"/>
        </w:rPr>
        <w:t>awal</w:t>
      </w:r>
      <w:proofErr w:type="spellEnd"/>
      <w:r>
        <w:rPr>
          <w:rFonts w:cs="Times New Roman"/>
        </w:rPr>
        <w:t xml:space="preserve"> </w:t>
      </w:r>
      <w:proofErr w:type="spellStart"/>
      <w:r>
        <w:rPr>
          <w:rFonts w:cs="Times New Roman"/>
        </w:rPr>
        <w:t>berupa</w:t>
      </w:r>
      <w:proofErr w:type="spellEnd"/>
      <w:r>
        <w:rPr>
          <w:rFonts w:cs="Times New Roman"/>
        </w:rPr>
        <w:t xml:space="preserve"> </w:t>
      </w:r>
      <w:proofErr w:type="spellStart"/>
      <w:r>
        <w:rPr>
          <w:rFonts w:cs="Times New Roman"/>
        </w:rPr>
        <w:t>implementasi</w:t>
      </w:r>
      <w:proofErr w:type="spellEnd"/>
      <w:r>
        <w:rPr>
          <w:rFonts w:cs="Times New Roman"/>
        </w:rPr>
        <w:t xml:space="preserve"> dan </w:t>
      </w:r>
      <w:proofErr w:type="spellStart"/>
      <w:r>
        <w:rPr>
          <w:rFonts w:cs="Times New Roman"/>
        </w:rPr>
        <w:t>pelatihan</w:t>
      </w:r>
      <w:proofErr w:type="spellEnd"/>
      <w:r>
        <w:rPr>
          <w:rFonts w:cs="Times New Roman"/>
        </w:rPr>
        <w:t xml:space="preserve"> </w:t>
      </w:r>
      <w:proofErr w:type="spellStart"/>
      <w:r>
        <w:rPr>
          <w:rFonts w:cs="Times New Roman"/>
        </w:rPr>
        <w:t>agen</w:t>
      </w:r>
      <w:proofErr w:type="spellEnd"/>
      <w:r>
        <w:rPr>
          <w:rFonts w:cs="Times New Roman"/>
        </w:rPr>
        <w:t xml:space="preserve"> DQN pada </w:t>
      </w:r>
      <w:proofErr w:type="spellStart"/>
      <w:r>
        <w:rPr>
          <w:rFonts w:cs="Times New Roman"/>
        </w:rPr>
        <w:t>lingkungan</w:t>
      </w:r>
      <w:proofErr w:type="spellEnd"/>
      <w:r>
        <w:rPr>
          <w:rFonts w:cs="Times New Roman"/>
        </w:rPr>
        <w:t xml:space="preserve"> ALE/Enduro-v5. </w:t>
      </w:r>
      <w:proofErr w:type="spellStart"/>
      <w:r>
        <w:rPr>
          <w:rFonts w:cs="Times New Roman"/>
        </w:rPr>
        <w:t>Pelatihan</w:t>
      </w:r>
      <w:proofErr w:type="spellEnd"/>
      <w:r>
        <w:rPr>
          <w:rFonts w:cs="Times New Roman"/>
        </w:rPr>
        <w:t xml:space="preserve"> </w:t>
      </w:r>
      <w:proofErr w:type="spellStart"/>
      <w:r>
        <w:rPr>
          <w:rFonts w:cs="Times New Roman"/>
        </w:rPr>
        <w:t>dilakukan</w:t>
      </w:r>
      <w:proofErr w:type="spellEnd"/>
      <w:r>
        <w:rPr>
          <w:rFonts w:cs="Times New Roman"/>
        </w:rPr>
        <w:t xml:space="preserve"> dua </w:t>
      </w:r>
      <w:proofErr w:type="spellStart"/>
      <w:r>
        <w:rPr>
          <w:rFonts w:cs="Times New Roman"/>
        </w:rPr>
        <w:t>tahap</w:t>
      </w:r>
      <w:proofErr w:type="spellEnd"/>
      <w:r>
        <w:rPr>
          <w:rFonts w:cs="Times New Roman"/>
        </w:rPr>
        <w:t xml:space="preserve">: </w:t>
      </w:r>
      <w:proofErr w:type="spellStart"/>
      <w:r>
        <w:rPr>
          <w:rFonts w:cs="Times New Roman"/>
        </w:rPr>
        <w:t>tahap</w:t>
      </w:r>
      <w:proofErr w:type="spellEnd"/>
      <w:r>
        <w:rPr>
          <w:rFonts w:cs="Times New Roman"/>
        </w:rPr>
        <w:t xml:space="preserve"> </w:t>
      </w:r>
      <w:proofErr w:type="spellStart"/>
      <w:r>
        <w:rPr>
          <w:rFonts w:cs="Times New Roman"/>
        </w:rPr>
        <w:t>pertama</w:t>
      </w:r>
      <w:proofErr w:type="spellEnd"/>
      <w:r>
        <w:rPr>
          <w:rFonts w:cs="Times New Roman"/>
        </w:rPr>
        <w:t xml:space="preserve"> </w:t>
      </w:r>
      <w:proofErr w:type="spellStart"/>
      <w:r>
        <w:rPr>
          <w:rFonts w:cs="Times New Roman"/>
        </w:rPr>
        <w:t>dieksekusi</w:t>
      </w:r>
      <w:proofErr w:type="spellEnd"/>
      <w:r>
        <w:rPr>
          <w:rFonts w:cs="Times New Roman"/>
        </w:rPr>
        <w:t xml:space="preserve"> pada Google </w:t>
      </w:r>
      <w:proofErr w:type="spellStart"/>
      <w:r>
        <w:rPr>
          <w:rFonts w:cs="Times New Roman"/>
        </w:rPr>
        <w:t>Colab</w:t>
      </w:r>
      <w:proofErr w:type="spellEnd"/>
      <w:r>
        <w:rPr>
          <w:rFonts w:cs="Times New Roman"/>
        </w:rPr>
        <w:t xml:space="preserve"> </w:t>
      </w:r>
      <w:proofErr w:type="spellStart"/>
      <w:r>
        <w:rPr>
          <w:rFonts w:cs="Times New Roman"/>
        </w:rPr>
        <w:t>sebagai</w:t>
      </w:r>
      <w:proofErr w:type="spellEnd"/>
      <w:r>
        <w:rPr>
          <w:rFonts w:cs="Times New Roman"/>
        </w:rPr>
        <w:t xml:space="preserve"> </w:t>
      </w:r>
      <w:r>
        <w:rPr>
          <w:rFonts w:cs="Times New Roman"/>
          <w:i/>
        </w:rPr>
        <w:t>sanity check</w:t>
      </w:r>
      <w:r>
        <w:rPr>
          <w:rFonts w:cs="Times New Roman"/>
        </w:rPr>
        <w:t xml:space="preserve"> </w:t>
      </w:r>
      <w:proofErr w:type="spellStart"/>
      <w:r>
        <w:rPr>
          <w:rFonts w:cs="Times New Roman"/>
        </w:rPr>
        <w:t>untuk</w:t>
      </w:r>
      <w:proofErr w:type="spellEnd"/>
      <w:r>
        <w:rPr>
          <w:rFonts w:cs="Times New Roman"/>
        </w:rPr>
        <w:t xml:space="preserve"> </w:t>
      </w:r>
      <w:proofErr w:type="spellStart"/>
      <w:r>
        <w:rPr>
          <w:rFonts w:cs="Times New Roman"/>
        </w:rPr>
        <w:t>memvalidasi</w:t>
      </w:r>
      <w:proofErr w:type="spellEnd"/>
      <w:r>
        <w:rPr>
          <w:rFonts w:cs="Times New Roman"/>
        </w:rPr>
        <w:t xml:space="preserve"> </w:t>
      </w:r>
      <w:proofErr w:type="spellStart"/>
      <w:r>
        <w:rPr>
          <w:rFonts w:cs="Times New Roman"/>
        </w:rPr>
        <w:t>logika</w:t>
      </w:r>
      <w:proofErr w:type="spellEnd"/>
      <w:r>
        <w:rPr>
          <w:rFonts w:cs="Times New Roman"/>
        </w:rPr>
        <w:t xml:space="preserve"> </w:t>
      </w:r>
      <w:r>
        <w:rPr>
          <w:rFonts w:cs="Times New Roman"/>
          <w:i/>
        </w:rPr>
        <w:t>pipeline</w:t>
      </w:r>
      <w:r>
        <w:rPr>
          <w:rFonts w:cs="Times New Roman"/>
        </w:rPr>
        <w:t xml:space="preserve"> </w:t>
      </w:r>
      <w:proofErr w:type="spellStart"/>
      <w:r>
        <w:rPr>
          <w:rFonts w:cs="Times New Roman"/>
        </w:rPr>
        <w:t>pemrograman</w:t>
      </w:r>
      <w:proofErr w:type="spellEnd"/>
      <w:r>
        <w:rPr>
          <w:rFonts w:cs="Times New Roman"/>
        </w:rPr>
        <w:t xml:space="preserve">, </w:t>
      </w:r>
      <w:proofErr w:type="spellStart"/>
      <w:r>
        <w:rPr>
          <w:rFonts w:cs="Times New Roman"/>
        </w:rPr>
        <w:t>kemudian</w:t>
      </w:r>
      <w:proofErr w:type="spellEnd"/>
      <w:r>
        <w:rPr>
          <w:rFonts w:cs="Times New Roman"/>
        </w:rPr>
        <w:t xml:space="preserve"> </w:t>
      </w:r>
      <w:proofErr w:type="spellStart"/>
      <w:r>
        <w:rPr>
          <w:rFonts w:cs="Times New Roman"/>
        </w:rPr>
        <w:t>dilanjutkan</w:t>
      </w:r>
      <w:proofErr w:type="spellEnd"/>
      <w:r>
        <w:rPr>
          <w:rFonts w:cs="Times New Roman"/>
        </w:rPr>
        <w:t xml:space="preserve"> </w:t>
      </w:r>
      <w:proofErr w:type="spellStart"/>
      <w:r>
        <w:rPr>
          <w:rFonts w:cs="Times New Roman"/>
        </w:rPr>
        <w:t>secara</w:t>
      </w:r>
      <w:proofErr w:type="spellEnd"/>
      <w:r>
        <w:rPr>
          <w:rFonts w:cs="Times New Roman"/>
        </w:rPr>
        <w:t xml:space="preserve"> luring pada </w:t>
      </w:r>
      <w:proofErr w:type="spellStart"/>
      <w:r>
        <w:rPr>
          <w:rFonts w:cs="Times New Roman"/>
        </w:rPr>
        <w:t>perangkat</w:t>
      </w:r>
      <w:proofErr w:type="spellEnd"/>
      <w:r>
        <w:rPr>
          <w:rFonts w:cs="Times New Roman"/>
        </w:rPr>
        <w:t xml:space="preserve"> </w:t>
      </w:r>
      <w:proofErr w:type="spellStart"/>
      <w:r>
        <w:rPr>
          <w:rFonts w:cs="Times New Roman"/>
        </w:rPr>
        <w:t>lokal</w:t>
      </w:r>
      <w:proofErr w:type="spellEnd"/>
      <w:r>
        <w:rPr>
          <w:rFonts w:cs="Times New Roman"/>
        </w:rPr>
        <w:t xml:space="preserve"> demi </w:t>
      </w:r>
      <w:proofErr w:type="spellStart"/>
      <w:r>
        <w:rPr>
          <w:rFonts w:cs="Times New Roman"/>
        </w:rPr>
        <w:t>mencapai</w:t>
      </w:r>
      <w:proofErr w:type="spellEnd"/>
      <w:r>
        <w:rPr>
          <w:rFonts w:cs="Times New Roman"/>
        </w:rPr>
        <w:t xml:space="preserve"> </w:t>
      </w:r>
      <w:proofErr w:type="spellStart"/>
      <w:r>
        <w:rPr>
          <w:rFonts w:cs="Times New Roman"/>
        </w:rPr>
        <w:t>tingkat</w:t>
      </w:r>
      <w:proofErr w:type="spellEnd"/>
      <w:r>
        <w:rPr>
          <w:rFonts w:cs="Times New Roman"/>
        </w:rPr>
        <w:t xml:space="preserve"> </w:t>
      </w:r>
      <w:proofErr w:type="spellStart"/>
      <w:r>
        <w:rPr>
          <w:rFonts w:cs="Times New Roman"/>
        </w:rPr>
        <w:t>konvergensi</w:t>
      </w:r>
      <w:proofErr w:type="spellEnd"/>
      <w:r>
        <w:rPr>
          <w:rFonts w:cs="Times New Roman"/>
        </w:rPr>
        <w:t xml:space="preserve"> yang </w:t>
      </w:r>
      <w:proofErr w:type="spellStart"/>
      <w:r>
        <w:rPr>
          <w:rFonts w:cs="Times New Roman"/>
        </w:rPr>
        <w:t>tidak</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dipenuhi</w:t>
      </w:r>
      <w:proofErr w:type="spellEnd"/>
      <w:r>
        <w:rPr>
          <w:rFonts w:cs="Times New Roman"/>
        </w:rPr>
        <w:t xml:space="preserve"> oleh </w:t>
      </w:r>
      <w:proofErr w:type="spellStart"/>
      <w:r>
        <w:rPr>
          <w:rFonts w:cs="Times New Roman"/>
        </w:rPr>
        <w:t>keterbatasan</w:t>
      </w:r>
      <w:proofErr w:type="spellEnd"/>
      <w:r>
        <w:rPr>
          <w:rFonts w:cs="Times New Roman"/>
        </w:rPr>
        <w:t xml:space="preserve"> </w:t>
      </w:r>
      <w:proofErr w:type="spellStart"/>
      <w:r>
        <w:rPr>
          <w:rFonts w:cs="Times New Roman"/>
        </w:rPr>
        <w:t>memori</w:t>
      </w:r>
      <w:proofErr w:type="spellEnd"/>
      <w:r>
        <w:rPr>
          <w:rFonts w:cs="Times New Roman"/>
        </w:rPr>
        <w:t xml:space="preserve"> </w:t>
      </w:r>
      <w:proofErr w:type="spellStart"/>
      <w:r>
        <w:rPr>
          <w:rFonts w:cs="Times New Roman"/>
        </w:rPr>
        <w:t>Colab</w:t>
      </w:r>
      <w:proofErr w:type="spellEnd"/>
      <w:r>
        <w:rPr>
          <w:rFonts w:cs="Times New Roman"/>
        </w:rPr>
        <w:t>.</w:t>
      </w:r>
    </w:p>
    <w:p w14:paraId="2ECC5A04" w14:textId="4DAC2C50" w:rsidR="00F810AC" w:rsidRDefault="00000000">
      <w:pPr>
        <w:pStyle w:val="ListParagraph"/>
        <w:numPr>
          <w:ilvl w:val="0"/>
          <w:numId w:val="10"/>
        </w:numPr>
        <w:spacing w:line="360" w:lineRule="auto"/>
        <w:jc w:val="both"/>
      </w:pPr>
      <w:proofErr w:type="spellStart"/>
      <w:r w:rsidRPr="007671F1">
        <w:rPr>
          <w:rFonts w:cs="Times New Roman"/>
          <w:b/>
        </w:rPr>
        <w:t>Perancangan</w:t>
      </w:r>
      <w:proofErr w:type="spellEnd"/>
      <w:r w:rsidRPr="007671F1">
        <w:rPr>
          <w:rFonts w:cs="Times New Roman"/>
          <w:b/>
        </w:rPr>
        <w:t xml:space="preserve"> </w:t>
      </w:r>
      <w:proofErr w:type="spellStart"/>
      <w:r w:rsidRPr="007671F1">
        <w:rPr>
          <w:rFonts w:cs="Times New Roman"/>
          <w:b/>
        </w:rPr>
        <w:t>Sistem</w:t>
      </w:r>
      <w:proofErr w:type="spellEnd"/>
      <w:r w:rsidRPr="007671F1">
        <w:rPr>
          <w:rFonts w:cs="Times New Roman"/>
          <w:b/>
        </w:rPr>
        <w:t xml:space="preserve"> Utama</w:t>
      </w:r>
    </w:p>
    <w:p w14:paraId="70A61328" w14:textId="77777777" w:rsidR="00F810AC" w:rsidRDefault="00000000" w:rsidP="007671F1">
      <w:pPr>
        <w:spacing w:line="360" w:lineRule="auto"/>
        <w:ind w:left="680"/>
        <w:jc w:val="both"/>
      </w:pPr>
      <w:proofErr w:type="spellStart"/>
      <w:r>
        <w:rPr>
          <w:rFonts w:cs="Times New Roman"/>
        </w:rPr>
        <w:t>Merumuskan</w:t>
      </w:r>
      <w:proofErr w:type="spellEnd"/>
      <w:r>
        <w:rPr>
          <w:rFonts w:cs="Times New Roman"/>
        </w:rPr>
        <w:t xml:space="preserve"> </w:t>
      </w:r>
      <w:proofErr w:type="spellStart"/>
      <w:r>
        <w:rPr>
          <w:rFonts w:cs="Times New Roman"/>
        </w:rPr>
        <w:t>komponen</w:t>
      </w:r>
      <w:proofErr w:type="spellEnd"/>
      <w:r>
        <w:rPr>
          <w:rFonts w:cs="Times New Roman"/>
        </w:rPr>
        <w:t xml:space="preserve"> </w:t>
      </w:r>
      <w:r>
        <w:rPr>
          <w:rFonts w:cs="Times New Roman"/>
          <w:i/>
        </w:rPr>
        <w:t>Markov Decision Process</w:t>
      </w:r>
      <w:r>
        <w:rPr>
          <w:rFonts w:cs="Times New Roman"/>
        </w:rPr>
        <w:t xml:space="preserve"> </w:t>
      </w:r>
      <w:proofErr w:type="spellStart"/>
      <w:r>
        <w:rPr>
          <w:rFonts w:cs="Times New Roman"/>
        </w:rPr>
        <w:t>untuk</w:t>
      </w:r>
      <w:proofErr w:type="spellEnd"/>
      <w:r>
        <w:rPr>
          <w:rFonts w:cs="Times New Roman"/>
        </w:rPr>
        <w:t xml:space="preserve"> </w:t>
      </w:r>
      <w:proofErr w:type="spellStart"/>
      <w:r>
        <w:rPr>
          <w:rFonts w:cs="Times New Roman"/>
        </w:rPr>
        <w:t>kendaraan</w:t>
      </w:r>
      <w:proofErr w:type="spellEnd"/>
      <w:r>
        <w:rPr>
          <w:rFonts w:cs="Times New Roman"/>
        </w:rPr>
        <w:t xml:space="preserve"> </w:t>
      </w:r>
      <w:proofErr w:type="spellStart"/>
      <w:r>
        <w:rPr>
          <w:rFonts w:cs="Times New Roman"/>
        </w:rPr>
        <w:t>berat</w:t>
      </w:r>
      <w:proofErr w:type="spellEnd"/>
      <w:r>
        <w:rPr>
          <w:rFonts w:cs="Times New Roman"/>
        </w:rPr>
        <w:t xml:space="preserve">, </w:t>
      </w:r>
      <w:proofErr w:type="spellStart"/>
      <w:r>
        <w:rPr>
          <w:rFonts w:cs="Times New Roman"/>
        </w:rPr>
        <w:t>merancang</w:t>
      </w:r>
      <w:proofErr w:type="spellEnd"/>
      <w:r>
        <w:rPr>
          <w:rFonts w:cs="Times New Roman"/>
        </w:rPr>
        <w:t xml:space="preserve"> </w:t>
      </w:r>
      <w:proofErr w:type="spellStart"/>
      <w:r>
        <w:rPr>
          <w:rFonts w:cs="Times New Roman"/>
        </w:rPr>
        <w:t>arsitektur</w:t>
      </w:r>
      <w:proofErr w:type="spellEnd"/>
      <w:r>
        <w:rPr>
          <w:rFonts w:cs="Times New Roman"/>
        </w:rPr>
        <w:t xml:space="preserve"> </w:t>
      </w:r>
      <w:r>
        <w:rPr>
          <w:rFonts w:cs="Times New Roman"/>
          <w:i/>
        </w:rPr>
        <w:t>Q-Network</w:t>
      </w:r>
      <w:r>
        <w:rPr>
          <w:rFonts w:cs="Times New Roman"/>
        </w:rPr>
        <w:t xml:space="preserve"> </w:t>
      </w:r>
      <w:proofErr w:type="spellStart"/>
      <w:r>
        <w:rPr>
          <w:rFonts w:cs="Times New Roman"/>
        </w:rPr>
        <w:t>berbasis</w:t>
      </w:r>
      <w:proofErr w:type="spellEnd"/>
      <w:r>
        <w:rPr>
          <w:rFonts w:cs="Times New Roman"/>
        </w:rPr>
        <w:t xml:space="preserve"> </w:t>
      </w:r>
      <w:r>
        <w:rPr>
          <w:rFonts w:cs="Times New Roman"/>
          <w:i/>
        </w:rPr>
        <w:t>single-branch</w:t>
      </w:r>
      <w:r>
        <w:rPr>
          <w:rFonts w:cs="Times New Roman"/>
        </w:rPr>
        <w:t xml:space="preserve"> CNN, dan </w:t>
      </w:r>
      <w:proofErr w:type="spellStart"/>
      <w:r>
        <w:rPr>
          <w:rFonts w:cs="Times New Roman"/>
        </w:rPr>
        <w:t>mendesain</w:t>
      </w:r>
      <w:proofErr w:type="spellEnd"/>
      <w:r>
        <w:rPr>
          <w:rFonts w:cs="Times New Roman"/>
        </w:rPr>
        <w:t xml:space="preserve"> </w:t>
      </w:r>
      <w:proofErr w:type="spellStart"/>
      <w:r>
        <w:rPr>
          <w:rFonts w:cs="Times New Roman"/>
        </w:rPr>
        <w:t>skema</w:t>
      </w:r>
      <w:proofErr w:type="spellEnd"/>
      <w:r>
        <w:rPr>
          <w:rFonts w:cs="Times New Roman"/>
        </w:rPr>
        <w:t xml:space="preserve"> </w:t>
      </w:r>
      <w:r>
        <w:rPr>
          <w:rFonts w:cs="Times New Roman"/>
          <w:i/>
        </w:rPr>
        <w:t>reward shaping</w:t>
      </w:r>
      <w:r>
        <w:rPr>
          <w:rFonts w:cs="Times New Roman"/>
        </w:rPr>
        <w:t>.</w:t>
      </w:r>
    </w:p>
    <w:p w14:paraId="2E39DF37" w14:textId="71DCD396" w:rsidR="00F810AC" w:rsidRDefault="00000000">
      <w:pPr>
        <w:pStyle w:val="ListParagraph"/>
        <w:numPr>
          <w:ilvl w:val="0"/>
          <w:numId w:val="10"/>
        </w:numPr>
        <w:spacing w:line="360" w:lineRule="auto"/>
        <w:jc w:val="both"/>
      </w:pPr>
      <w:proofErr w:type="spellStart"/>
      <w:r w:rsidRPr="007671F1">
        <w:rPr>
          <w:rFonts w:cs="Times New Roman"/>
          <w:b/>
        </w:rPr>
        <w:t>Purwarupa</w:t>
      </w:r>
      <w:proofErr w:type="spellEnd"/>
      <w:r w:rsidRPr="007671F1">
        <w:rPr>
          <w:rFonts w:cs="Times New Roman"/>
          <w:b/>
        </w:rPr>
        <w:t xml:space="preserve"> dan </w:t>
      </w:r>
      <w:proofErr w:type="spellStart"/>
      <w:r w:rsidRPr="007671F1">
        <w:rPr>
          <w:rFonts w:cs="Times New Roman"/>
          <w:b/>
        </w:rPr>
        <w:t>Implementasi</w:t>
      </w:r>
      <w:proofErr w:type="spellEnd"/>
    </w:p>
    <w:p w14:paraId="7D351A37" w14:textId="6FABB5DD" w:rsidR="00F810AC" w:rsidRDefault="00000000" w:rsidP="007671F1">
      <w:pPr>
        <w:spacing w:line="360" w:lineRule="auto"/>
        <w:ind w:left="680"/>
        <w:jc w:val="both"/>
      </w:pPr>
      <w:proofErr w:type="spellStart"/>
      <w:r>
        <w:rPr>
          <w:rFonts w:cs="Times New Roman"/>
        </w:rPr>
        <w:t>Membangun</w:t>
      </w:r>
      <w:proofErr w:type="spellEnd"/>
      <w:r>
        <w:rPr>
          <w:rFonts w:cs="Times New Roman"/>
        </w:rPr>
        <w:t xml:space="preserve"> model </w:t>
      </w:r>
      <w:proofErr w:type="spellStart"/>
      <w:r>
        <w:rPr>
          <w:rFonts w:cs="Times New Roman"/>
        </w:rPr>
        <w:t>purwarupa</w:t>
      </w:r>
      <w:proofErr w:type="spellEnd"/>
      <w:r>
        <w:rPr>
          <w:rFonts w:cs="Times New Roman"/>
        </w:rPr>
        <w:t xml:space="preserve"> </w:t>
      </w:r>
      <w:r>
        <w:rPr>
          <w:rFonts w:cs="Times New Roman"/>
          <w:i/>
        </w:rPr>
        <w:t>truck trailer</w:t>
      </w:r>
      <w:r>
        <w:rPr>
          <w:rFonts w:cs="Times New Roman"/>
        </w:rPr>
        <w:t xml:space="preserve"> di </w:t>
      </w:r>
      <w:proofErr w:type="spellStart"/>
      <w:r>
        <w:rPr>
          <w:rFonts w:cs="Times New Roman"/>
        </w:rPr>
        <w:t>dalam</w:t>
      </w:r>
      <w:proofErr w:type="spellEnd"/>
      <w:r>
        <w:rPr>
          <w:rFonts w:cs="Times New Roman"/>
        </w:rPr>
        <w:t xml:space="preserve"> </w:t>
      </w:r>
      <w:proofErr w:type="spellStart"/>
      <w:r>
        <w:rPr>
          <w:rFonts w:cs="Times New Roman"/>
        </w:rPr>
        <w:t>Webots</w:t>
      </w:r>
      <w:proofErr w:type="spellEnd"/>
      <w:r>
        <w:rPr>
          <w:rFonts w:cs="Times New Roman"/>
        </w:rPr>
        <w:t xml:space="preserve">, </w:t>
      </w:r>
      <w:proofErr w:type="spellStart"/>
      <w:r>
        <w:rPr>
          <w:rFonts w:cs="Times New Roman"/>
        </w:rPr>
        <w:t>melakukan</w:t>
      </w:r>
      <w:proofErr w:type="spellEnd"/>
      <w:r>
        <w:rPr>
          <w:rFonts w:cs="Times New Roman"/>
        </w:rPr>
        <w:t xml:space="preserve"> </w:t>
      </w:r>
      <w:proofErr w:type="spellStart"/>
      <w:r>
        <w:rPr>
          <w:rFonts w:cs="Times New Roman"/>
        </w:rPr>
        <w:t>integrasi</w:t>
      </w:r>
      <w:proofErr w:type="spellEnd"/>
      <w:r>
        <w:rPr>
          <w:rFonts w:cs="Times New Roman"/>
        </w:rPr>
        <w:t xml:space="preserve"> </w:t>
      </w:r>
      <w:proofErr w:type="spellStart"/>
      <w:r>
        <w:rPr>
          <w:rFonts w:cs="Times New Roman"/>
        </w:rPr>
        <w:t>sistem</w:t>
      </w:r>
      <w:proofErr w:type="spellEnd"/>
      <w:r>
        <w:rPr>
          <w:rFonts w:cs="Times New Roman"/>
        </w:rPr>
        <w:t xml:space="preserve"> </w:t>
      </w:r>
      <w:proofErr w:type="spellStart"/>
      <w:r>
        <w:rPr>
          <w:rFonts w:cs="Times New Roman"/>
        </w:rPr>
        <w:t>melalui</w:t>
      </w:r>
      <w:proofErr w:type="spellEnd"/>
      <w:r>
        <w:rPr>
          <w:rFonts w:cs="Times New Roman"/>
        </w:rPr>
        <w:t xml:space="preserve"> </w:t>
      </w:r>
      <w:r>
        <w:rPr>
          <w:rFonts w:cs="Times New Roman"/>
          <w:i/>
        </w:rPr>
        <w:t>wrapper</w:t>
      </w:r>
      <w:r>
        <w:rPr>
          <w:rFonts w:cs="Times New Roman"/>
        </w:rPr>
        <w:t xml:space="preserve"> Gymnasium, dan </w:t>
      </w:r>
      <w:proofErr w:type="spellStart"/>
      <w:r>
        <w:rPr>
          <w:rFonts w:cs="Times New Roman"/>
        </w:rPr>
        <w:t>mengimplementasikan</w:t>
      </w:r>
      <w:proofErr w:type="spellEnd"/>
      <w:r>
        <w:rPr>
          <w:rFonts w:cs="Times New Roman"/>
        </w:rPr>
        <w:t xml:space="preserve"> </w:t>
      </w:r>
      <w:proofErr w:type="spellStart"/>
      <w:r>
        <w:rPr>
          <w:rFonts w:cs="Times New Roman"/>
        </w:rPr>
        <w:t>algoritma</w:t>
      </w:r>
      <w:proofErr w:type="spellEnd"/>
      <w:r>
        <w:rPr>
          <w:rFonts w:cs="Times New Roman"/>
        </w:rPr>
        <w:t xml:space="preserve"> </w:t>
      </w:r>
      <w:r>
        <w:rPr>
          <w:rFonts w:cs="Times New Roman"/>
          <w:i/>
        </w:rPr>
        <w:t>Double DQN</w:t>
      </w:r>
      <w:r>
        <w:rPr>
          <w:rFonts w:cs="Times New Roman"/>
        </w:rPr>
        <w:t xml:space="preserve"> + </w:t>
      </w:r>
      <w:r>
        <w:rPr>
          <w:rFonts w:cs="Times New Roman"/>
          <w:i/>
        </w:rPr>
        <w:t>n-step return</w:t>
      </w:r>
      <w:r>
        <w:rPr>
          <w:rFonts w:cs="Times New Roman"/>
        </w:rPr>
        <w:t>.</w:t>
      </w:r>
    </w:p>
    <w:p w14:paraId="793BBCFE" w14:textId="0B9039F3" w:rsidR="00F810AC" w:rsidRDefault="00000000">
      <w:pPr>
        <w:pStyle w:val="ListParagraph"/>
        <w:numPr>
          <w:ilvl w:val="0"/>
          <w:numId w:val="10"/>
        </w:numPr>
        <w:spacing w:line="360" w:lineRule="auto"/>
        <w:jc w:val="both"/>
      </w:pPr>
      <w:proofErr w:type="spellStart"/>
      <w:r w:rsidRPr="007671F1">
        <w:rPr>
          <w:rFonts w:cs="Times New Roman"/>
          <w:b/>
        </w:rPr>
        <w:t>Pelatihan</w:t>
      </w:r>
      <w:proofErr w:type="spellEnd"/>
      <w:r w:rsidRPr="007671F1">
        <w:rPr>
          <w:rFonts w:cs="Times New Roman"/>
          <w:b/>
        </w:rPr>
        <w:t xml:space="preserve"> dan </w:t>
      </w:r>
      <w:proofErr w:type="spellStart"/>
      <w:r w:rsidRPr="007671F1">
        <w:rPr>
          <w:rFonts w:cs="Times New Roman"/>
          <w:b/>
        </w:rPr>
        <w:t>Pengujian</w:t>
      </w:r>
      <w:proofErr w:type="spellEnd"/>
    </w:p>
    <w:p w14:paraId="03CE56C9" w14:textId="77777777" w:rsidR="00F810AC" w:rsidRDefault="00000000" w:rsidP="007671F1">
      <w:pPr>
        <w:spacing w:line="360" w:lineRule="auto"/>
        <w:ind w:left="680"/>
        <w:jc w:val="both"/>
      </w:pPr>
      <w:proofErr w:type="spellStart"/>
      <w:r>
        <w:rPr>
          <w:rFonts w:cs="Times New Roman"/>
        </w:rPr>
        <w:t>Mengeksekusi</w:t>
      </w:r>
      <w:proofErr w:type="spellEnd"/>
      <w:r>
        <w:rPr>
          <w:rFonts w:cs="Times New Roman"/>
        </w:rPr>
        <w:t xml:space="preserve"> proses </w:t>
      </w:r>
      <w:proofErr w:type="spellStart"/>
      <w:r>
        <w:rPr>
          <w:rFonts w:cs="Times New Roman"/>
        </w:rPr>
        <w:t>pelatihan</w:t>
      </w:r>
      <w:proofErr w:type="spellEnd"/>
      <w:r>
        <w:rPr>
          <w:rFonts w:cs="Times New Roman"/>
        </w:rPr>
        <w:t xml:space="preserve"> </w:t>
      </w:r>
      <w:proofErr w:type="spellStart"/>
      <w:r>
        <w:rPr>
          <w:rFonts w:cs="Times New Roman"/>
        </w:rPr>
        <w:t>agen</w:t>
      </w:r>
      <w:proofErr w:type="spellEnd"/>
      <w:r>
        <w:rPr>
          <w:rFonts w:cs="Times New Roman"/>
        </w:rPr>
        <w:t xml:space="preserve"> dan </w:t>
      </w:r>
      <w:proofErr w:type="spellStart"/>
      <w:r>
        <w:rPr>
          <w:rFonts w:cs="Times New Roman"/>
        </w:rPr>
        <w:t>melakukan</w:t>
      </w:r>
      <w:proofErr w:type="spellEnd"/>
      <w:r>
        <w:rPr>
          <w:rFonts w:cs="Times New Roman"/>
        </w:rPr>
        <w:t xml:space="preserve"> </w:t>
      </w:r>
      <w:proofErr w:type="spellStart"/>
      <w:r>
        <w:rPr>
          <w:rFonts w:cs="Times New Roman"/>
        </w:rPr>
        <w:t>evaluasi</w:t>
      </w:r>
      <w:proofErr w:type="spellEnd"/>
      <w:r>
        <w:rPr>
          <w:rFonts w:cs="Times New Roman"/>
        </w:rPr>
        <w:t xml:space="preserve"> </w:t>
      </w:r>
      <w:proofErr w:type="spellStart"/>
      <w:r>
        <w:rPr>
          <w:rFonts w:cs="Times New Roman"/>
        </w:rPr>
        <w:t>performa</w:t>
      </w:r>
      <w:proofErr w:type="spellEnd"/>
      <w:r>
        <w:rPr>
          <w:rFonts w:cs="Times New Roman"/>
        </w:rPr>
        <w:t xml:space="preserve"> model pada </w:t>
      </w:r>
      <w:proofErr w:type="spellStart"/>
      <w:r>
        <w:rPr>
          <w:rFonts w:cs="Times New Roman"/>
        </w:rPr>
        <w:t>skenario</w:t>
      </w:r>
      <w:proofErr w:type="spellEnd"/>
      <w:r>
        <w:rPr>
          <w:rFonts w:cs="Times New Roman"/>
        </w:rPr>
        <w:t xml:space="preserve"> </w:t>
      </w:r>
      <w:proofErr w:type="spellStart"/>
      <w:r>
        <w:rPr>
          <w:rFonts w:cs="Times New Roman"/>
        </w:rPr>
        <w:t>perkotaan</w:t>
      </w:r>
      <w:proofErr w:type="spellEnd"/>
      <w:r>
        <w:rPr>
          <w:rFonts w:cs="Times New Roman"/>
        </w:rPr>
        <w:t xml:space="preserve"> yang </w:t>
      </w:r>
      <w:proofErr w:type="spellStart"/>
      <w:r>
        <w:rPr>
          <w:rFonts w:cs="Times New Roman"/>
        </w:rPr>
        <w:t>dinamis</w:t>
      </w:r>
      <w:proofErr w:type="spellEnd"/>
      <w:r>
        <w:rPr>
          <w:rFonts w:cs="Times New Roman"/>
        </w:rPr>
        <w:t xml:space="preserve"> di </w:t>
      </w:r>
      <w:proofErr w:type="spellStart"/>
      <w:r>
        <w:rPr>
          <w:rFonts w:cs="Times New Roman"/>
        </w:rPr>
        <w:t>dalam</w:t>
      </w:r>
      <w:proofErr w:type="spellEnd"/>
      <w:r>
        <w:rPr>
          <w:rFonts w:cs="Times New Roman"/>
        </w:rPr>
        <w:t xml:space="preserve"> simulator.</w:t>
      </w:r>
    </w:p>
    <w:p w14:paraId="1DE40FE6" w14:textId="6E8271D1" w:rsidR="00F810AC" w:rsidRDefault="00000000">
      <w:pPr>
        <w:pStyle w:val="ListParagraph"/>
        <w:numPr>
          <w:ilvl w:val="0"/>
          <w:numId w:val="10"/>
        </w:numPr>
        <w:spacing w:line="360" w:lineRule="auto"/>
        <w:jc w:val="both"/>
      </w:pPr>
      <w:r w:rsidRPr="007671F1">
        <w:rPr>
          <w:rFonts w:cs="Times New Roman"/>
          <w:b/>
        </w:rPr>
        <w:t>Kesimpulan dan Saran</w:t>
      </w:r>
    </w:p>
    <w:p w14:paraId="4271A872" w14:textId="0DD45F6C" w:rsidR="00C13BA0" w:rsidRPr="00C13BA0" w:rsidRDefault="00000000" w:rsidP="00C13BA0">
      <w:pPr>
        <w:spacing w:line="360" w:lineRule="auto"/>
        <w:ind w:left="700" w:firstLine="20"/>
        <w:jc w:val="both"/>
        <w:rPr>
          <w:rFonts w:cs="Times New Roman"/>
        </w:rPr>
      </w:pPr>
      <w:proofErr w:type="spellStart"/>
      <w:r>
        <w:rPr>
          <w:rFonts w:cs="Times New Roman"/>
        </w:rPr>
        <w:t>Melakukan</w:t>
      </w:r>
      <w:proofErr w:type="spellEnd"/>
      <w:r>
        <w:rPr>
          <w:rFonts w:cs="Times New Roman"/>
        </w:rPr>
        <w:t xml:space="preserve"> </w:t>
      </w:r>
      <w:proofErr w:type="spellStart"/>
      <w:r>
        <w:rPr>
          <w:rFonts w:cs="Times New Roman"/>
        </w:rPr>
        <w:t>analisis</w:t>
      </w:r>
      <w:proofErr w:type="spellEnd"/>
      <w:r>
        <w:rPr>
          <w:rFonts w:cs="Times New Roman"/>
        </w:rPr>
        <w:t xml:space="preserve"> </w:t>
      </w:r>
      <w:proofErr w:type="spellStart"/>
      <w:r>
        <w:rPr>
          <w:rFonts w:cs="Times New Roman"/>
        </w:rPr>
        <w:t>hasil</w:t>
      </w:r>
      <w:proofErr w:type="spellEnd"/>
      <w:r>
        <w:rPr>
          <w:rFonts w:cs="Times New Roman"/>
        </w:rPr>
        <w:t xml:space="preserve"> </w:t>
      </w:r>
      <w:proofErr w:type="spellStart"/>
      <w:r>
        <w:rPr>
          <w:rFonts w:cs="Times New Roman"/>
        </w:rPr>
        <w:t>eksperimen</w:t>
      </w:r>
      <w:proofErr w:type="spellEnd"/>
      <w:r>
        <w:rPr>
          <w:rFonts w:cs="Times New Roman"/>
        </w:rPr>
        <w:t xml:space="preserve">, </w:t>
      </w:r>
      <w:proofErr w:type="spellStart"/>
      <w:r>
        <w:rPr>
          <w:rFonts w:cs="Times New Roman"/>
        </w:rPr>
        <w:t>mendokumentasikan</w:t>
      </w:r>
      <w:proofErr w:type="spellEnd"/>
      <w:r>
        <w:rPr>
          <w:rFonts w:cs="Times New Roman"/>
        </w:rPr>
        <w:t xml:space="preserve"> </w:t>
      </w:r>
      <w:proofErr w:type="spellStart"/>
      <w:r>
        <w:rPr>
          <w:rFonts w:cs="Times New Roman"/>
        </w:rPr>
        <w:t>batasan</w:t>
      </w:r>
      <w:proofErr w:type="spellEnd"/>
      <w:r>
        <w:rPr>
          <w:rFonts w:cs="Times New Roman"/>
        </w:rPr>
        <w:t xml:space="preserve"> </w:t>
      </w:r>
      <w:proofErr w:type="spellStart"/>
      <w:r>
        <w:rPr>
          <w:rFonts w:cs="Times New Roman"/>
        </w:rPr>
        <w:t>temuan</w:t>
      </w:r>
      <w:proofErr w:type="spellEnd"/>
      <w:r>
        <w:rPr>
          <w:rFonts w:cs="Times New Roman"/>
        </w:rPr>
        <w:t xml:space="preserve">, dan </w:t>
      </w:r>
      <w:proofErr w:type="spellStart"/>
      <w:r>
        <w:rPr>
          <w:rFonts w:cs="Times New Roman"/>
        </w:rPr>
        <w:t>memberikan</w:t>
      </w:r>
      <w:proofErr w:type="spellEnd"/>
      <w:r>
        <w:rPr>
          <w:rFonts w:cs="Times New Roman"/>
        </w:rPr>
        <w:t xml:space="preserve"> </w:t>
      </w:r>
      <w:proofErr w:type="spellStart"/>
      <w:r>
        <w:rPr>
          <w:rFonts w:cs="Times New Roman"/>
        </w:rPr>
        <w:t>rekomendasi</w:t>
      </w:r>
      <w:proofErr w:type="spellEnd"/>
      <w:r>
        <w:rPr>
          <w:rFonts w:cs="Times New Roman"/>
        </w:rPr>
        <w:t xml:space="preserve"> </w:t>
      </w:r>
      <w:proofErr w:type="spellStart"/>
      <w:r>
        <w:rPr>
          <w:rFonts w:cs="Times New Roman"/>
        </w:rPr>
        <w:t>untuk</w:t>
      </w:r>
      <w:proofErr w:type="spellEnd"/>
      <w:r>
        <w:rPr>
          <w:rFonts w:cs="Times New Roman"/>
        </w:rPr>
        <w:t xml:space="preserve"> </w:t>
      </w:r>
      <w:proofErr w:type="spellStart"/>
      <w:r>
        <w:rPr>
          <w:rFonts w:cs="Times New Roman"/>
        </w:rPr>
        <w:t>pengembangan</w:t>
      </w:r>
      <w:proofErr w:type="spellEnd"/>
      <w:r>
        <w:rPr>
          <w:rFonts w:cs="Times New Roman"/>
        </w:rPr>
        <w:t xml:space="preserve"> </w:t>
      </w:r>
      <w:proofErr w:type="spellStart"/>
      <w:r>
        <w:rPr>
          <w:rFonts w:cs="Times New Roman"/>
        </w:rPr>
        <w:t>sistem</w:t>
      </w:r>
      <w:proofErr w:type="spellEnd"/>
      <w:r>
        <w:rPr>
          <w:rFonts w:cs="Times New Roman"/>
        </w:rPr>
        <w:t xml:space="preserve"> di masa </w:t>
      </w:r>
      <w:proofErr w:type="spellStart"/>
      <w:r>
        <w:rPr>
          <w:rFonts w:cs="Times New Roman"/>
        </w:rPr>
        <w:t>mendatang</w:t>
      </w:r>
      <w:proofErr w:type="spellEnd"/>
      <w:r>
        <w:rPr>
          <w:rFonts w:cs="Times New Roman"/>
        </w:rPr>
        <w:t>.</w:t>
      </w:r>
    </w:p>
    <w:p w14:paraId="73739387" w14:textId="77777777" w:rsidR="00C13BA0" w:rsidRDefault="00C13BA0" w:rsidP="00F333B6">
      <w:pPr>
        <w:pStyle w:val="Heading2"/>
        <w:numPr>
          <w:ilvl w:val="0"/>
          <w:numId w:val="0"/>
        </w:numPr>
        <w:ind w:left="576" w:hanging="576"/>
      </w:pPr>
      <w:r>
        <w:br w:type="page"/>
      </w:r>
    </w:p>
    <w:p w14:paraId="05A0F478" w14:textId="470DB207" w:rsidR="00F810AC" w:rsidRPr="007F78CD" w:rsidRDefault="00000000" w:rsidP="00F333B6">
      <w:pPr>
        <w:pStyle w:val="Heading2"/>
        <w:numPr>
          <w:ilvl w:val="0"/>
          <w:numId w:val="0"/>
        </w:numPr>
        <w:ind w:left="576" w:hanging="576"/>
      </w:pPr>
      <w:bookmarkStart w:id="12" w:name="_Toc233990527"/>
      <w:proofErr w:type="gramStart"/>
      <w:r w:rsidRPr="007F78CD">
        <w:lastRenderedPageBreak/>
        <w:t xml:space="preserve">1.6  </w:t>
      </w:r>
      <w:proofErr w:type="spellStart"/>
      <w:r w:rsidRPr="007F78CD">
        <w:t>Sistematika</w:t>
      </w:r>
      <w:proofErr w:type="spellEnd"/>
      <w:proofErr w:type="gramEnd"/>
      <w:r w:rsidRPr="007F78CD">
        <w:t xml:space="preserve"> </w:t>
      </w:r>
      <w:proofErr w:type="spellStart"/>
      <w:r w:rsidRPr="007F78CD">
        <w:t>Penulisan</w:t>
      </w:r>
      <w:bookmarkEnd w:id="12"/>
      <w:proofErr w:type="spellEnd"/>
    </w:p>
    <w:p w14:paraId="0ACF4476" w14:textId="77777777" w:rsidR="00F810AC" w:rsidRDefault="00000000">
      <w:pPr>
        <w:spacing w:after="0" w:line="360" w:lineRule="auto"/>
        <w:ind w:firstLine="680"/>
        <w:jc w:val="both"/>
      </w:pPr>
      <w:proofErr w:type="spellStart"/>
      <w:r>
        <w:rPr>
          <w:rFonts w:cs="Times New Roman"/>
        </w:rPr>
        <w:t>Laporan</w:t>
      </w:r>
      <w:proofErr w:type="spellEnd"/>
      <w:r>
        <w:rPr>
          <w:rFonts w:cs="Times New Roman"/>
        </w:rPr>
        <w:t xml:space="preserve"> </w:t>
      </w:r>
      <w:proofErr w:type="spellStart"/>
      <w:r>
        <w:rPr>
          <w:rFonts w:cs="Times New Roman"/>
        </w:rPr>
        <w:t>Tugas</w:t>
      </w:r>
      <w:proofErr w:type="spellEnd"/>
      <w:r>
        <w:rPr>
          <w:rFonts w:cs="Times New Roman"/>
        </w:rPr>
        <w:t xml:space="preserve"> Akhir </w:t>
      </w:r>
      <w:proofErr w:type="spellStart"/>
      <w:r>
        <w:rPr>
          <w:rFonts w:cs="Times New Roman"/>
        </w:rPr>
        <w:t>ini</w:t>
      </w:r>
      <w:proofErr w:type="spellEnd"/>
      <w:r>
        <w:rPr>
          <w:rFonts w:cs="Times New Roman"/>
        </w:rPr>
        <w:t xml:space="preserve"> </w:t>
      </w:r>
      <w:proofErr w:type="spellStart"/>
      <w:r>
        <w:rPr>
          <w:rFonts w:cs="Times New Roman"/>
        </w:rPr>
        <w:t>terdiri</w:t>
      </w:r>
      <w:proofErr w:type="spellEnd"/>
      <w:r>
        <w:rPr>
          <w:rFonts w:cs="Times New Roman"/>
        </w:rPr>
        <w:t xml:space="preserve"> </w:t>
      </w:r>
      <w:proofErr w:type="spellStart"/>
      <w:r>
        <w:rPr>
          <w:rFonts w:cs="Times New Roman"/>
        </w:rPr>
        <w:t>atas</w:t>
      </w:r>
      <w:proofErr w:type="spellEnd"/>
      <w:r>
        <w:rPr>
          <w:rFonts w:cs="Times New Roman"/>
        </w:rPr>
        <w:t xml:space="preserve"> </w:t>
      </w:r>
      <w:proofErr w:type="spellStart"/>
      <w:r>
        <w:rPr>
          <w:rFonts w:cs="Times New Roman"/>
        </w:rPr>
        <w:t>enam</w:t>
      </w:r>
      <w:proofErr w:type="spellEnd"/>
      <w:r>
        <w:rPr>
          <w:rFonts w:cs="Times New Roman"/>
        </w:rPr>
        <w:t xml:space="preserve"> </w:t>
      </w:r>
      <w:proofErr w:type="spellStart"/>
      <w:r>
        <w:rPr>
          <w:rFonts w:cs="Times New Roman"/>
        </w:rPr>
        <w:t>bab</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sistematika</w:t>
      </w:r>
      <w:proofErr w:type="spellEnd"/>
      <w:r>
        <w:rPr>
          <w:rFonts w:cs="Times New Roman"/>
        </w:rPr>
        <w:t xml:space="preserve"> </w:t>
      </w:r>
      <w:proofErr w:type="spellStart"/>
      <w:r>
        <w:rPr>
          <w:rFonts w:cs="Times New Roman"/>
        </w:rPr>
        <w:t>sebagai</w:t>
      </w:r>
      <w:proofErr w:type="spellEnd"/>
      <w:r>
        <w:rPr>
          <w:rFonts w:cs="Times New Roman"/>
        </w:rPr>
        <w:t xml:space="preserve"> </w:t>
      </w:r>
      <w:proofErr w:type="spellStart"/>
      <w:r>
        <w:rPr>
          <w:rFonts w:cs="Times New Roman"/>
        </w:rPr>
        <w:t>berikut</w:t>
      </w:r>
      <w:proofErr w:type="spellEnd"/>
      <w:r>
        <w:rPr>
          <w:rFonts w:cs="Times New Roman"/>
        </w:rPr>
        <w:t>.</w:t>
      </w:r>
    </w:p>
    <w:p w14:paraId="4C82246E" w14:textId="77777777" w:rsidR="00F810AC" w:rsidRDefault="00000000" w:rsidP="007671F1">
      <w:pPr>
        <w:spacing w:before="80" w:after="0" w:line="360" w:lineRule="auto"/>
        <w:jc w:val="both"/>
      </w:pPr>
      <w:r>
        <w:rPr>
          <w:rFonts w:cs="Times New Roman"/>
          <w:b/>
        </w:rPr>
        <w:t xml:space="preserve">BAB </w:t>
      </w:r>
      <w:proofErr w:type="gramStart"/>
      <w:r>
        <w:rPr>
          <w:rFonts w:cs="Times New Roman"/>
          <w:b/>
        </w:rPr>
        <w:t>1  PENDAHULUAN</w:t>
      </w:r>
      <w:proofErr w:type="gramEnd"/>
    </w:p>
    <w:p w14:paraId="6EB035F3" w14:textId="2AEAC2BF" w:rsidR="007671F1" w:rsidRPr="00C13BA0" w:rsidRDefault="00000000" w:rsidP="00C13BA0">
      <w:pPr>
        <w:spacing w:after="0" w:line="360" w:lineRule="auto"/>
        <w:ind w:firstLine="680"/>
        <w:jc w:val="both"/>
      </w:pPr>
      <w:proofErr w:type="spellStart"/>
      <w:r>
        <w:rPr>
          <w:rFonts w:cs="Times New Roman"/>
        </w:rPr>
        <w:t>Memuat</w:t>
      </w:r>
      <w:proofErr w:type="spellEnd"/>
      <w:r>
        <w:rPr>
          <w:rFonts w:cs="Times New Roman"/>
        </w:rPr>
        <w:t xml:space="preserve"> </w:t>
      </w:r>
      <w:proofErr w:type="spellStart"/>
      <w:r>
        <w:rPr>
          <w:rFonts w:cs="Times New Roman"/>
        </w:rPr>
        <w:t>latar</w:t>
      </w:r>
      <w:proofErr w:type="spellEnd"/>
      <w:r>
        <w:rPr>
          <w:rFonts w:cs="Times New Roman"/>
        </w:rPr>
        <w:t xml:space="preserve"> </w:t>
      </w:r>
      <w:proofErr w:type="spellStart"/>
      <w:r>
        <w:rPr>
          <w:rFonts w:cs="Times New Roman"/>
        </w:rPr>
        <w:t>belakang</w:t>
      </w:r>
      <w:proofErr w:type="spellEnd"/>
      <w:r>
        <w:rPr>
          <w:rFonts w:cs="Times New Roman"/>
        </w:rPr>
        <w:t xml:space="preserve">, </w:t>
      </w:r>
      <w:proofErr w:type="spellStart"/>
      <w:r>
        <w:rPr>
          <w:rFonts w:cs="Times New Roman"/>
        </w:rPr>
        <w:t>rumusan</w:t>
      </w:r>
      <w:proofErr w:type="spellEnd"/>
      <w:r>
        <w:rPr>
          <w:rFonts w:cs="Times New Roman"/>
        </w:rPr>
        <w:t xml:space="preserve"> </w:t>
      </w:r>
      <w:proofErr w:type="spellStart"/>
      <w:r>
        <w:rPr>
          <w:rFonts w:cs="Times New Roman"/>
        </w:rPr>
        <w:t>masalah</w:t>
      </w:r>
      <w:proofErr w:type="spellEnd"/>
      <w:r>
        <w:rPr>
          <w:rFonts w:cs="Times New Roman"/>
        </w:rPr>
        <w:t xml:space="preserve">, </w:t>
      </w:r>
      <w:proofErr w:type="spellStart"/>
      <w:r>
        <w:rPr>
          <w:rFonts w:cs="Times New Roman"/>
        </w:rPr>
        <w:t>tujuan</w:t>
      </w:r>
      <w:proofErr w:type="spellEnd"/>
      <w:r>
        <w:rPr>
          <w:rFonts w:cs="Times New Roman"/>
        </w:rPr>
        <w:t xml:space="preserve"> </w:t>
      </w:r>
      <w:proofErr w:type="spellStart"/>
      <w:r>
        <w:rPr>
          <w:rFonts w:cs="Times New Roman"/>
        </w:rPr>
        <w:t>Tugas</w:t>
      </w:r>
      <w:proofErr w:type="spellEnd"/>
      <w:r>
        <w:rPr>
          <w:rFonts w:cs="Times New Roman"/>
        </w:rPr>
        <w:t xml:space="preserve"> Akhir, </w:t>
      </w:r>
      <w:proofErr w:type="spellStart"/>
      <w:r>
        <w:rPr>
          <w:rFonts w:cs="Times New Roman"/>
        </w:rPr>
        <w:t>lingkup</w:t>
      </w:r>
      <w:proofErr w:type="spellEnd"/>
      <w:r>
        <w:rPr>
          <w:rFonts w:cs="Times New Roman"/>
        </w:rPr>
        <w:t xml:space="preserve"> </w:t>
      </w:r>
      <w:proofErr w:type="spellStart"/>
      <w:r>
        <w:rPr>
          <w:rFonts w:cs="Times New Roman"/>
        </w:rPr>
        <w:t>Tugas</w:t>
      </w:r>
      <w:proofErr w:type="spellEnd"/>
      <w:r>
        <w:rPr>
          <w:rFonts w:cs="Times New Roman"/>
        </w:rPr>
        <w:t xml:space="preserve"> Akhir, </w:t>
      </w:r>
      <w:proofErr w:type="spellStart"/>
      <w:r>
        <w:rPr>
          <w:rFonts w:cs="Times New Roman"/>
        </w:rPr>
        <w:t>metodologi</w:t>
      </w:r>
      <w:proofErr w:type="spellEnd"/>
      <w:r>
        <w:rPr>
          <w:rFonts w:cs="Times New Roman"/>
        </w:rPr>
        <w:t xml:space="preserve">, dan </w:t>
      </w:r>
      <w:proofErr w:type="spellStart"/>
      <w:r>
        <w:rPr>
          <w:rFonts w:cs="Times New Roman"/>
        </w:rPr>
        <w:t>sistematika</w:t>
      </w:r>
      <w:proofErr w:type="spellEnd"/>
      <w:r>
        <w:rPr>
          <w:rFonts w:cs="Times New Roman"/>
        </w:rPr>
        <w:t xml:space="preserve"> </w:t>
      </w:r>
      <w:proofErr w:type="spellStart"/>
      <w:r>
        <w:rPr>
          <w:rFonts w:cs="Times New Roman"/>
        </w:rPr>
        <w:t>penulisan</w:t>
      </w:r>
      <w:proofErr w:type="spellEnd"/>
      <w:r>
        <w:rPr>
          <w:rFonts w:cs="Times New Roman"/>
        </w:rPr>
        <w:t>.</w:t>
      </w:r>
    </w:p>
    <w:p w14:paraId="51D4D369" w14:textId="413D7B4E" w:rsidR="00F810AC" w:rsidRDefault="00000000" w:rsidP="007671F1">
      <w:pPr>
        <w:spacing w:before="80" w:after="0" w:line="360" w:lineRule="auto"/>
        <w:jc w:val="both"/>
      </w:pPr>
      <w:r>
        <w:rPr>
          <w:rFonts w:cs="Times New Roman"/>
          <w:b/>
        </w:rPr>
        <w:t xml:space="preserve">BAB </w:t>
      </w:r>
      <w:proofErr w:type="gramStart"/>
      <w:r>
        <w:rPr>
          <w:rFonts w:cs="Times New Roman"/>
          <w:b/>
        </w:rPr>
        <w:t>2  LANDASAN</w:t>
      </w:r>
      <w:proofErr w:type="gramEnd"/>
      <w:r>
        <w:rPr>
          <w:rFonts w:cs="Times New Roman"/>
          <w:b/>
        </w:rPr>
        <w:t xml:space="preserve"> TEORI</w:t>
      </w:r>
    </w:p>
    <w:p w14:paraId="6CBF5170" w14:textId="40AEEE03" w:rsidR="00F810AC" w:rsidRDefault="00C13BA0">
      <w:pPr>
        <w:spacing w:after="0" w:line="360" w:lineRule="auto"/>
        <w:ind w:firstLine="680"/>
        <w:jc w:val="both"/>
      </w:pPr>
      <w:proofErr w:type="spellStart"/>
      <w:r w:rsidRPr="00C13BA0">
        <w:rPr>
          <w:rFonts w:cs="Times New Roman"/>
        </w:rPr>
        <w:t>bab</w:t>
      </w:r>
      <w:proofErr w:type="spellEnd"/>
      <w:r w:rsidRPr="00C13BA0">
        <w:rPr>
          <w:rFonts w:cs="Times New Roman"/>
        </w:rPr>
        <w:t xml:space="preserve"> </w:t>
      </w:r>
      <w:proofErr w:type="spellStart"/>
      <w:r w:rsidRPr="00C13BA0">
        <w:rPr>
          <w:rFonts w:cs="Times New Roman"/>
        </w:rPr>
        <w:t>ini</w:t>
      </w:r>
      <w:proofErr w:type="spellEnd"/>
      <w:r w:rsidRPr="00C13BA0">
        <w:rPr>
          <w:rFonts w:cs="Times New Roman"/>
        </w:rPr>
        <w:t xml:space="preserve"> </w:t>
      </w:r>
      <w:proofErr w:type="spellStart"/>
      <w:r w:rsidRPr="00C13BA0">
        <w:rPr>
          <w:rFonts w:cs="Times New Roman"/>
        </w:rPr>
        <w:t>akan</w:t>
      </w:r>
      <w:proofErr w:type="spellEnd"/>
      <w:r w:rsidRPr="00C13BA0">
        <w:rPr>
          <w:rFonts w:cs="Times New Roman"/>
        </w:rPr>
        <w:t xml:space="preserve"> </w:t>
      </w:r>
      <w:proofErr w:type="spellStart"/>
      <w:r w:rsidRPr="00C13BA0">
        <w:rPr>
          <w:rFonts w:cs="Times New Roman"/>
        </w:rPr>
        <w:t>berisikan</w:t>
      </w:r>
      <w:proofErr w:type="spellEnd"/>
      <w:r w:rsidRPr="00C13BA0">
        <w:rPr>
          <w:rFonts w:cs="Times New Roman"/>
        </w:rPr>
        <w:t xml:space="preserve"> </w:t>
      </w:r>
      <w:proofErr w:type="spellStart"/>
      <w:r w:rsidRPr="00C13BA0">
        <w:rPr>
          <w:rFonts w:cs="Times New Roman"/>
        </w:rPr>
        <w:t>tentang</w:t>
      </w:r>
      <w:proofErr w:type="spellEnd"/>
      <w:r w:rsidRPr="00C13BA0">
        <w:rPr>
          <w:rFonts w:cs="Times New Roman"/>
        </w:rPr>
        <w:t xml:space="preserve"> </w:t>
      </w:r>
      <w:proofErr w:type="spellStart"/>
      <w:r w:rsidRPr="00C13BA0">
        <w:rPr>
          <w:rFonts w:cs="Times New Roman"/>
        </w:rPr>
        <w:t>teori-teori</w:t>
      </w:r>
      <w:proofErr w:type="spellEnd"/>
      <w:r w:rsidRPr="00C13BA0">
        <w:rPr>
          <w:rFonts w:cs="Times New Roman"/>
        </w:rPr>
        <w:t xml:space="preserve"> dan </w:t>
      </w:r>
      <w:proofErr w:type="spellStart"/>
      <w:r w:rsidRPr="00C13BA0">
        <w:rPr>
          <w:rFonts w:cs="Times New Roman"/>
        </w:rPr>
        <w:t>konsep</w:t>
      </w:r>
      <w:proofErr w:type="spellEnd"/>
      <w:r w:rsidRPr="00C13BA0">
        <w:rPr>
          <w:rFonts w:cs="Times New Roman"/>
        </w:rPr>
        <w:t xml:space="preserve"> </w:t>
      </w:r>
      <w:proofErr w:type="spellStart"/>
      <w:r w:rsidRPr="00C13BA0">
        <w:rPr>
          <w:rFonts w:cs="Times New Roman"/>
        </w:rPr>
        <w:t>serta</w:t>
      </w:r>
      <w:proofErr w:type="spellEnd"/>
      <w:r w:rsidRPr="00C13BA0">
        <w:rPr>
          <w:rFonts w:cs="Times New Roman"/>
        </w:rPr>
        <w:t xml:space="preserve"> </w:t>
      </w:r>
      <w:proofErr w:type="spellStart"/>
      <w:r w:rsidRPr="00C13BA0">
        <w:rPr>
          <w:rFonts w:cs="Times New Roman"/>
        </w:rPr>
        <w:t>penelitian</w:t>
      </w:r>
      <w:proofErr w:type="spellEnd"/>
      <w:r w:rsidRPr="00C13BA0">
        <w:rPr>
          <w:rFonts w:cs="Times New Roman"/>
        </w:rPr>
        <w:t xml:space="preserve"> </w:t>
      </w:r>
      <w:proofErr w:type="spellStart"/>
      <w:r w:rsidRPr="00C13BA0">
        <w:rPr>
          <w:rFonts w:cs="Times New Roman"/>
        </w:rPr>
        <w:t>terdahulu</w:t>
      </w:r>
      <w:proofErr w:type="spellEnd"/>
      <w:r w:rsidRPr="00C13BA0">
        <w:rPr>
          <w:rFonts w:cs="Times New Roman"/>
        </w:rPr>
        <w:t xml:space="preserve"> yang </w:t>
      </w:r>
      <w:proofErr w:type="spellStart"/>
      <w:r w:rsidRPr="00C13BA0">
        <w:rPr>
          <w:rFonts w:cs="Times New Roman"/>
        </w:rPr>
        <w:t>dapat</w:t>
      </w:r>
      <w:proofErr w:type="spellEnd"/>
      <w:r w:rsidRPr="00C13BA0">
        <w:rPr>
          <w:rFonts w:cs="Times New Roman"/>
        </w:rPr>
        <w:t xml:space="preserve"> </w:t>
      </w:r>
      <w:proofErr w:type="spellStart"/>
      <w:r w:rsidRPr="00C13BA0">
        <w:rPr>
          <w:rFonts w:cs="Times New Roman"/>
        </w:rPr>
        <w:t>berhubungan</w:t>
      </w:r>
      <w:proofErr w:type="spellEnd"/>
      <w:r w:rsidRPr="00C13BA0">
        <w:rPr>
          <w:rFonts w:cs="Times New Roman"/>
        </w:rPr>
        <w:t xml:space="preserve"> </w:t>
      </w:r>
      <w:proofErr w:type="spellStart"/>
      <w:r w:rsidRPr="00C13BA0">
        <w:rPr>
          <w:rFonts w:cs="Times New Roman"/>
        </w:rPr>
        <w:t>dengan</w:t>
      </w:r>
      <w:proofErr w:type="spellEnd"/>
      <w:r w:rsidRPr="00C13BA0">
        <w:rPr>
          <w:rFonts w:cs="Times New Roman"/>
        </w:rPr>
        <w:t xml:space="preserve"> </w:t>
      </w:r>
      <w:proofErr w:type="spellStart"/>
      <w:r w:rsidRPr="00C13BA0">
        <w:rPr>
          <w:rFonts w:cs="Times New Roman"/>
        </w:rPr>
        <w:t>penelitian</w:t>
      </w:r>
      <w:proofErr w:type="spellEnd"/>
      <w:r w:rsidRPr="00C13BA0">
        <w:rPr>
          <w:rFonts w:cs="Times New Roman"/>
        </w:rPr>
        <w:t xml:space="preserve"> </w:t>
      </w:r>
      <w:proofErr w:type="spellStart"/>
      <w:r w:rsidRPr="00C13BA0">
        <w:rPr>
          <w:rFonts w:cs="Times New Roman"/>
        </w:rPr>
        <w:t>ini</w:t>
      </w:r>
      <w:proofErr w:type="spellEnd"/>
      <w:r w:rsidRPr="00C13BA0">
        <w:rPr>
          <w:rFonts w:cs="Times New Roman"/>
        </w:rPr>
        <w:t xml:space="preserve"> </w:t>
      </w:r>
      <w:proofErr w:type="spellStart"/>
      <w:r w:rsidRPr="00C13BA0">
        <w:rPr>
          <w:rFonts w:cs="Times New Roman"/>
        </w:rPr>
        <w:t>sehingga</w:t>
      </w:r>
      <w:proofErr w:type="spellEnd"/>
      <w:r w:rsidRPr="00C13BA0">
        <w:rPr>
          <w:rFonts w:cs="Times New Roman"/>
        </w:rPr>
        <w:t xml:space="preserve"> </w:t>
      </w:r>
      <w:proofErr w:type="spellStart"/>
      <w:r w:rsidRPr="00C13BA0">
        <w:rPr>
          <w:rFonts w:cs="Times New Roman"/>
        </w:rPr>
        <w:t>bisa</w:t>
      </w:r>
      <w:proofErr w:type="spellEnd"/>
      <w:r w:rsidRPr="00C13BA0">
        <w:rPr>
          <w:rFonts w:cs="Times New Roman"/>
        </w:rPr>
        <w:t xml:space="preserve"> </w:t>
      </w:r>
      <w:proofErr w:type="spellStart"/>
      <w:r w:rsidRPr="00C13BA0">
        <w:rPr>
          <w:rFonts w:cs="Times New Roman"/>
        </w:rPr>
        <w:t>membantu</w:t>
      </w:r>
      <w:proofErr w:type="spellEnd"/>
      <w:r w:rsidRPr="00C13BA0">
        <w:rPr>
          <w:rFonts w:cs="Times New Roman"/>
        </w:rPr>
        <w:t xml:space="preserve"> </w:t>
      </w:r>
      <w:proofErr w:type="spellStart"/>
      <w:r w:rsidRPr="00C13BA0">
        <w:rPr>
          <w:rFonts w:cs="Times New Roman"/>
        </w:rPr>
        <w:t>dalam</w:t>
      </w:r>
      <w:proofErr w:type="spellEnd"/>
      <w:r w:rsidRPr="00C13BA0">
        <w:rPr>
          <w:rFonts w:cs="Times New Roman"/>
        </w:rPr>
        <w:t xml:space="preserve"> </w:t>
      </w:r>
      <w:proofErr w:type="spellStart"/>
      <w:r w:rsidRPr="00C13BA0">
        <w:rPr>
          <w:rFonts w:cs="Times New Roman"/>
        </w:rPr>
        <w:t>menyelesaikan</w:t>
      </w:r>
      <w:proofErr w:type="spellEnd"/>
      <w:r w:rsidRPr="00C13BA0">
        <w:rPr>
          <w:rFonts w:cs="Times New Roman"/>
        </w:rPr>
        <w:t xml:space="preserve"> </w:t>
      </w:r>
      <w:proofErr w:type="spellStart"/>
      <w:r w:rsidRPr="00C13BA0">
        <w:rPr>
          <w:rFonts w:cs="Times New Roman"/>
        </w:rPr>
        <w:t>masalah</w:t>
      </w:r>
      <w:proofErr w:type="spellEnd"/>
      <w:r w:rsidRPr="00C13BA0">
        <w:rPr>
          <w:rFonts w:cs="Times New Roman"/>
        </w:rPr>
        <w:t xml:space="preserve"> yang </w:t>
      </w:r>
      <w:proofErr w:type="spellStart"/>
      <w:r w:rsidRPr="00C13BA0">
        <w:rPr>
          <w:rFonts w:cs="Times New Roman"/>
        </w:rPr>
        <w:t>ada</w:t>
      </w:r>
      <w:proofErr w:type="spellEnd"/>
      <w:r w:rsidRPr="00C13BA0">
        <w:rPr>
          <w:rFonts w:cs="Times New Roman"/>
        </w:rPr>
        <w:t>.</w:t>
      </w:r>
    </w:p>
    <w:p w14:paraId="02A41DEB" w14:textId="77777777" w:rsidR="00F810AC" w:rsidRDefault="00000000" w:rsidP="007671F1">
      <w:pPr>
        <w:spacing w:before="80" w:after="0" w:line="360" w:lineRule="auto"/>
        <w:jc w:val="both"/>
      </w:pPr>
      <w:r>
        <w:rPr>
          <w:rFonts w:cs="Times New Roman"/>
          <w:b/>
        </w:rPr>
        <w:t xml:space="preserve">BAB </w:t>
      </w:r>
      <w:proofErr w:type="gramStart"/>
      <w:r>
        <w:rPr>
          <w:rFonts w:cs="Times New Roman"/>
          <w:b/>
        </w:rPr>
        <w:t>3  SKEMA</w:t>
      </w:r>
      <w:proofErr w:type="gramEnd"/>
      <w:r>
        <w:rPr>
          <w:rFonts w:cs="Times New Roman"/>
          <w:b/>
        </w:rPr>
        <w:t xml:space="preserve"> PENELITIAN</w:t>
      </w:r>
    </w:p>
    <w:p w14:paraId="6D1C66F5" w14:textId="2F0D910F" w:rsidR="00F810AC" w:rsidRDefault="00C13BA0">
      <w:pPr>
        <w:spacing w:after="0" w:line="360" w:lineRule="auto"/>
        <w:ind w:firstLine="680"/>
        <w:jc w:val="both"/>
      </w:pPr>
      <w:r w:rsidRPr="00C13BA0">
        <w:rPr>
          <w:rFonts w:cs="Times New Roman"/>
        </w:rPr>
        <w:t xml:space="preserve">Pada </w:t>
      </w:r>
      <w:proofErr w:type="spellStart"/>
      <w:r w:rsidRPr="00C13BA0">
        <w:rPr>
          <w:rFonts w:cs="Times New Roman"/>
        </w:rPr>
        <w:t>bab</w:t>
      </w:r>
      <w:proofErr w:type="spellEnd"/>
      <w:r w:rsidRPr="00C13BA0">
        <w:rPr>
          <w:rFonts w:cs="Times New Roman"/>
        </w:rPr>
        <w:t xml:space="preserve"> </w:t>
      </w:r>
      <w:proofErr w:type="spellStart"/>
      <w:r w:rsidRPr="00C13BA0">
        <w:rPr>
          <w:rFonts w:cs="Times New Roman"/>
        </w:rPr>
        <w:t>ini</w:t>
      </w:r>
      <w:proofErr w:type="spellEnd"/>
      <w:r w:rsidRPr="00C13BA0">
        <w:rPr>
          <w:rFonts w:cs="Times New Roman"/>
        </w:rPr>
        <w:t xml:space="preserve"> </w:t>
      </w:r>
      <w:proofErr w:type="spellStart"/>
      <w:r w:rsidRPr="00C13BA0">
        <w:rPr>
          <w:rFonts w:cs="Times New Roman"/>
        </w:rPr>
        <w:t>akan</w:t>
      </w:r>
      <w:proofErr w:type="spellEnd"/>
      <w:r w:rsidRPr="00C13BA0">
        <w:rPr>
          <w:rFonts w:cs="Times New Roman"/>
        </w:rPr>
        <w:t xml:space="preserve"> </w:t>
      </w:r>
      <w:proofErr w:type="spellStart"/>
      <w:r w:rsidRPr="00C13BA0">
        <w:rPr>
          <w:rFonts w:cs="Times New Roman"/>
        </w:rPr>
        <w:t>berisikan</w:t>
      </w:r>
      <w:proofErr w:type="spellEnd"/>
      <w:r w:rsidRPr="00C13BA0">
        <w:rPr>
          <w:rFonts w:cs="Times New Roman"/>
        </w:rPr>
        <w:t xml:space="preserve"> </w:t>
      </w:r>
      <w:proofErr w:type="spellStart"/>
      <w:r w:rsidRPr="00C13BA0">
        <w:rPr>
          <w:rFonts w:cs="Times New Roman"/>
        </w:rPr>
        <w:t>tentang</w:t>
      </w:r>
      <w:proofErr w:type="spellEnd"/>
      <w:r w:rsidRPr="00C13BA0">
        <w:rPr>
          <w:rFonts w:cs="Times New Roman"/>
        </w:rPr>
        <w:t xml:space="preserve"> </w:t>
      </w:r>
      <w:proofErr w:type="spellStart"/>
      <w:r w:rsidRPr="00C13BA0">
        <w:rPr>
          <w:rFonts w:cs="Times New Roman"/>
        </w:rPr>
        <w:t>alur</w:t>
      </w:r>
      <w:proofErr w:type="spellEnd"/>
      <w:r w:rsidRPr="00C13BA0">
        <w:rPr>
          <w:rFonts w:cs="Times New Roman"/>
        </w:rPr>
        <w:t xml:space="preserve"> </w:t>
      </w:r>
      <w:proofErr w:type="spellStart"/>
      <w:r w:rsidRPr="00C13BA0">
        <w:rPr>
          <w:rFonts w:cs="Times New Roman"/>
        </w:rPr>
        <w:t>pengerjaan</w:t>
      </w:r>
      <w:proofErr w:type="spellEnd"/>
      <w:r w:rsidRPr="00C13BA0">
        <w:rPr>
          <w:rFonts w:cs="Times New Roman"/>
        </w:rPr>
        <w:t xml:space="preserve"> </w:t>
      </w:r>
      <w:proofErr w:type="spellStart"/>
      <w:r w:rsidRPr="00C13BA0">
        <w:rPr>
          <w:rFonts w:cs="Times New Roman"/>
        </w:rPr>
        <w:t>tugas</w:t>
      </w:r>
      <w:proofErr w:type="spellEnd"/>
      <w:r w:rsidRPr="00C13BA0">
        <w:rPr>
          <w:rFonts w:cs="Times New Roman"/>
        </w:rPr>
        <w:t xml:space="preserve"> </w:t>
      </w:r>
      <w:proofErr w:type="spellStart"/>
      <w:r w:rsidRPr="00C13BA0">
        <w:rPr>
          <w:rFonts w:cs="Times New Roman"/>
        </w:rPr>
        <w:t>akhir</w:t>
      </w:r>
      <w:proofErr w:type="spellEnd"/>
      <w:r w:rsidRPr="00C13BA0">
        <w:rPr>
          <w:rFonts w:cs="Times New Roman"/>
        </w:rPr>
        <w:t xml:space="preserve">, </w:t>
      </w:r>
      <w:proofErr w:type="spellStart"/>
      <w:r w:rsidRPr="00C13BA0">
        <w:rPr>
          <w:rFonts w:cs="Times New Roman"/>
        </w:rPr>
        <w:t>perumusan</w:t>
      </w:r>
      <w:proofErr w:type="spellEnd"/>
      <w:r w:rsidRPr="00C13BA0">
        <w:rPr>
          <w:rFonts w:cs="Times New Roman"/>
        </w:rPr>
        <w:t xml:space="preserve"> </w:t>
      </w:r>
      <w:proofErr w:type="spellStart"/>
      <w:r w:rsidRPr="00C13BA0">
        <w:rPr>
          <w:rFonts w:cs="Times New Roman"/>
        </w:rPr>
        <w:t>masalah</w:t>
      </w:r>
      <w:proofErr w:type="spellEnd"/>
      <w:r w:rsidRPr="00C13BA0">
        <w:rPr>
          <w:rFonts w:cs="Times New Roman"/>
        </w:rPr>
        <w:t xml:space="preserve">, </w:t>
      </w:r>
      <w:proofErr w:type="spellStart"/>
      <w:r w:rsidRPr="00C13BA0">
        <w:rPr>
          <w:rFonts w:cs="Times New Roman"/>
        </w:rPr>
        <w:t>kerangka</w:t>
      </w:r>
      <w:proofErr w:type="spellEnd"/>
      <w:r w:rsidRPr="00C13BA0">
        <w:rPr>
          <w:rFonts w:cs="Times New Roman"/>
        </w:rPr>
        <w:t xml:space="preserve"> </w:t>
      </w:r>
      <w:proofErr w:type="spellStart"/>
      <w:r w:rsidRPr="00C13BA0">
        <w:rPr>
          <w:rFonts w:cs="Times New Roman"/>
        </w:rPr>
        <w:t>pemikiran</w:t>
      </w:r>
      <w:proofErr w:type="spellEnd"/>
      <w:r w:rsidRPr="00C13BA0">
        <w:rPr>
          <w:rFonts w:cs="Times New Roman"/>
        </w:rPr>
        <w:t xml:space="preserve"> </w:t>
      </w:r>
      <w:proofErr w:type="spellStart"/>
      <w:r w:rsidRPr="00C13BA0">
        <w:rPr>
          <w:rFonts w:cs="Times New Roman"/>
        </w:rPr>
        <w:t>teoritis</w:t>
      </w:r>
      <w:proofErr w:type="spellEnd"/>
      <w:r w:rsidRPr="00C13BA0">
        <w:rPr>
          <w:rFonts w:cs="Times New Roman"/>
        </w:rPr>
        <w:t xml:space="preserve">, dan </w:t>
      </w:r>
      <w:proofErr w:type="spellStart"/>
      <w:r w:rsidRPr="00C13BA0">
        <w:rPr>
          <w:rFonts w:cs="Times New Roman"/>
        </w:rPr>
        <w:t>profil</w:t>
      </w:r>
      <w:proofErr w:type="spellEnd"/>
      <w:r w:rsidRPr="00C13BA0">
        <w:rPr>
          <w:rFonts w:cs="Times New Roman"/>
        </w:rPr>
        <w:t xml:space="preserve"> </w:t>
      </w:r>
      <w:proofErr w:type="spellStart"/>
      <w:r w:rsidRPr="00C13BA0">
        <w:rPr>
          <w:rFonts w:cs="Times New Roman"/>
        </w:rPr>
        <w:t>penelitian</w:t>
      </w:r>
      <w:proofErr w:type="spellEnd"/>
      <w:r w:rsidRPr="00C13BA0">
        <w:rPr>
          <w:rFonts w:cs="Times New Roman"/>
        </w:rPr>
        <w:t>.</w:t>
      </w:r>
    </w:p>
    <w:p w14:paraId="75A6B3BF" w14:textId="77777777" w:rsidR="00F810AC" w:rsidRDefault="00000000" w:rsidP="007671F1">
      <w:pPr>
        <w:spacing w:before="80" w:after="0" w:line="360" w:lineRule="auto"/>
        <w:jc w:val="both"/>
      </w:pPr>
      <w:r>
        <w:rPr>
          <w:rFonts w:cs="Times New Roman"/>
          <w:b/>
        </w:rPr>
        <w:t xml:space="preserve">BAB </w:t>
      </w:r>
      <w:proofErr w:type="gramStart"/>
      <w:r>
        <w:rPr>
          <w:rFonts w:cs="Times New Roman"/>
          <w:b/>
        </w:rPr>
        <w:t>4  PERANCANGAN</w:t>
      </w:r>
      <w:proofErr w:type="gramEnd"/>
      <w:r>
        <w:rPr>
          <w:rFonts w:cs="Times New Roman"/>
          <w:b/>
        </w:rPr>
        <w:t xml:space="preserve"> ARSITEKTUR DRL DAN HASIL STUDI PENDAHULUAN</w:t>
      </w:r>
    </w:p>
    <w:p w14:paraId="174AA924" w14:textId="5B769271" w:rsidR="00F810AC" w:rsidRDefault="00000000">
      <w:pPr>
        <w:spacing w:after="0" w:line="360" w:lineRule="auto"/>
        <w:ind w:firstLine="680"/>
        <w:jc w:val="both"/>
      </w:pPr>
      <w:proofErr w:type="spellStart"/>
      <w:r>
        <w:rPr>
          <w:rFonts w:cs="Times New Roman"/>
        </w:rPr>
        <w:t>Memuat</w:t>
      </w:r>
      <w:proofErr w:type="spellEnd"/>
      <w:r>
        <w:rPr>
          <w:rFonts w:cs="Times New Roman"/>
        </w:rPr>
        <w:t xml:space="preserve"> detail </w:t>
      </w:r>
      <w:proofErr w:type="spellStart"/>
      <w:r>
        <w:rPr>
          <w:rFonts w:cs="Times New Roman"/>
        </w:rPr>
        <w:t>matematis</w:t>
      </w:r>
      <w:proofErr w:type="spellEnd"/>
      <w:r>
        <w:rPr>
          <w:rFonts w:cs="Times New Roman"/>
        </w:rPr>
        <w:t xml:space="preserve"> </w:t>
      </w:r>
      <w:r>
        <w:rPr>
          <w:rFonts w:cs="Times New Roman"/>
          <w:i/>
        </w:rPr>
        <w:t>Markov Decision Process</w:t>
      </w:r>
      <w:r>
        <w:rPr>
          <w:rFonts w:cs="Times New Roman"/>
        </w:rPr>
        <w:t xml:space="preserve">, </w:t>
      </w:r>
      <w:proofErr w:type="spellStart"/>
      <w:r>
        <w:rPr>
          <w:rFonts w:cs="Times New Roman"/>
        </w:rPr>
        <w:t>arsitektur</w:t>
      </w:r>
      <w:proofErr w:type="spellEnd"/>
      <w:r>
        <w:rPr>
          <w:rFonts w:cs="Times New Roman"/>
        </w:rPr>
        <w:t xml:space="preserve"> </w:t>
      </w:r>
      <w:r>
        <w:rPr>
          <w:rFonts w:cs="Times New Roman"/>
          <w:i/>
        </w:rPr>
        <w:t>Convolutional Neural Network</w:t>
      </w:r>
      <w:r>
        <w:rPr>
          <w:rFonts w:cs="Times New Roman"/>
        </w:rPr>
        <w:t>/</w:t>
      </w:r>
      <w:r>
        <w:rPr>
          <w:rFonts w:cs="Times New Roman"/>
          <w:i/>
        </w:rPr>
        <w:t>Q-Network</w:t>
      </w:r>
      <w:r>
        <w:rPr>
          <w:rFonts w:cs="Times New Roman"/>
        </w:rPr>
        <w:t xml:space="preserve">, </w:t>
      </w:r>
      <w:proofErr w:type="spellStart"/>
      <w:r>
        <w:rPr>
          <w:rFonts w:cs="Times New Roman"/>
        </w:rPr>
        <w:t>konfigurasi</w:t>
      </w:r>
      <w:proofErr w:type="spellEnd"/>
      <w:r>
        <w:rPr>
          <w:rFonts w:cs="Times New Roman"/>
        </w:rPr>
        <w:t xml:space="preserve"> </w:t>
      </w:r>
      <w:proofErr w:type="spellStart"/>
      <w:r>
        <w:rPr>
          <w:rFonts w:cs="Times New Roman"/>
        </w:rPr>
        <w:t>hiperparameter</w:t>
      </w:r>
      <w:proofErr w:type="spellEnd"/>
      <w:r>
        <w:rPr>
          <w:rFonts w:cs="Times New Roman"/>
        </w:rPr>
        <w:t xml:space="preserve">, </w:t>
      </w:r>
      <w:proofErr w:type="spellStart"/>
      <w:r>
        <w:rPr>
          <w:rFonts w:cs="Times New Roman"/>
        </w:rPr>
        <w:t>serta</w:t>
      </w:r>
      <w:proofErr w:type="spellEnd"/>
      <w:r>
        <w:rPr>
          <w:rFonts w:cs="Times New Roman"/>
        </w:rPr>
        <w:t xml:space="preserve"> </w:t>
      </w:r>
      <w:proofErr w:type="spellStart"/>
      <w:r>
        <w:rPr>
          <w:rFonts w:cs="Times New Roman"/>
        </w:rPr>
        <w:t>hasil</w:t>
      </w:r>
      <w:proofErr w:type="spellEnd"/>
      <w:r>
        <w:rPr>
          <w:rFonts w:cs="Times New Roman"/>
        </w:rPr>
        <w:t xml:space="preserve"> dan </w:t>
      </w:r>
      <w:proofErr w:type="spellStart"/>
      <w:r>
        <w:rPr>
          <w:rFonts w:cs="Times New Roman"/>
        </w:rPr>
        <w:t>evaluasi</w:t>
      </w:r>
      <w:proofErr w:type="spellEnd"/>
      <w:r>
        <w:rPr>
          <w:rFonts w:cs="Times New Roman"/>
        </w:rPr>
        <w:t xml:space="preserve"> </w:t>
      </w:r>
      <w:proofErr w:type="spellStart"/>
      <w:r>
        <w:rPr>
          <w:rFonts w:cs="Times New Roman"/>
        </w:rPr>
        <w:t>eksperimen</w:t>
      </w:r>
      <w:proofErr w:type="spellEnd"/>
      <w:r>
        <w:rPr>
          <w:rFonts w:cs="Times New Roman"/>
        </w:rPr>
        <w:t xml:space="preserve"> </w:t>
      </w:r>
      <w:proofErr w:type="spellStart"/>
      <w:r>
        <w:rPr>
          <w:rFonts w:cs="Times New Roman"/>
        </w:rPr>
        <w:t>pendahuluan</w:t>
      </w:r>
      <w:proofErr w:type="spellEnd"/>
      <w:r>
        <w:rPr>
          <w:rFonts w:cs="Times New Roman"/>
        </w:rPr>
        <w:t xml:space="preserve"> DQN pada </w:t>
      </w:r>
      <w:proofErr w:type="spellStart"/>
      <w:r>
        <w:rPr>
          <w:rFonts w:cs="Times New Roman"/>
        </w:rPr>
        <w:t>lingkungan</w:t>
      </w:r>
      <w:proofErr w:type="spellEnd"/>
      <w:r>
        <w:rPr>
          <w:rFonts w:cs="Times New Roman"/>
        </w:rPr>
        <w:t xml:space="preserve"> Atari Enduro.</w:t>
      </w:r>
    </w:p>
    <w:p w14:paraId="26477C35" w14:textId="26BE82FC" w:rsidR="00F810AC" w:rsidRDefault="007671F1" w:rsidP="007671F1">
      <w:pPr>
        <w:spacing w:before="80" w:after="0" w:line="360" w:lineRule="auto"/>
        <w:jc w:val="both"/>
      </w:pPr>
      <w:r>
        <w:rPr>
          <w:rFonts w:cs="Times New Roman"/>
          <w:b/>
        </w:rPr>
        <w:t xml:space="preserve">BAB </w:t>
      </w:r>
      <w:proofErr w:type="gramStart"/>
      <w:r>
        <w:rPr>
          <w:rFonts w:cs="Times New Roman"/>
          <w:b/>
        </w:rPr>
        <w:t>5  IMPLEMENTASI</w:t>
      </w:r>
      <w:proofErr w:type="gramEnd"/>
      <w:r>
        <w:rPr>
          <w:rFonts w:cs="Times New Roman"/>
          <w:b/>
        </w:rPr>
        <w:t xml:space="preserve"> DAN PENGUJIAN SISTEM UTAMA</w:t>
      </w:r>
    </w:p>
    <w:p w14:paraId="1F74C497" w14:textId="3A45AAF3" w:rsidR="00F810AC" w:rsidRDefault="00C13BA0">
      <w:pPr>
        <w:spacing w:after="0" w:line="360" w:lineRule="auto"/>
        <w:ind w:firstLine="680"/>
        <w:jc w:val="both"/>
      </w:pPr>
      <w:r w:rsidRPr="00C13BA0">
        <w:rPr>
          <w:rFonts w:cs="Times New Roman"/>
        </w:rPr>
        <w:t xml:space="preserve">Pada </w:t>
      </w:r>
      <w:proofErr w:type="spellStart"/>
      <w:r w:rsidRPr="00C13BA0">
        <w:rPr>
          <w:rFonts w:cs="Times New Roman"/>
        </w:rPr>
        <w:t>bab</w:t>
      </w:r>
      <w:proofErr w:type="spellEnd"/>
      <w:r w:rsidRPr="00C13BA0">
        <w:rPr>
          <w:rFonts w:cs="Times New Roman"/>
        </w:rPr>
        <w:t xml:space="preserve"> </w:t>
      </w:r>
      <w:proofErr w:type="spellStart"/>
      <w:r w:rsidRPr="00C13BA0">
        <w:rPr>
          <w:rFonts w:cs="Times New Roman"/>
        </w:rPr>
        <w:t>ini</w:t>
      </w:r>
      <w:proofErr w:type="spellEnd"/>
      <w:r w:rsidRPr="00C13BA0">
        <w:rPr>
          <w:rFonts w:cs="Times New Roman"/>
        </w:rPr>
        <w:t xml:space="preserve"> </w:t>
      </w:r>
      <w:proofErr w:type="spellStart"/>
      <w:r w:rsidRPr="00C13BA0">
        <w:rPr>
          <w:rFonts w:cs="Times New Roman"/>
        </w:rPr>
        <w:t>akan</w:t>
      </w:r>
      <w:proofErr w:type="spellEnd"/>
      <w:r w:rsidRPr="00C13BA0">
        <w:rPr>
          <w:rFonts w:cs="Times New Roman"/>
        </w:rPr>
        <w:t xml:space="preserve"> </w:t>
      </w:r>
      <w:proofErr w:type="spellStart"/>
      <w:r w:rsidRPr="00C13BA0">
        <w:rPr>
          <w:rFonts w:cs="Times New Roman"/>
        </w:rPr>
        <w:t>menjelaskan</w:t>
      </w:r>
      <w:proofErr w:type="spellEnd"/>
      <w:r w:rsidRPr="00C13BA0">
        <w:rPr>
          <w:rFonts w:cs="Times New Roman"/>
        </w:rPr>
        <w:t xml:space="preserve"> </w:t>
      </w:r>
      <w:proofErr w:type="spellStart"/>
      <w:r w:rsidRPr="00C13BA0">
        <w:rPr>
          <w:rFonts w:cs="Times New Roman"/>
        </w:rPr>
        <w:t>mengenai</w:t>
      </w:r>
      <w:proofErr w:type="spellEnd"/>
      <w:r w:rsidRPr="00C13BA0">
        <w:rPr>
          <w:rFonts w:cs="Times New Roman"/>
        </w:rPr>
        <w:t xml:space="preserve"> </w:t>
      </w:r>
      <w:proofErr w:type="spellStart"/>
      <w:r w:rsidRPr="00C13BA0">
        <w:rPr>
          <w:rFonts w:cs="Times New Roman"/>
        </w:rPr>
        <w:t>pengujian</w:t>
      </w:r>
      <w:proofErr w:type="spellEnd"/>
      <w:r w:rsidRPr="00C13BA0">
        <w:rPr>
          <w:rFonts w:cs="Times New Roman"/>
        </w:rPr>
        <w:t xml:space="preserve"> </w:t>
      </w:r>
      <w:proofErr w:type="spellStart"/>
      <w:r w:rsidRPr="00C13BA0">
        <w:rPr>
          <w:rFonts w:cs="Times New Roman"/>
        </w:rPr>
        <w:t>metode</w:t>
      </w:r>
      <w:proofErr w:type="spellEnd"/>
      <w:r w:rsidRPr="00C13BA0">
        <w:rPr>
          <w:rFonts w:cs="Times New Roman"/>
        </w:rPr>
        <w:t xml:space="preserve"> yang </w:t>
      </w:r>
      <w:proofErr w:type="spellStart"/>
      <w:r w:rsidRPr="00C13BA0">
        <w:rPr>
          <w:rFonts w:cs="Times New Roman"/>
        </w:rPr>
        <w:t>telah</w:t>
      </w:r>
      <w:proofErr w:type="spellEnd"/>
      <w:r w:rsidRPr="00C13BA0">
        <w:rPr>
          <w:rFonts w:cs="Times New Roman"/>
        </w:rPr>
        <w:t xml:space="preserve"> </w:t>
      </w:r>
      <w:proofErr w:type="spellStart"/>
      <w:r w:rsidRPr="00C13BA0">
        <w:rPr>
          <w:rFonts w:cs="Times New Roman"/>
        </w:rPr>
        <w:t>disiapkan</w:t>
      </w:r>
      <w:proofErr w:type="spellEnd"/>
      <w:r w:rsidRPr="00C13BA0">
        <w:rPr>
          <w:rFonts w:cs="Times New Roman"/>
        </w:rPr>
        <w:t xml:space="preserve"> dan </w:t>
      </w:r>
      <w:proofErr w:type="spellStart"/>
      <w:r w:rsidRPr="00C13BA0">
        <w:rPr>
          <w:rFonts w:cs="Times New Roman"/>
        </w:rPr>
        <w:t>dilatih</w:t>
      </w:r>
      <w:proofErr w:type="spellEnd"/>
      <w:r w:rsidRPr="00C13BA0">
        <w:rPr>
          <w:rFonts w:cs="Times New Roman"/>
        </w:rPr>
        <w:t xml:space="preserve"> </w:t>
      </w:r>
      <w:proofErr w:type="spellStart"/>
      <w:r w:rsidRPr="00C13BA0">
        <w:rPr>
          <w:rFonts w:cs="Times New Roman"/>
        </w:rPr>
        <w:t>sebelumnya</w:t>
      </w:r>
      <w:proofErr w:type="spellEnd"/>
      <w:r w:rsidRPr="00C13BA0">
        <w:rPr>
          <w:rFonts w:cs="Times New Roman"/>
        </w:rPr>
        <w:t xml:space="preserve"> </w:t>
      </w:r>
      <w:proofErr w:type="spellStart"/>
      <w:r w:rsidRPr="00C13BA0">
        <w:rPr>
          <w:rFonts w:cs="Times New Roman"/>
        </w:rPr>
        <w:t>serta</w:t>
      </w:r>
      <w:proofErr w:type="spellEnd"/>
      <w:r w:rsidRPr="00C13BA0">
        <w:rPr>
          <w:rFonts w:cs="Times New Roman"/>
        </w:rPr>
        <w:t xml:space="preserve"> </w:t>
      </w:r>
      <w:proofErr w:type="spellStart"/>
      <w:r w:rsidRPr="00C13BA0">
        <w:rPr>
          <w:rFonts w:cs="Times New Roman"/>
        </w:rPr>
        <w:t>pembahasan</w:t>
      </w:r>
      <w:proofErr w:type="spellEnd"/>
      <w:r w:rsidRPr="00C13BA0">
        <w:rPr>
          <w:rFonts w:cs="Times New Roman"/>
        </w:rPr>
        <w:t xml:space="preserve"> </w:t>
      </w:r>
      <w:proofErr w:type="spellStart"/>
      <w:r w:rsidRPr="00C13BA0">
        <w:rPr>
          <w:rFonts w:cs="Times New Roman"/>
        </w:rPr>
        <w:t>terkait</w:t>
      </w:r>
      <w:proofErr w:type="spellEnd"/>
      <w:r w:rsidRPr="00C13BA0">
        <w:rPr>
          <w:rFonts w:cs="Times New Roman"/>
        </w:rPr>
        <w:t xml:space="preserve"> </w:t>
      </w:r>
      <w:proofErr w:type="spellStart"/>
      <w:r w:rsidRPr="00C13BA0">
        <w:rPr>
          <w:rFonts w:cs="Times New Roman"/>
        </w:rPr>
        <w:t>dengan</w:t>
      </w:r>
      <w:proofErr w:type="spellEnd"/>
      <w:r w:rsidRPr="00C13BA0">
        <w:rPr>
          <w:rFonts w:cs="Times New Roman"/>
        </w:rPr>
        <w:t xml:space="preserve"> </w:t>
      </w:r>
      <w:proofErr w:type="spellStart"/>
      <w:r w:rsidRPr="00C13BA0">
        <w:rPr>
          <w:rFonts w:cs="Times New Roman"/>
        </w:rPr>
        <w:t>hasil</w:t>
      </w:r>
      <w:proofErr w:type="spellEnd"/>
      <w:r w:rsidRPr="00C13BA0">
        <w:rPr>
          <w:rFonts w:cs="Times New Roman"/>
        </w:rPr>
        <w:t xml:space="preserve"> </w:t>
      </w:r>
      <w:proofErr w:type="spellStart"/>
      <w:r w:rsidRPr="00C13BA0">
        <w:rPr>
          <w:rFonts w:cs="Times New Roman"/>
        </w:rPr>
        <w:t>pengujian</w:t>
      </w:r>
      <w:proofErr w:type="spellEnd"/>
      <w:r w:rsidRPr="00C13BA0">
        <w:rPr>
          <w:rFonts w:cs="Times New Roman"/>
        </w:rPr>
        <w:t xml:space="preserve"> </w:t>
      </w:r>
      <w:proofErr w:type="spellStart"/>
      <w:r w:rsidRPr="00C13BA0">
        <w:rPr>
          <w:rFonts w:cs="Times New Roman"/>
        </w:rPr>
        <w:t>ini</w:t>
      </w:r>
      <w:proofErr w:type="spellEnd"/>
      <w:r w:rsidRPr="00C13BA0">
        <w:rPr>
          <w:rFonts w:cs="Times New Roman"/>
        </w:rPr>
        <w:t>.</w:t>
      </w:r>
    </w:p>
    <w:p w14:paraId="5DA68555" w14:textId="77777777" w:rsidR="00F810AC" w:rsidRDefault="00000000" w:rsidP="007671F1">
      <w:pPr>
        <w:spacing w:before="80" w:after="0" w:line="360" w:lineRule="auto"/>
        <w:jc w:val="both"/>
      </w:pPr>
      <w:r>
        <w:rPr>
          <w:rFonts w:cs="Times New Roman"/>
          <w:b/>
        </w:rPr>
        <w:t xml:space="preserve">BAB </w:t>
      </w:r>
      <w:proofErr w:type="gramStart"/>
      <w:r>
        <w:rPr>
          <w:rFonts w:cs="Times New Roman"/>
          <w:b/>
        </w:rPr>
        <w:t>6  KESIMPULAN</w:t>
      </w:r>
      <w:proofErr w:type="gramEnd"/>
      <w:r>
        <w:rPr>
          <w:rFonts w:cs="Times New Roman"/>
          <w:b/>
        </w:rPr>
        <w:t xml:space="preserve"> DAN SARAN</w:t>
      </w:r>
    </w:p>
    <w:p w14:paraId="5855FBB9" w14:textId="77777777" w:rsidR="00F810AC" w:rsidRDefault="00000000">
      <w:pPr>
        <w:spacing w:after="0" w:line="360" w:lineRule="auto"/>
        <w:ind w:firstLine="680"/>
        <w:jc w:val="both"/>
      </w:pPr>
      <w:proofErr w:type="spellStart"/>
      <w:r>
        <w:rPr>
          <w:rFonts w:cs="Times New Roman"/>
        </w:rPr>
        <w:t>Memuat</w:t>
      </w:r>
      <w:proofErr w:type="spellEnd"/>
      <w:r>
        <w:rPr>
          <w:rFonts w:cs="Times New Roman"/>
        </w:rPr>
        <w:t xml:space="preserve"> </w:t>
      </w:r>
      <w:proofErr w:type="spellStart"/>
      <w:r>
        <w:rPr>
          <w:rFonts w:cs="Times New Roman"/>
        </w:rPr>
        <w:t>kesimpulan</w:t>
      </w:r>
      <w:proofErr w:type="spellEnd"/>
      <w:r>
        <w:rPr>
          <w:rFonts w:cs="Times New Roman"/>
        </w:rPr>
        <w:t xml:space="preserve"> </w:t>
      </w:r>
      <w:proofErr w:type="spellStart"/>
      <w:r>
        <w:rPr>
          <w:rFonts w:cs="Times New Roman"/>
        </w:rPr>
        <w:t>akhir</w:t>
      </w:r>
      <w:proofErr w:type="spellEnd"/>
      <w:r>
        <w:rPr>
          <w:rFonts w:cs="Times New Roman"/>
        </w:rPr>
        <w:t xml:space="preserve"> </w:t>
      </w:r>
      <w:proofErr w:type="spellStart"/>
      <w:r>
        <w:rPr>
          <w:rFonts w:cs="Times New Roman"/>
        </w:rPr>
        <w:t>atas</w:t>
      </w:r>
      <w:proofErr w:type="spellEnd"/>
      <w:r>
        <w:rPr>
          <w:rFonts w:cs="Times New Roman"/>
        </w:rPr>
        <w:t xml:space="preserve"> </w:t>
      </w:r>
      <w:proofErr w:type="spellStart"/>
      <w:r>
        <w:rPr>
          <w:rFonts w:cs="Times New Roman"/>
        </w:rPr>
        <w:t>rumusan</w:t>
      </w:r>
      <w:proofErr w:type="spellEnd"/>
      <w:r>
        <w:rPr>
          <w:rFonts w:cs="Times New Roman"/>
        </w:rPr>
        <w:t xml:space="preserve"> </w:t>
      </w:r>
      <w:proofErr w:type="spellStart"/>
      <w:r>
        <w:rPr>
          <w:rFonts w:cs="Times New Roman"/>
        </w:rPr>
        <w:t>masalah</w:t>
      </w:r>
      <w:proofErr w:type="spellEnd"/>
      <w:r>
        <w:rPr>
          <w:rFonts w:cs="Times New Roman"/>
        </w:rPr>
        <w:t xml:space="preserve"> </w:t>
      </w:r>
      <w:proofErr w:type="spellStart"/>
      <w:r>
        <w:rPr>
          <w:rFonts w:cs="Times New Roman"/>
        </w:rPr>
        <w:t>berdasarkan</w:t>
      </w:r>
      <w:proofErr w:type="spellEnd"/>
      <w:r>
        <w:rPr>
          <w:rFonts w:cs="Times New Roman"/>
        </w:rPr>
        <w:t xml:space="preserve"> </w:t>
      </w:r>
      <w:proofErr w:type="spellStart"/>
      <w:r>
        <w:rPr>
          <w:rFonts w:cs="Times New Roman"/>
        </w:rPr>
        <w:t>keseluruhan</w:t>
      </w:r>
      <w:proofErr w:type="spellEnd"/>
      <w:r>
        <w:rPr>
          <w:rFonts w:cs="Times New Roman"/>
        </w:rPr>
        <w:t xml:space="preserve"> </w:t>
      </w:r>
      <w:proofErr w:type="spellStart"/>
      <w:r>
        <w:rPr>
          <w:rFonts w:cs="Times New Roman"/>
        </w:rPr>
        <w:t>hasil</w:t>
      </w:r>
      <w:proofErr w:type="spellEnd"/>
      <w:r>
        <w:rPr>
          <w:rFonts w:cs="Times New Roman"/>
        </w:rPr>
        <w:t xml:space="preserve"> </w:t>
      </w:r>
      <w:proofErr w:type="spellStart"/>
      <w:r>
        <w:rPr>
          <w:rFonts w:cs="Times New Roman"/>
        </w:rPr>
        <w:t>eksperimen</w:t>
      </w:r>
      <w:proofErr w:type="spellEnd"/>
      <w:r>
        <w:rPr>
          <w:rFonts w:cs="Times New Roman"/>
        </w:rPr>
        <w:t xml:space="preserve"> </w:t>
      </w:r>
      <w:proofErr w:type="spellStart"/>
      <w:r>
        <w:rPr>
          <w:rFonts w:cs="Times New Roman"/>
        </w:rPr>
        <w:t>serta</w:t>
      </w:r>
      <w:proofErr w:type="spellEnd"/>
      <w:r>
        <w:rPr>
          <w:rFonts w:cs="Times New Roman"/>
        </w:rPr>
        <w:t xml:space="preserve"> saran </w:t>
      </w:r>
      <w:proofErr w:type="spellStart"/>
      <w:r>
        <w:rPr>
          <w:rFonts w:cs="Times New Roman"/>
        </w:rPr>
        <w:t>pengembangan</w:t>
      </w:r>
      <w:proofErr w:type="spellEnd"/>
      <w:r>
        <w:rPr>
          <w:rFonts w:cs="Times New Roman"/>
        </w:rPr>
        <w:t xml:space="preserve"> </w:t>
      </w:r>
      <w:proofErr w:type="spellStart"/>
      <w:r>
        <w:rPr>
          <w:rFonts w:cs="Times New Roman"/>
        </w:rPr>
        <w:t>penelitian</w:t>
      </w:r>
      <w:proofErr w:type="spellEnd"/>
      <w:r>
        <w:rPr>
          <w:rFonts w:cs="Times New Roman"/>
        </w:rPr>
        <w:t xml:space="preserve"> </w:t>
      </w:r>
      <w:proofErr w:type="spellStart"/>
      <w:r>
        <w:rPr>
          <w:rFonts w:cs="Times New Roman"/>
        </w:rPr>
        <w:t>lanjutan</w:t>
      </w:r>
      <w:proofErr w:type="spellEnd"/>
      <w:r>
        <w:rPr>
          <w:rFonts w:cs="Times New Roman"/>
        </w:rPr>
        <w:t>.</w:t>
      </w:r>
    </w:p>
    <w:p w14:paraId="1E3628B6" w14:textId="77777777" w:rsidR="00367E04" w:rsidRDefault="00367E04" w:rsidP="00F333B6">
      <w:pPr>
        <w:pStyle w:val="Heading1"/>
        <w:sectPr w:rsidR="00367E04" w:rsidSect="00964FEC">
          <w:headerReference w:type="even" r:id="rId22"/>
          <w:headerReference w:type="default" r:id="rId23"/>
          <w:footerReference w:type="default" r:id="rId24"/>
          <w:headerReference w:type="first" r:id="rId25"/>
          <w:footerReference w:type="first" r:id="rId26"/>
          <w:pgSz w:w="11906" w:h="16838"/>
          <w:pgMar w:top="1417" w:right="1134" w:bottom="1134" w:left="1701" w:header="720" w:footer="720" w:gutter="0"/>
          <w:pgNumType w:start="1" w:chapStyle="1"/>
          <w:cols w:space="720"/>
          <w:titlePg/>
          <w:docGrid w:linePitch="360"/>
        </w:sectPr>
      </w:pPr>
    </w:p>
    <w:p w14:paraId="28CD5774" w14:textId="77777777" w:rsidR="006A6EA3" w:rsidRPr="006A6EA3" w:rsidRDefault="006A6EA3" w:rsidP="006A6EA3"/>
    <w:p w14:paraId="0EB6A789" w14:textId="77777777" w:rsidR="003E1770" w:rsidRDefault="003E1770" w:rsidP="0043436F">
      <w:pPr>
        <w:pageBreakBefore/>
        <w:spacing w:after="360"/>
        <w:jc w:val="center"/>
        <w:rPr>
          <w:rFonts w:cs="Times New Roman"/>
          <w:b/>
          <w:sz w:val="24"/>
        </w:rPr>
        <w:sectPr w:rsidR="003E1770" w:rsidSect="00783F4A">
          <w:headerReference w:type="even" r:id="rId27"/>
          <w:headerReference w:type="default" r:id="rId28"/>
          <w:headerReference w:type="first" r:id="rId29"/>
          <w:type w:val="continuous"/>
          <w:pgSz w:w="11906" w:h="16838"/>
          <w:pgMar w:top="1417" w:right="1134" w:bottom="1134" w:left="1701" w:header="720" w:footer="720" w:gutter="0"/>
          <w:pgNumType w:start="1" w:chapStyle="1"/>
          <w:cols w:space="720"/>
          <w:titlePg/>
          <w:docGrid w:linePitch="360"/>
        </w:sectPr>
      </w:pPr>
    </w:p>
    <w:p w14:paraId="359DB911" w14:textId="5B02650E" w:rsidR="00E9248E" w:rsidRPr="0043436F" w:rsidRDefault="00000000" w:rsidP="0043436F">
      <w:pPr>
        <w:pageBreakBefore/>
        <w:spacing w:after="360"/>
        <w:jc w:val="center"/>
      </w:pPr>
      <w:r>
        <w:rPr>
          <w:rFonts w:cs="Times New Roman"/>
          <w:b/>
          <w:sz w:val="24"/>
        </w:rPr>
        <w:lastRenderedPageBreak/>
        <w:t>DAFTAR PUSTAKA</w:t>
      </w:r>
    </w:p>
    <w:sdt>
      <w:sdtPr>
        <w:rPr>
          <w:rFonts w:cs="Times New Roman"/>
          <w:color w:val="000000"/>
        </w:rPr>
        <w:tag w:val="MENDELEY_BIBLIOGRAPHY"/>
        <w:id w:val="-267239411"/>
        <w:placeholder>
          <w:docPart w:val="DefaultPlaceholder_-1854013440"/>
        </w:placeholder>
      </w:sdtPr>
      <w:sdtContent>
        <w:p w14:paraId="3D3C5DBC" w14:textId="77777777" w:rsidR="00BA606A" w:rsidRPr="00BA606A" w:rsidRDefault="00BA606A">
          <w:pPr>
            <w:autoSpaceDE w:val="0"/>
            <w:autoSpaceDN w:val="0"/>
            <w:ind w:left="640" w:hanging="640"/>
            <w:divId w:val="100032760"/>
            <w:rPr>
              <w:rFonts w:eastAsia="Times New Roman" w:cs="Times New Roman"/>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5"/>
            <w:gridCol w:w="6776"/>
          </w:tblGrid>
          <w:tr w:rsidR="00BA606A" w14:paraId="6CDF5A22" w14:textId="77777777" w:rsidTr="00920D68">
            <w:trPr>
              <w:divId w:val="100032760"/>
            </w:trPr>
            <w:tc>
              <w:tcPr>
                <w:tcW w:w="1645" w:type="dxa"/>
              </w:tcPr>
              <w:p w14:paraId="2FE9761A" w14:textId="162C320D" w:rsidR="00BA606A" w:rsidRDefault="00BA606A">
                <w:pPr>
                  <w:autoSpaceDE w:val="0"/>
                  <w:autoSpaceDN w:val="0"/>
                  <w:rPr>
                    <w:rFonts w:eastAsia="Times New Roman" w:cs="Times New Roman"/>
                    <w:color w:val="000000"/>
                  </w:rPr>
                </w:pPr>
                <w:r w:rsidRPr="00BA606A">
                  <w:rPr>
                    <w:rFonts w:eastAsia="Times New Roman" w:cs="Times New Roman"/>
                    <w:color w:val="000000"/>
                  </w:rPr>
                  <w:t>[AAB16]</w:t>
                </w:r>
              </w:p>
            </w:tc>
            <w:tc>
              <w:tcPr>
                <w:tcW w:w="6776" w:type="dxa"/>
              </w:tcPr>
              <w:p w14:paraId="2FCAA2CA" w14:textId="77777777" w:rsidR="00BA606A" w:rsidRDefault="00BA606A">
                <w:pPr>
                  <w:autoSpaceDE w:val="0"/>
                  <w:autoSpaceDN w:val="0"/>
                  <w:rPr>
                    <w:rFonts w:eastAsia="Times New Roman" w:cs="Times New Roman"/>
                    <w:color w:val="000000"/>
                  </w:rPr>
                </w:pPr>
                <w:r w:rsidRPr="006C3EEB">
                  <w:rPr>
                    <w:rFonts w:eastAsia="Times New Roman" w:cs="Times New Roman"/>
                    <w:color w:val="000000"/>
                  </w:rPr>
                  <w:t xml:space="preserve">Abadi, </w:t>
                </w:r>
                <w:proofErr w:type="gramStart"/>
                <w:r w:rsidRPr="006C3EEB">
                  <w:rPr>
                    <w:rFonts w:eastAsia="Times New Roman" w:cs="Times New Roman"/>
                    <w:color w:val="000000"/>
                  </w:rPr>
                  <w:t>Martín ;</w:t>
                </w:r>
                <w:proofErr w:type="gramEnd"/>
                <w:r w:rsidRPr="006C3EEB">
                  <w:rPr>
                    <w:rFonts w:eastAsia="Times New Roman" w:cs="Times New Roman"/>
                    <w:color w:val="000000"/>
                  </w:rPr>
                  <w:t xml:space="preserve"> Agarwal, Ashish ; Barham, Paul ; </w:t>
                </w:r>
                <w:proofErr w:type="spellStart"/>
                <w:r w:rsidRPr="006C3EEB">
                  <w:rPr>
                    <w:rFonts w:eastAsia="Times New Roman" w:cs="Times New Roman"/>
                    <w:color w:val="000000"/>
                  </w:rPr>
                  <w:t>Brevdo</w:t>
                </w:r>
                <w:proofErr w:type="spellEnd"/>
                <w:r w:rsidRPr="006C3EEB">
                  <w:rPr>
                    <w:rFonts w:eastAsia="Times New Roman" w:cs="Times New Roman"/>
                    <w:color w:val="000000"/>
                  </w:rPr>
                  <w:t xml:space="preserve">, Eugene ; Chen, </w:t>
                </w:r>
                <w:proofErr w:type="spellStart"/>
                <w:r w:rsidRPr="006C3EEB">
                  <w:rPr>
                    <w:rFonts w:eastAsia="Times New Roman" w:cs="Times New Roman"/>
                    <w:color w:val="000000"/>
                  </w:rPr>
                  <w:t>Zhifeng</w:t>
                </w:r>
                <w:proofErr w:type="spellEnd"/>
                <w:r w:rsidRPr="006C3EEB">
                  <w:rPr>
                    <w:rFonts w:eastAsia="Times New Roman" w:cs="Times New Roman"/>
                    <w:color w:val="000000"/>
                  </w:rPr>
                  <w:t xml:space="preserve"> ; </w:t>
                </w:r>
                <w:proofErr w:type="spellStart"/>
                <w:r w:rsidRPr="006C3EEB">
                  <w:rPr>
                    <w:rFonts w:eastAsia="Times New Roman" w:cs="Times New Roman"/>
                    <w:color w:val="000000"/>
                  </w:rPr>
                  <w:t>Citro</w:t>
                </w:r>
                <w:proofErr w:type="spellEnd"/>
                <w:r w:rsidRPr="006C3EEB">
                  <w:rPr>
                    <w:rFonts w:eastAsia="Times New Roman" w:cs="Times New Roman"/>
                    <w:color w:val="000000"/>
                  </w:rPr>
                  <w:t>, Craig ; Corrado, G.s ; Davis, Andy ; u. a.: TensorFlow: Large-Scale Machine Learning on Heterogeneous Distributed Systems (2016)</w:t>
                </w:r>
              </w:p>
              <w:p w14:paraId="2A648216" w14:textId="484FD27F" w:rsidR="006C3EEB" w:rsidRPr="006C3EEB" w:rsidRDefault="006C3EEB">
                <w:pPr>
                  <w:autoSpaceDE w:val="0"/>
                  <w:autoSpaceDN w:val="0"/>
                  <w:rPr>
                    <w:rFonts w:eastAsia="Times New Roman" w:cs="Times New Roman"/>
                    <w:color w:val="000000"/>
                  </w:rPr>
                </w:pPr>
              </w:p>
            </w:tc>
          </w:tr>
          <w:tr w:rsidR="00BA606A" w14:paraId="77557317" w14:textId="77777777" w:rsidTr="00920D68">
            <w:trPr>
              <w:divId w:val="100032760"/>
            </w:trPr>
            <w:tc>
              <w:tcPr>
                <w:tcW w:w="1645" w:type="dxa"/>
              </w:tcPr>
              <w:p w14:paraId="4F91C9E1" w14:textId="109977D9" w:rsidR="00BA606A" w:rsidRDefault="00BA606A">
                <w:pPr>
                  <w:autoSpaceDE w:val="0"/>
                  <w:autoSpaceDN w:val="0"/>
                  <w:rPr>
                    <w:rFonts w:eastAsia="Times New Roman" w:cs="Times New Roman"/>
                    <w:color w:val="000000"/>
                  </w:rPr>
                </w:pPr>
                <w:r w:rsidRPr="00BA606A">
                  <w:rPr>
                    <w:rFonts w:eastAsia="Times New Roman" w:cs="Times New Roman"/>
                    <w:color w:val="000000"/>
                  </w:rPr>
                  <w:t>[A</w:t>
                </w:r>
                <w:r w:rsidR="00B60EB6">
                  <w:rPr>
                    <w:rFonts w:eastAsia="Times New Roman" w:cs="Times New Roman"/>
                    <w:color w:val="000000"/>
                  </w:rPr>
                  <w:t>N</w:t>
                </w:r>
                <w:r w:rsidRPr="00BA606A">
                  <w:rPr>
                    <w:rFonts w:eastAsia="Times New Roman" w:cs="Times New Roman"/>
                    <w:color w:val="000000"/>
                  </w:rPr>
                  <w:t>R18]</w:t>
                </w:r>
              </w:p>
            </w:tc>
            <w:tc>
              <w:tcPr>
                <w:tcW w:w="6776" w:type="dxa"/>
              </w:tcPr>
              <w:p w14:paraId="26FA9C93" w14:textId="526B5EB4" w:rsidR="00BA606A" w:rsidRPr="006C3EEB" w:rsidRDefault="00BA606A" w:rsidP="00BA606A">
                <w:pPr>
                  <w:autoSpaceDE w:val="0"/>
                  <w:autoSpaceDN w:val="0"/>
                  <w:rPr>
                    <w:rFonts w:eastAsia="Times New Roman" w:cs="Times New Roman"/>
                    <w:color w:val="000000"/>
                  </w:rPr>
                </w:pPr>
                <w:r w:rsidRPr="006C3EEB">
                  <w:rPr>
                    <w:rFonts w:eastAsia="Times New Roman" w:cs="Times New Roman"/>
                    <w:color w:val="000000"/>
                  </w:rPr>
                  <w:t xml:space="preserve">Andrew, </w:t>
                </w:r>
                <w:proofErr w:type="spellStart"/>
                <w:proofErr w:type="gramStart"/>
                <w:r w:rsidRPr="006C3EEB">
                  <w:rPr>
                    <w:rFonts w:eastAsia="Times New Roman" w:cs="Times New Roman"/>
                    <w:color w:val="000000"/>
                  </w:rPr>
                  <w:t>Barto</w:t>
                </w:r>
                <w:proofErr w:type="spellEnd"/>
                <w:r w:rsidRPr="006C3EEB">
                  <w:rPr>
                    <w:rFonts w:eastAsia="Times New Roman" w:cs="Times New Roman"/>
                    <w:color w:val="000000"/>
                  </w:rPr>
                  <w:t xml:space="preserve"> ;</w:t>
                </w:r>
                <w:proofErr w:type="gramEnd"/>
                <w:r w:rsidRPr="006C3EEB">
                  <w:rPr>
                    <w:rFonts w:eastAsia="Times New Roman" w:cs="Times New Roman"/>
                    <w:color w:val="000000"/>
                  </w:rPr>
                  <w:t xml:space="preserve"> Richard S, Sutton: Reinforcement learning: an introduction, The MIT Press (2018)</w:t>
                </w:r>
              </w:p>
            </w:tc>
          </w:tr>
          <w:tr w:rsidR="00BA606A" w14:paraId="5444F6EA" w14:textId="77777777" w:rsidTr="00920D68">
            <w:trPr>
              <w:divId w:val="100032760"/>
            </w:trPr>
            <w:tc>
              <w:tcPr>
                <w:tcW w:w="1645" w:type="dxa"/>
              </w:tcPr>
              <w:p w14:paraId="242D2255" w14:textId="4F644083" w:rsidR="00BA606A" w:rsidRDefault="00BA606A">
                <w:pPr>
                  <w:autoSpaceDE w:val="0"/>
                  <w:autoSpaceDN w:val="0"/>
                  <w:rPr>
                    <w:rFonts w:eastAsia="Times New Roman" w:cs="Times New Roman"/>
                    <w:color w:val="000000"/>
                  </w:rPr>
                </w:pPr>
              </w:p>
            </w:tc>
            <w:tc>
              <w:tcPr>
                <w:tcW w:w="6776" w:type="dxa"/>
              </w:tcPr>
              <w:p w14:paraId="728ADCC9" w14:textId="37F0CF3D" w:rsidR="006C3EEB" w:rsidRPr="006C3EEB" w:rsidRDefault="006C3EEB" w:rsidP="00BA606A">
                <w:pPr>
                  <w:autoSpaceDE w:val="0"/>
                  <w:autoSpaceDN w:val="0"/>
                  <w:rPr>
                    <w:rFonts w:eastAsia="Times New Roman" w:cs="Times New Roman"/>
                    <w:color w:val="000000"/>
                  </w:rPr>
                </w:pPr>
              </w:p>
            </w:tc>
          </w:tr>
          <w:tr w:rsidR="00BA606A" w14:paraId="5A7D14EA" w14:textId="77777777" w:rsidTr="00920D68">
            <w:trPr>
              <w:divId w:val="100032760"/>
            </w:trPr>
            <w:tc>
              <w:tcPr>
                <w:tcW w:w="1645" w:type="dxa"/>
              </w:tcPr>
              <w:p w14:paraId="74C15E6C" w14:textId="34F0C600" w:rsidR="00BA606A" w:rsidRDefault="00BA606A">
                <w:pPr>
                  <w:autoSpaceDE w:val="0"/>
                  <w:autoSpaceDN w:val="0"/>
                  <w:rPr>
                    <w:rFonts w:eastAsia="Times New Roman" w:cs="Times New Roman"/>
                    <w:color w:val="000000"/>
                  </w:rPr>
                </w:pPr>
                <w:r w:rsidRPr="00BA606A">
                  <w:rPr>
                    <w:rFonts w:eastAsia="Times New Roman" w:cs="Times New Roman"/>
                    <w:color w:val="000000"/>
                  </w:rPr>
                  <w:t>[BCP16]</w:t>
                </w:r>
              </w:p>
            </w:tc>
            <w:tc>
              <w:tcPr>
                <w:tcW w:w="6776" w:type="dxa"/>
              </w:tcPr>
              <w:p w14:paraId="1665CF4E" w14:textId="77777777" w:rsidR="00BA606A" w:rsidRPr="006C3EEB" w:rsidRDefault="00BA606A" w:rsidP="00BA606A">
                <w:pPr>
                  <w:autoSpaceDE w:val="0"/>
                  <w:autoSpaceDN w:val="0"/>
                  <w:rPr>
                    <w:rFonts w:eastAsia="Times New Roman" w:cs="Times New Roman"/>
                    <w:color w:val="000000"/>
                  </w:rPr>
                </w:pPr>
                <w:r w:rsidRPr="006C3EEB">
                  <w:rPr>
                    <w:rFonts w:eastAsia="Times New Roman" w:cs="Times New Roman"/>
                    <w:color w:val="000000"/>
                  </w:rPr>
                  <w:t xml:space="preserve">Brockman, </w:t>
                </w:r>
                <w:proofErr w:type="gramStart"/>
                <w:r w:rsidRPr="006C3EEB">
                  <w:rPr>
                    <w:rFonts w:eastAsia="Times New Roman" w:cs="Times New Roman"/>
                    <w:color w:val="000000"/>
                  </w:rPr>
                  <w:t>Greg ;</w:t>
                </w:r>
                <w:proofErr w:type="gramEnd"/>
                <w:r w:rsidRPr="006C3EEB">
                  <w:rPr>
                    <w:rFonts w:eastAsia="Times New Roman" w:cs="Times New Roman"/>
                    <w:color w:val="000000"/>
                  </w:rPr>
                  <w:t xml:space="preserve"> Cheung, Vicki ; </w:t>
                </w:r>
                <w:proofErr w:type="spellStart"/>
                <w:r w:rsidRPr="006C3EEB">
                  <w:rPr>
                    <w:rFonts w:eastAsia="Times New Roman" w:cs="Times New Roman"/>
                    <w:color w:val="000000"/>
                  </w:rPr>
                  <w:t>Pettersson</w:t>
                </w:r>
                <w:proofErr w:type="spellEnd"/>
                <w:r w:rsidRPr="006C3EEB">
                  <w:rPr>
                    <w:rFonts w:eastAsia="Times New Roman" w:cs="Times New Roman"/>
                    <w:color w:val="000000"/>
                  </w:rPr>
                  <w:t xml:space="preserve">, Ludwig ; Schneider, Jonas ; Schulman, John ; Tang, Jie ; Zaremba, Wojciech: </w:t>
                </w:r>
                <w:proofErr w:type="spellStart"/>
                <w:r w:rsidRPr="006C3EEB">
                  <w:rPr>
                    <w:rFonts w:eastAsia="Times New Roman" w:cs="Times New Roman"/>
                    <w:color w:val="000000"/>
                  </w:rPr>
                  <w:t>Openai</w:t>
                </w:r>
                <w:proofErr w:type="spellEnd"/>
                <w:r w:rsidRPr="006C3EEB">
                  <w:rPr>
                    <w:rFonts w:eastAsia="Times New Roman" w:cs="Times New Roman"/>
                    <w:color w:val="000000"/>
                  </w:rPr>
                  <w:t xml:space="preserve"> gym. In: </w:t>
                </w:r>
                <w:proofErr w:type="spellStart"/>
                <w:r w:rsidRPr="006C3EEB">
                  <w:rPr>
                    <w:rFonts w:eastAsia="Times New Roman" w:cs="Times New Roman"/>
                    <w:i/>
                    <w:iCs/>
                    <w:color w:val="000000"/>
                  </w:rPr>
                  <w:t>arXiv</w:t>
                </w:r>
                <w:proofErr w:type="spellEnd"/>
                <w:r w:rsidRPr="006C3EEB">
                  <w:rPr>
                    <w:rFonts w:eastAsia="Times New Roman" w:cs="Times New Roman"/>
                    <w:i/>
                    <w:iCs/>
                    <w:color w:val="000000"/>
                  </w:rPr>
                  <w:t xml:space="preserve"> preprint arXiv:1606.01540</w:t>
                </w:r>
                <w:r w:rsidRPr="006C3EEB">
                  <w:rPr>
                    <w:rFonts w:eastAsia="Times New Roman" w:cs="Times New Roman"/>
                    <w:color w:val="000000"/>
                  </w:rPr>
                  <w:t xml:space="preserve"> (2016)</w:t>
                </w:r>
              </w:p>
              <w:p w14:paraId="39505942" w14:textId="77777777" w:rsidR="00BA606A" w:rsidRPr="006C3EEB" w:rsidRDefault="00BA606A" w:rsidP="00BA606A">
                <w:pPr>
                  <w:autoSpaceDE w:val="0"/>
                  <w:autoSpaceDN w:val="0"/>
                  <w:rPr>
                    <w:rFonts w:eastAsia="Times New Roman" w:cs="Times New Roman"/>
                    <w:color w:val="000000"/>
                  </w:rPr>
                </w:pPr>
              </w:p>
            </w:tc>
          </w:tr>
          <w:tr w:rsidR="00756EAE" w14:paraId="5785B7D7" w14:textId="77777777" w:rsidTr="00920D68">
            <w:trPr>
              <w:divId w:val="100032760"/>
            </w:trPr>
            <w:tc>
              <w:tcPr>
                <w:tcW w:w="1645" w:type="dxa"/>
              </w:tcPr>
              <w:p w14:paraId="0D8A5CB7" w14:textId="20552311" w:rsidR="00756EAE" w:rsidRPr="00A8173A" w:rsidRDefault="00756EAE">
                <w:pPr>
                  <w:autoSpaceDE w:val="0"/>
                  <w:autoSpaceDN w:val="0"/>
                  <w:rPr>
                    <w:rFonts w:eastAsia="Times New Roman" w:cs="Times New Roman"/>
                    <w:color w:val="000000"/>
                  </w:rPr>
                </w:pPr>
                <w:r w:rsidRPr="00A8173A">
                  <w:rPr>
                    <w:rFonts w:eastAsia="Times New Roman" w:cs="Times New Roman"/>
                    <w:color w:val="000000"/>
                  </w:rPr>
                  <w:t>[BEC24]</w:t>
                </w:r>
              </w:p>
            </w:tc>
            <w:tc>
              <w:tcPr>
                <w:tcW w:w="6776" w:type="dxa"/>
              </w:tcPr>
              <w:p w14:paraId="0F2EE588" w14:textId="77777777" w:rsidR="00756EAE" w:rsidRPr="00A8173A" w:rsidRDefault="00756EAE" w:rsidP="00BA606A">
                <w:pPr>
                  <w:autoSpaceDE w:val="0"/>
                  <w:autoSpaceDN w:val="0"/>
                  <w:rPr>
                    <w:rFonts w:eastAsia="Times New Roman" w:cs="Times New Roman"/>
                    <w:color w:val="000000"/>
                  </w:rPr>
                </w:pPr>
                <w:proofErr w:type="spellStart"/>
                <w:r w:rsidRPr="00A8173A">
                  <w:rPr>
                    <w:rFonts w:eastAsia="Times New Roman" w:cs="Times New Roman"/>
                    <w:color w:val="000000"/>
                  </w:rPr>
                  <w:t>Bécsi</w:t>
                </w:r>
                <w:proofErr w:type="spellEnd"/>
                <w:r w:rsidRPr="00A8173A">
                  <w:rPr>
                    <w:rFonts w:eastAsia="Times New Roman" w:cs="Times New Roman"/>
                    <w:color w:val="000000"/>
                  </w:rPr>
                  <w:t xml:space="preserve">, </w:t>
                </w:r>
                <w:proofErr w:type="spellStart"/>
                <w:r w:rsidRPr="00A8173A">
                  <w:rPr>
                    <w:rFonts w:eastAsia="Times New Roman" w:cs="Times New Roman"/>
                    <w:color w:val="000000"/>
                  </w:rPr>
                  <w:t>Tamás</w:t>
                </w:r>
                <w:proofErr w:type="spellEnd"/>
                <w:r w:rsidRPr="00A8173A">
                  <w:rPr>
                    <w:rFonts w:eastAsia="Times New Roman" w:cs="Times New Roman"/>
                    <w:color w:val="000000"/>
                  </w:rPr>
                  <w:t>: RRT-guided experience generation for reinforcement learning in autonomous lane keeping. In: Scientific Reports Bd. 14 (2024), Nr. 1, S. 24059</w:t>
                </w:r>
              </w:p>
              <w:p w14:paraId="10138298" w14:textId="7FACC7C0" w:rsidR="00756EAE" w:rsidRPr="00A8173A" w:rsidRDefault="00756EAE" w:rsidP="00BA606A">
                <w:pPr>
                  <w:autoSpaceDE w:val="0"/>
                  <w:autoSpaceDN w:val="0"/>
                  <w:rPr>
                    <w:rFonts w:eastAsia="Times New Roman" w:cs="Times New Roman"/>
                    <w:color w:val="000000"/>
                  </w:rPr>
                </w:pPr>
              </w:p>
            </w:tc>
          </w:tr>
          <w:tr w:rsidR="00BA606A" w14:paraId="7BEDA75B" w14:textId="77777777" w:rsidTr="00920D68">
            <w:trPr>
              <w:divId w:val="100032760"/>
            </w:trPr>
            <w:tc>
              <w:tcPr>
                <w:tcW w:w="1645" w:type="dxa"/>
              </w:tcPr>
              <w:p w14:paraId="0B9829FB" w14:textId="15FB3F9F" w:rsidR="00BA606A" w:rsidRDefault="00BA606A">
                <w:pPr>
                  <w:autoSpaceDE w:val="0"/>
                  <w:autoSpaceDN w:val="0"/>
                  <w:rPr>
                    <w:rFonts w:eastAsia="Times New Roman" w:cs="Times New Roman"/>
                    <w:color w:val="000000"/>
                  </w:rPr>
                </w:pPr>
                <w:r w:rsidRPr="00BA606A">
                  <w:rPr>
                    <w:rFonts w:eastAsia="Times New Roman" w:cs="Times New Roman"/>
                    <w:color w:val="000000"/>
                  </w:rPr>
                  <w:t>[B</w:t>
                </w:r>
                <w:r w:rsidR="00B60EB6">
                  <w:rPr>
                    <w:rFonts w:eastAsia="Times New Roman" w:cs="Times New Roman"/>
                    <w:color w:val="000000"/>
                  </w:rPr>
                  <w:t>EL</w:t>
                </w:r>
                <w:r w:rsidRPr="00BA606A">
                  <w:rPr>
                    <w:rFonts w:eastAsia="Times New Roman" w:cs="Times New Roman"/>
                    <w:color w:val="000000"/>
                  </w:rPr>
                  <w:t>72]</w:t>
                </w:r>
              </w:p>
            </w:tc>
            <w:tc>
              <w:tcPr>
                <w:tcW w:w="6776" w:type="dxa"/>
              </w:tcPr>
              <w:p w14:paraId="5C42CA4A" w14:textId="77777777" w:rsidR="00BA606A" w:rsidRDefault="00BA606A" w:rsidP="00BA606A">
                <w:pPr>
                  <w:autoSpaceDE w:val="0"/>
                  <w:autoSpaceDN w:val="0"/>
                  <w:rPr>
                    <w:rFonts w:eastAsia="Times New Roman" w:cs="Times New Roman"/>
                    <w:color w:val="000000"/>
                  </w:rPr>
                </w:pPr>
                <w:r w:rsidRPr="006C3EEB">
                  <w:rPr>
                    <w:rFonts w:eastAsia="Times New Roman" w:cs="Times New Roman"/>
                    <w:color w:val="000000"/>
                  </w:rPr>
                  <w:t xml:space="preserve">Bellman, Richard.: </w:t>
                </w:r>
                <w:r w:rsidRPr="006C3EEB">
                  <w:rPr>
                    <w:rFonts w:eastAsia="Times New Roman" w:cs="Times New Roman"/>
                    <w:i/>
                    <w:iCs/>
                    <w:color w:val="000000"/>
                  </w:rPr>
                  <w:t xml:space="preserve">Dynamic </w:t>
                </w:r>
                <w:proofErr w:type="gramStart"/>
                <w:r w:rsidRPr="006C3EEB">
                  <w:rPr>
                    <w:rFonts w:eastAsia="Times New Roman" w:cs="Times New Roman"/>
                    <w:i/>
                    <w:iCs/>
                    <w:color w:val="000000"/>
                  </w:rPr>
                  <w:t>programming</w:t>
                </w:r>
                <w:r w:rsidRPr="006C3EEB">
                  <w:rPr>
                    <w:rFonts w:eastAsia="Times New Roman" w:cs="Times New Roman"/>
                    <w:color w:val="000000"/>
                  </w:rPr>
                  <w:t> :</w:t>
                </w:r>
                <w:proofErr w:type="gramEnd"/>
                <w:r w:rsidRPr="006C3EEB">
                  <w:rPr>
                    <w:rFonts w:eastAsia="Times New Roman" w:cs="Times New Roman"/>
                    <w:color w:val="000000"/>
                  </w:rPr>
                  <w:t xml:space="preserve"> Princeton University Press, 1972 — ISBN 069107951X</w:t>
                </w:r>
              </w:p>
              <w:p w14:paraId="678F34E8" w14:textId="1A9FBBC3" w:rsidR="006C3EEB" w:rsidRPr="006C3EEB" w:rsidRDefault="006C3EEB" w:rsidP="00BA606A">
                <w:pPr>
                  <w:autoSpaceDE w:val="0"/>
                  <w:autoSpaceDN w:val="0"/>
                  <w:rPr>
                    <w:rFonts w:eastAsia="Times New Roman" w:cs="Times New Roman"/>
                    <w:color w:val="000000"/>
                  </w:rPr>
                </w:pPr>
              </w:p>
            </w:tc>
          </w:tr>
          <w:tr w:rsidR="00BA606A" w14:paraId="6A3092D9" w14:textId="77777777" w:rsidTr="00920D68">
            <w:trPr>
              <w:divId w:val="100032760"/>
            </w:trPr>
            <w:tc>
              <w:tcPr>
                <w:tcW w:w="1645" w:type="dxa"/>
              </w:tcPr>
              <w:p w14:paraId="673A50A8" w14:textId="10829317" w:rsidR="00BA606A" w:rsidRDefault="00BA606A">
                <w:pPr>
                  <w:autoSpaceDE w:val="0"/>
                  <w:autoSpaceDN w:val="0"/>
                  <w:rPr>
                    <w:rFonts w:eastAsia="Times New Roman" w:cs="Times New Roman"/>
                    <w:color w:val="000000"/>
                  </w:rPr>
                </w:pPr>
                <w:r w:rsidRPr="00BA606A">
                  <w:rPr>
                    <w:rFonts w:eastAsia="Times New Roman" w:cs="Times New Roman"/>
                    <w:color w:val="000000"/>
                  </w:rPr>
                  <w:t>[BNV13]</w:t>
                </w:r>
              </w:p>
            </w:tc>
            <w:tc>
              <w:tcPr>
                <w:tcW w:w="6776" w:type="dxa"/>
              </w:tcPr>
              <w:p w14:paraId="4EA6F9FE" w14:textId="77777777" w:rsidR="00BA606A" w:rsidRDefault="00BA606A" w:rsidP="00BA606A">
                <w:pPr>
                  <w:autoSpaceDE w:val="0"/>
                  <w:autoSpaceDN w:val="0"/>
                  <w:rPr>
                    <w:rFonts w:eastAsia="Times New Roman" w:cs="Times New Roman"/>
                    <w:color w:val="000000"/>
                  </w:rPr>
                </w:pPr>
                <w:r w:rsidRPr="006C3EEB">
                  <w:rPr>
                    <w:rFonts w:eastAsia="Times New Roman" w:cs="Times New Roman"/>
                    <w:color w:val="000000"/>
                  </w:rPr>
                  <w:t xml:space="preserve">Bellemare, Marc </w:t>
                </w:r>
                <w:proofErr w:type="gramStart"/>
                <w:r w:rsidRPr="006C3EEB">
                  <w:rPr>
                    <w:rFonts w:eastAsia="Times New Roman" w:cs="Times New Roman"/>
                    <w:color w:val="000000"/>
                  </w:rPr>
                  <w:t>G ;</w:t>
                </w:r>
                <w:proofErr w:type="gramEnd"/>
                <w:r w:rsidRPr="006C3EEB">
                  <w:rPr>
                    <w:rFonts w:eastAsia="Times New Roman" w:cs="Times New Roman"/>
                    <w:color w:val="000000"/>
                  </w:rPr>
                  <w:t xml:space="preserve"> </w:t>
                </w:r>
                <w:proofErr w:type="spellStart"/>
                <w:r w:rsidRPr="006C3EEB">
                  <w:rPr>
                    <w:rFonts w:eastAsia="Times New Roman" w:cs="Times New Roman"/>
                    <w:color w:val="000000"/>
                  </w:rPr>
                  <w:t>Naddaf</w:t>
                </w:r>
                <w:proofErr w:type="spellEnd"/>
                <w:r w:rsidRPr="006C3EEB">
                  <w:rPr>
                    <w:rFonts w:eastAsia="Times New Roman" w:cs="Times New Roman"/>
                    <w:color w:val="000000"/>
                  </w:rPr>
                  <w:t xml:space="preserve">, </w:t>
                </w:r>
                <w:proofErr w:type="spellStart"/>
                <w:r w:rsidRPr="006C3EEB">
                  <w:rPr>
                    <w:rFonts w:eastAsia="Times New Roman" w:cs="Times New Roman"/>
                    <w:color w:val="000000"/>
                  </w:rPr>
                  <w:t>Yavar</w:t>
                </w:r>
                <w:proofErr w:type="spellEnd"/>
                <w:r w:rsidRPr="006C3EEB">
                  <w:rPr>
                    <w:rFonts w:eastAsia="Times New Roman" w:cs="Times New Roman"/>
                    <w:color w:val="000000"/>
                  </w:rPr>
                  <w:t xml:space="preserve"> ; </w:t>
                </w:r>
                <w:proofErr w:type="spellStart"/>
                <w:r w:rsidRPr="006C3EEB">
                  <w:rPr>
                    <w:rFonts w:eastAsia="Times New Roman" w:cs="Times New Roman"/>
                    <w:color w:val="000000"/>
                  </w:rPr>
                  <w:t>Veness</w:t>
                </w:r>
                <w:proofErr w:type="spellEnd"/>
                <w:r w:rsidRPr="006C3EEB">
                  <w:rPr>
                    <w:rFonts w:eastAsia="Times New Roman" w:cs="Times New Roman"/>
                    <w:color w:val="000000"/>
                  </w:rPr>
                  <w:t xml:space="preserve">, Joel ; Bowling, Michael: The arcade learning environment: An evaluation platform for general agents. In: </w:t>
                </w:r>
                <w:r w:rsidRPr="006C3EEB">
                  <w:rPr>
                    <w:rFonts w:eastAsia="Times New Roman" w:cs="Times New Roman"/>
                    <w:i/>
                    <w:iCs/>
                    <w:color w:val="000000"/>
                  </w:rPr>
                  <w:t>Journal of artificial intelligence research</w:t>
                </w:r>
                <w:r w:rsidRPr="006C3EEB">
                  <w:rPr>
                    <w:rFonts w:eastAsia="Times New Roman" w:cs="Times New Roman"/>
                    <w:color w:val="000000"/>
                  </w:rPr>
                  <w:t xml:space="preserve"> Bd. 47 (2013), S. 253–279</w:t>
                </w:r>
              </w:p>
              <w:p w14:paraId="43352DF3" w14:textId="297C17E0" w:rsidR="006C3EEB" w:rsidRPr="006C3EEB" w:rsidRDefault="006C3EEB" w:rsidP="00BA606A">
                <w:pPr>
                  <w:autoSpaceDE w:val="0"/>
                  <w:autoSpaceDN w:val="0"/>
                  <w:rPr>
                    <w:rFonts w:eastAsia="Times New Roman" w:cs="Times New Roman"/>
                    <w:color w:val="000000"/>
                  </w:rPr>
                </w:pPr>
              </w:p>
            </w:tc>
          </w:tr>
          <w:tr w:rsidR="00BA606A" w14:paraId="65AC8814" w14:textId="77777777" w:rsidTr="00920D68">
            <w:trPr>
              <w:divId w:val="100032760"/>
            </w:trPr>
            <w:tc>
              <w:tcPr>
                <w:tcW w:w="1645" w:type="dxa"/>
              </w:tcPr>
              <w:p w14:paraId="15E2CAA7" w14:textId="4A511ADB" w:rsidR="00BA606A" w:rsidRPr="00BA606A" w:rsidRDefault="00BA606A">
                <w:pPr>
                  <w:autoSpaceDE w:val="0"/>
                  <w:autoSpaceDN w:val="0"/>
                  <w:rPr>
                    <w:rFonts w:eastAsia="Times New Roman" w:cs="Times New Roman"/>
                    <w:color w:val="000000"/>
                  </w:rPr>
                </w:pPr>
                <w:r w:rsidRPr="00BA606A">
                  <w:rPr>
                    <w:rFonts w:eastAsia="Times New Roman" w:cs="Times New Roman"/>
                    <w:color w:val="000000"/>
                  </w:rPr>
                  <w:t>[B</w:t>
                </w:r>
                <w:r w:rsidR="00F21BE8">
                  <w:rPr>
                    <w:rFonts w:eastAsia="Times New Roman" w:cs="Times New Roman"/>
                    <w:color w:val="000000"/>
                  </w:rPr>
                  <w:t>OJ</w:t>
                </w:r>
                <w:r w:rsidRPr="00BA606A">
                  <w:rPr>
                    <w:rFonts w:eastAsia="Times New Roman" w:cs="Times New Roman"/>
                    <w:color w:val="000000"/>
                  </w:rPr>
                  <w:t>16]</w:t>
                </w:r>
              </w:p>
            </w:tc>
            <w:tc>
              <w:tcPr>
                <w:tcW w:w="6776" w:type="dxa"/>
              </w:tcPr>
              <w:p w14:paraId="3B311D83" w14:textId="02F146E0" w:rsidR="00756EAE" w:rsidRDefault="00BA606A" w:rsidP="00BA606A">
                <w:pPr>
                  <w:autoSpaceDE w:val="0"/>
                  <w:autoSpaceDN w:val="0"/>
                  <w:rPr>
                    <w:rFonts w:eastAsia="Times New Roman" w:cs="Times New Roman"/>
                    <w:color w:val="000000"/>
                  </w:rPr>
                </w:pPr>
                <w:r w:rsidRPr="006C3EEB">
                  <w:rPr>
                    <w:rFonts w:eastAsia="Times New Roman" w:cs="Times New Roman"/>
                    <w:color w:val="000000"/>
                  </w:rPr>
                  <w:t xml:space="preserve">Bojarski, </w:t>
                </w:r>
                <w:proofErr w:type="gramStart"/>
                <w:r w:rsidRPr="006C3EEB">
                  <w:rPr>
                    <w:rFonts w:eastAsia="Times New Roman" w:cs="Times New Roman"/>
                    <w:color w:val="000000"/>
                  </w:rPr>
                  <w:t>Mariusz ;</w:t>
                </w:r>
                <w:proofErr w:type="gramEnd"/>
                <w:r w:rsidRPr="006C3EEB">
                  <w:rPr>
                    <w:rFonts w:eastAsia="Times New Roman" w:cs="Times New Roman"/>
                    <w:color w:val="000000"/>
                  </w:rPr>
                  <w:t xml:space="preserve"> Del Testa, Davide ; </w:t>
                </w:r>
                <w:proofErr w:type="spellStart"/>
                <w:r w:rsidRPr="006C3EEB">
                  <w:rPr>
                    <w:rFonts w:eastAsia="Times New Roman" w:cs="Times New Roman"/>
                    <w:color w:val="000000"/>
                  </w:rPr>
                  <w:t>Dworakowski</w:t>
                </w:r>
                <w:proofErr w:type="spellEnd"/>
                <w:r w:rsidRPr="006C3EEB">
                  <w:rPr>
                    <w:rFonts w:eastAsia="Times New Roman" w:cs="Times New Roman"/>
                    <w:color w:val="000000"/>
                  </w:rPr>
                  <w:t xml:space="preserve">, Daniel ; </w:t>
                </w:r>
                <w:proofErr w:type="spellStart"/>
                <w:r w:rsidRPr="006C3EEB">
                  <w:rPr>
                    <w:rFonts w:eastAsia="Times New Roman" w:cs="Times New Roman"/>
                    <w:color w:val="000000"/>
                  </w:rPr>
                  <w:t>Firner</w:t>
                </w:r>
                <w:proofErr w:type="spellEnd"/>
                <w:r w:rsidRPr="006C3EEB">
                  <w:rPr>
                    <w:rFonts w:eastAsia="Times New Roman" w:cs="Times New Roman"/>
                    <w:color w:val="000000"/>
                  </w:rPr>
                  <w:t xml:space="preserve">, Bernhard ; </w:t>
                </w:r>
                <w:proofErr w:type="spellStart"/>
                <w:r w:rsidRPr="006C3EEB">
                  <w:rPr>
                    <w:rFonts w:eastAsia="Times New Roman" w:cs="Times New Roman"/>
                    <w:color w:val="000000"/>
                  </w:rPr>
                  <w:t>Flepp</w:t>
                </w:r>
                <w:proofErr w:type="spellEnd"/>
                <w:r w:rsidRPr="006C3EEB">
                  <w:rPr>
                    <w:rFonts w:eastAsia="Times New Roman" w:cs="Times New Roman"/>
                    <w:color w:val="000000"/>
                  </w:rPr>
                  <w:t xml:space="preserve">, Beat ; Goyal, Prasoon ; </w:t>
                </w:r>
                <w:proofErr w:type="spellStart"/>
                <w:r w:rsidRPr="006C3EEB">
                  <w:rPr>
                    <w:rFonts w:eastAsia="Times New Roman" w:cs="Times New Roman"/>
                    <w:color w:val="000000"/>
                  </w:rPr>
                  <w:t>Jackel</w:t>
                </w:r>
                <w:proofErr w:type="spellEnd"/>
                <w:r w:rsidRPr="006C3EEB">
                  <w:rPr>
                    <w:rFonts w:eastAsia="Times New Roman" w:cs="Times New Roman"/>
                    <w:color w:val="000000"/>
                  </w:rPr>
                  <w:t xml:space="preserve">, Lawrence D ; </w:t>
                </w:r>
                <w:proofErr w:type="spellStart"/>
                <w:r w:rsidRPr="006C3EEB">
                  <w:rPr>
                    <w:rFonts w:eastAsia="Times New Roman" w:cs="Times New Roman"/>
                    <w:color w:val="000000"/>
                  </w:rPr>
                  <w:t>Monfort</w:t>
                </w:r>
                <w:proofErr w:type="spellEnd"/>
                <w:r w:rsidRPr="006C3EEB">
                  <w:rPr>
                    <w:rFonts w:eastAsia="Times New Roman" w:cs="Times New Roman"/>
                    <w:color w:val="000000"/>
                  </w:rPr>
                  <w:t xml:space="preserve">, Mathew ; u. a.: End to end learning for self-driving cars. In: </w:t>
                </w:r>
                <w:proofErr w:type="spellStart"/>
                <w:r w:rsidRPr="006C3EEB">
                  <w:rPr>
                    <w:rFonts w:eastAsia="Times New Roman" w:cs="Times New Roman"/>
                    <w:i/>
                    <w:iCs/>
                    <w:color w:val="000000"/>
                  </w:rPr>
                  <w:t>arXiv</w:t>
                </w:r>
                <w:proofErr w:type="spellEnd"/>
                <w:r w:rsidRPr="006C3EEB">
                  <w:rPr>
                    <w:rFonts w:eastAsia="Times New Roman" w:cs="Times New Roman"/>
                    <w:i/>
                    <w:iCs/>
                    <w:color w:val="000000"/>
                  </w:rPr>
                  <w:t xml:space="preserve"> preprint arXiv:1604.07316</w:t>
                </w:r>
                <w:r w:rsidRPr="006C3EEB">
                  <w:rPr>
                    <w:rFonts w:eastAsia="Times New Roman" w:cs="Times New Roman"/>
                    <w:color w:val="000000"/>
                  </w:rPr>
                  <w:t xml:space="preserve"> (2016)</w:t>
                </w:r>
              </w:p>
              <w:p w14:paraId="38851CBE" w14:textId="0BD71F71" w:rsidR="006C3EEB" w:rsidRPr="006C3EEB" w:rsidRDefault="006C3EEB" w:rsidP="00BA606A">
                <w:pPr>
                  <w:autoSpaceDE w:val="0"/>
                  <w:autoSpaceDN w:val="0"/>
                  <w:rPr>
                    <w:rFonts w:eastAsia="Times New Roman" w:cs="Times New Roman"/>
                    <w:color w:val="000000"/>
                  </w:rPr>
                </w:pPr>
              </w:p>
            </w:tc>
          </w:tr>
          <w:tr w:rsidR="00756EAE" w14:paraId="0AA844EB" w14:textId="77777777" w:rsidTr="00920D68">
            <w:trPr>
              <w:divId w:val="100032760"/>
            </w:trPr>
            <w:tc>
              <w:tcPr>
                <w:tcW w:w="1645" w:type="dxa"/>
              </w:tcPr>
              <w:p w14:paraId="24ADC454" w14:textId="02FF51DB" w:rsidR="00756EAE" w:rsidRPr="00BA606A" w:rsidRDefault="00756EAE" w:rsidP="00756EAE">
                <w:pPr>
                  <w:autoSpaceDE w:val="0"/>
                  <w:autoSpaceDN w:val="0"/>
                  <w:rPr>
                    <w:rFonts w:eastAsia="Times New Roman" w:cs="Times New Roman"/>
                    <w:color w:val="000000"/>
                  </w:rPr>
                </w:pPr>
                <w:r w:rsidRPr="00BA606A">
                  <w:rPr>
                    <w:rFonts w:eastAsia="Times New Roman" w:cs="Times New Roman"/>
                    <w:color w:val="000000"/>
                  </w:rPr>
                  <w:t>[B</w:t>
                </w:r>
                <w:r>
                  <w:rPr>
                    <w:rFonts w:eastAsia="Times New Roman" w:cs="Times New Roman"/>
                    <w:color w:val="000000"/>
                  </w:rPr>
                  <w:t>PS</w:t>
                </w:r>
                <w:r w:rsidRPr="00BA606A">
                  <w:rPr>
                    <w:rFonts w:eastAsia="Times New Roman" w:cs="Times New Roman"/>
                    <w:color w:val="000000"/>
                  </w:rPr>
                  <w:t>25]</w:t>
                </w:r>
              </w:p>
            </w:tc>
            <w:tc>
              <w:tcPr>
                <w:tcW w:w="6776" w:type="dxa"/>
              </w:tcPr>
              <w:p w14:paraId="17F3F94E" w14:textId="77777777" w:rsidR="00756EAE" w:rsidRDefault="00756EAE" w:rsidP="00756EAE">
                <w:pPr>
                  <w:autoSpaceDE w:val="0"/>
                  <w:autoSpaceDN w:val="0"/>
                  <w:rPr>
                    <w:rFonts w:eastAsia="Times New Roman" w:cs="Times New Roman"/>
                    <w:color w:val="000000"/>
                  </w:rPr>
                </w:pPr>
                <w:r w:rsidRPr="006C3EEB">
                  <w:rPr>
                    <w:rFonts w:eastAsia="Times New Roman" w:cs="Times New Roman"/>
                    <w:color w:val="000000"/>
                  </w:rPr>
                  <w:t xml:space="preserve">Badan Pusat </w:t>
                </w:r>
                <w:proofErr w:type="spellStart"/>
                <w:r w:rsidRPr="006C3EEB">
                  <w:rPr>
                    <w:rFonts w:eastAsia="Times New Roman" w:cs="Times New Roman"/>
                    <w:color w:val="000000"/>
                  </w:rPr>
                  <w:t>Statistik</w:t>
                </w:r>
                <w:proofErr w:type="spellEnd"/>
                <w:r w:rsidRPr="006C3EEB">
                  <w:rPr>
                    <w:rFonts w:eastAsia="Times New Roman" w:cs="Times New Roman"/>
                    <w:color w:val="000000"/>
                  </w:rPr>
                  <w:t xml:space="preserve">: </w:t>
                </w:r>
                <w:proofErr w:type="spellStart"/>
                <w:r w:rsidRPr="006C3EEB">
                  <w:rPr>
                    <w:rFonts w:eastAsia="Times New Roman" w:cs="Times New Roman"/>
                    <w:i/>
                    <w:iCs/>
                    <w:color w:val="000000"/>
                  </w:rPr>
                  <w:t>Statistik</w:t>
                </w:r>
                <w:proofErr w:type="spellEnd"/>
                <w:r w:rsidRPr="006C3EEB">
                  <w:rPr>
                    <w:rFonts w:eastAsia="Times New Roman" w:cs="Times New Roman"/>
                    <w:i/>
                    <w:iCs/>
                    <w:color w:val="000000"/>
                  </w:rPr>
                  <w:t xml:space="preserve"> </w:t>
                </w:r>
                <w:proofErr w:type="spellStart"/>
                <w:r w:rsidRPr="006C3EEB">
                  <w:rPr>
                    <w:rFonts w:eastAsia="Times New Roman" w:cs="Times New Roman"/>
                    <w:i/>
                    <w:iCs/>
                    <w:color w:val="000000"/>
                  </w:rPr>
                  <w:t>Transportasi</w:t>
                </w:r>
                <w:proofErr w:type="spellEnd"/>
                <w:r w:rsidRPr="006C3EEB">
                  <w:rPr>
                    <w:rFonts w:eastAsia="Times New Roman" w:cs="Times New Roman"/>
                    <w:i/>
                    <w:iCs/>
                    <w:color w:val="000000"/>
                  </w:rPr>
                  <w:t xml:space="preserve"> </w:t>
                </w:r>
                <w:proofErr w:type="spellStart"/>
                <w:r w:rsidRPr="006C3EEB">
                  <w:rPr>
                    <w:rFonts w:eastAsia="Times New Roman" w:cs="Times New Roman"/>
                    <w:i/>
                    <w:iCs/>
                    <w:color w:val="000000"/>
                  </w:rPr>
                  <w:t>Darat</w:t>
                </w:r>
                <w:proofErr w:type="spellEnd"/>
                <w:r w:rsidRPr="006C3EEB">
                  <w:rPr>
                    <w:rFonts w:eastAsia="Times New Roman" w:cs="Times New Roman"/>
                    <w:i/>
                    <w:iCs/>
                    <w:color w:val="000000"/>
                  </w:rPr>
                  <w:t xml:space="preserve"> 2024</w:t>
                </w:r>
                <w:r w:rsidRPr="006C3EEB">
                  <w:rPr>
                    <w:rFonts w:eastAsia="Times New Roman" w:cs="Times New Roman"/>
                    <w:color w:val="000000"/>
                  </w:rPr>
                  <w:t xml:space="preserve">. </w:t>
                </w:r>
                <w:proofErr w:type="gramStart"/>
                <w:r w:rsidRPr="006C3EEB">
                  <w:rPr>
                    <w:rFonts w:eastAsia="Times New Roman" w:cs="Times New Roman"/>
                    <w:color w:val="000000"/>
                  </w:rPr>
                  <w:t>Jakarta :</w:t>
                </w:r>
                <w:proofErr w:type="gramEnd"/>
                <w:r w:rsidRPr="006C3EEB">
                  <w:rPr>
                    <w:rFonts w:eastAsia="Times New Roman" w:cs="Times New Roman"/>
                    <w:color w:val="000000"/>
                  </w:rPr>
                  <w:t xml:space="preserve"> Badan Pusat </w:t>
                </w:r>
                <w:proofErr w:type="spellStart"/>
                <w:r w:rsidRPr="006C3EEB">
                  <w:rPr>
                    <w:rFonts w:eastAsia="Times New Roman" w:cs="Times New Roman"/>
                    <w:color w:val="000000"/>
                  </w:rPr>
                  <w:t>Statistik</w:t>
                </w:r>
                <w:proofErr w:type="spellEnd"/>
                <w:r w:rsidRPr="006C3EEB">
                  <w:rPr>
                    <w:rFonts w:eastAsia="Times New Roman" w:cs="Times New Roman"/>
                    <w:color w:val="000000"/>
                  </w:rPr>
                  <w:t>, 2025</w:t>
                </w:r>
              </w:p>
              <w:p w14:paraId="39519AB1" w14:textId="77777777" w:rsidR="00756EAE" w:rsidRPr="006C3EEB" w:rsidRDefault="00756EAE" w:rsidP="00756EAE">
                <w:pPr>
                  <w:autoSpaceDE w:val="0"/>
                  <w:autoSpaceDN w:val="0"/>
                  <w:rPr>
                    <w:rFonts w:eastAsia="Times New Roman" w:cs="Times New Roman"/>
                    <w:color w:val="000000"/>
                  </w:rPr>
                </w:pPr>
              </w:p>
            </w:tc>
          </w:tr>
          <w:tr w:rsidR="006C3EEB" w14:paraId="34BDF095" w14:textId="77777777" w:rsidTr="00920D68">
            <w:trPr>
              <w:divId w:val="100032760"/>
            </w:trPr>
            <w:tc>
              <w:tcPr>
                <w:tcW w:w="1645" w:type="dxa"/>
              </w:tcPr>
              <w:p w14:paraId="252BD6A3" w14:textId="62585120" w:rsidR="006C3EEB" w:rsidRPr="00A8173A" w:rsidRDefault="006C3EEB">
                <w:pPr>
                  <w:autoSpaceDE w:val="0"/>
                  <w:autoSpaceDN w:val="0"/>
                  <w:rPr>
                    <w:rFonts w:eastAsia="Times New Roman" w:cs="Times New Roman"/>
                    <w:color w:val="000000"/>
                  </w:rPr>
                </w:pPr>
                <w:r w:rsidRPr="00A8173A">
                  <w:rPr>
                    <w:rFonts w:eastAsia="Times New Roman" w:cs="Times New Roman"/>
                    <w:color w:val="000000"/>
                  </w:rPr>
                  <w:t>[DKK25]</w:t>
                </w:r>
              </w:p>
            </w:tc>
            <w:tc>
              <w:tcPr>
                <w:tcW w:w="6776" w:type="dxa"/>
              </w:tcPr>
              <w:p w14:paraId="26BB8781" w14:textId="77777777" w:rsidR="006C3EEB" w:rsidRPr="00A8173A" w:rsidRDefault="006C3EEB" w:rsidP="00BA606A">
                <w:pPr>
                  <w:autoSpaceDE w:val="0"/>
                  <w:autoSpaceDN w:val="0"/>
                  <w:rPr>
                    <w:rFonts w:eastAsia="Times New Roman" w:cs="Times New Roman"/>
                    <w:color w:val="000000"/>
                  </w:rPr>
                </w:pPr>
                <w:proofErr w:type="spellStart"/>
                <w:r w:rsidRPr="00A8173A">
                  <w:rPr>
                    <w:rFonts w:eastAsia="Times New Roman" w:cs="Times New Roman"/>
                    <w:color w:val="000000"/>
                  </w:rPr>
                  <w:t>Delavari</w:t>
                </w:r>
                <w:proofErr w:type="spellEnd"/>
                <w:r w:rsidRPr="00A8173A">
                  <w:rPr>
                    <w:rFonts w:eastAsia="Times New Roman" w:cs="Times New Roman"/>
                    <w:color w:val="000000"/>
                  </w:rPr>
                  <w:t xml:space="preserve">, E., Khanzada, F. K., &amp; Kwon, J. (2025). A Comprehensive Review of Reinforcement Learning for Autonomous Driving in the CARLA Simulator. </w:t>
                </w:r>
                <w:proofErr w:type="spellStart"/>
                <w:r w:rsidRPr="00A8173A">
                  <w:rPr>
                    <w:rFonts w:eastAsia="Times New Roman" w:cs="Times New Roman"/>
                    <w:color w:val="000000"/>
                  </w:rPr>
                  <w:t>arXiv</w:t>
                </w:r>
                <w:proofErr w:type="spellEnd"/>
                <w:r w:rsidRPr="00A8173A">
                  <w:rPr>
                    <w:rFonts w:eastAsia="Times New Roman" w:cs="Times New Roman"/>
                    <w:color w:val="000000"/>
                  </w:rPr>
                  <w:t xml:space="preserve"> preprint arXiv:2509.08221.</w:t>
                </w:r>
              </w:p>
              <w:p w14:paraId="1DD5F8FE" w14:textId="75C79348" w:rsidR="006C3EEB" w:rsidRPr="00A8173A" w:rsidRDefault="006C3EEB" w:rsidP="00BA606A">
                <w:pPr>
                  <w:autoSpaceDE w:val="0"/>
                  <w:autoSpaceDN w:val="0"/>
                  <w:rPr>
                    <w:rFonts w:eastAsia="Times New Roman" w:cs="Times New Roman"/>
                    <w:color w:val="000000"/>
                  </w:rPr>
                </w:pPr>
              </w:p>
            </w:tc>
          </w:tr>
          <w:tr w:rsidR="00BA606A" w14:paraId="1779E6DC" w14:textId="77777777" w:rsidTr="00920D68">
            <w:trPr>
              <w:divId w:val="100032760"/>
            </w:trPr>
            <w:tc>
              <w:tcPr>
                <w:tcW w:w="1645" w:type="dxa"/>
              </w:tcPr>
              <w:p w14:paraId="26ED460D" w14:textId="3FC00B9D" w:rsidR="00BA606A" w:rsidRPr="00BA606A" w:rsidRDefault="00BA606A">
                <w:pPr>
                  <w:autoSpaceDE w:val="0"/>
                  <w:autoSpaceDN w:val="0"/>
                  <w:rPr>
                    <w:rFonts w:eastAsia="Times New Roman" w:cs="Times New Roman"/>
                    <w:color w:val="000000"/>
                  </w:rPr>
                </w:pPr>
                <w:r w:rsidRPr="00BA606A">
                  <w:rPr>
                    <w:rFonts w:eastAsia="Times New Roman" w:cs="Times New Roman"/>
                    <w:color w:val="000000"/>
                  </w:rPr>
                  <w:t>[DRC17]</w:t>
                </w:r>
              </w:p>
            </w:tc>
            <w:tc>
              <w:tcPr>
                <w:tcW w:w="6776" w:type="dxa"/>
              </w:tcPr>
              <w:p w14:paraId="3B586D66" w14:textId="77777777" w:rsidR="00BA606A" w:rsidRPr="006C3EEB" w:rsidRDefault="00BA606A" w:rsidP="00BA606A">
                <w:pPr>
                  <w:autoSpaceDE w:val="0"/>
                  <w:autoSpaceDN w:val="0"/>
                  <w:rPr>
                    <w:rFonts w:eastAsia="Times New Roman" w:cs="Times New Roman"/>
                    <w:color w:val="000000"/>
                  </w:rPr>
                </w:pPr>
                <w:proofErr w:type="spellStart"/>
                <w:r w:rsidRPr="006C3EEB">
                  <w:rPr>
                    <w:rFonts w:eastAsia="Times New Roman" w:cs="Times New Roman"/>
                    <w:color w:val="000000"/>
                  </w:rPr>
                  <w:t>Dosovitskiy</w:t>
                </w:r>
                <w:proofErr w:type="spellEnd"/>
                <w:r w:rsidRPr="006C3EEB">
                  <w:rPr>
                    <w:rFonts w:eastAsia="Times New Roman" w:cs="Times New Roman"/>
                    <w:color w:val="000000"/>
                  </w:rPr>
                  <w:t xml:space="preserve">, </w:t>
                </w:r>
                <w:proofErr w:type="gramStart"/>
                <w:r w:rsidRPr="006C3EEB">
                  <w:rPr>
                    <w:rFonts w:eastAsia="Times New Roman" w:cs="Times New Roman"/>
                    <w:color w:val="000000"/>
                  </w:rPr>
                  <w:t>Alexey ;</w:t>
                </w:r>
                <w:proofErr w:type="gramEnd"/>
                <w:r w:rsidRPr="006C3EEB">
                  <w:rPr>
                    <w:rFonts w:eastAsia="Times New Roman" w:cs="Times New Roman"/>
                    <w:color w:val="000000"/>
                  </w:rPr>
                  <w:t xml:space="preserve"> Ros, German ; </w:t>
                </w:r>
                <w:proofErr w:type="spellStart"/>
                <w:r w:rsidRPr="006C3EEB">
                  <w:rPr>
                    <w:rFonts w:eastAsia="Times New Roman" w:cs="Times New Roman"/>
                    <w:color w:val="000000"/>
                  </w:rPr>
                  <w:t>Codevilla</w:t>
                </w:r>
                <w:proofErr w:type="spellEnd"/>
                <w:r w:rsidRPr="006C3EEB">
                  <w:rPr>
                    <w:rFonts w:eastAsia="Times New Roman" w:cs="Times New Roman"/>
                    <w:color w:val="000000"/>
                  </w:rPr>
                  <w:t xml:space="preserve">, Felipe ; Lopez, Antonio ; </w:t>
                </w:r>
                <w:proofErr w:type="spellStart"/>
                <w:r w:rsidRPr="006C3EEB">
                  <w:rPr>
                    <w:rFonts w:eastAsia="Times New Roman" w:cs="Times New Roman"/>
                    <w:color w:val="000000"/>
                  </w:rPr>
                  <w:t>Koltun</w:t>
                </w:r>
                <w:proofErr w:type="spellEnd"/>
                <w:r w:rsidRPr="006C3EEB">
                  <w:rPr>
                    <w:rFonts w:eastAsia="Times New Roman" w:cs="Times New Roman"/>
                    <w:color w:val="000000"/>
                  </w:rPr>
                  <w:t xml:space="preserve">, </w:t>
                </w:r>
                <w:proofErr w:type="spellStart"/>
                <w:r w:rsidRPr="006C3EEB">
                  <w:rPr>
                    <w:rFonts w:eastAsia="Times New Roman" w:cs="Times New Roman"/>
                    <w:color w:val="000000"/>
                  </w:rPr>
                  <w:t>Vladlen</w:t>
                </w:r>
                <w:proofErr w:type="spellEnd"/>
                <w:r w:rsidRPr="006C3EEB">
                  <w:rPr>
                    <w:rFonts w:eastAsia="Times New Roman" w:cs="Times New Roman"/>
                    <w:color w:val="000000"/>
                  </w:rPr>
                  <w:t xml:space="preserve">: CARLA: An open urban driving simulator. In: </w:t>
                </w:r>
                <w:r w:rsidRPr="006C3EEB">
                  <w:rPr>
                    <w:rFonts w:eastAsia="Times New Roman" w:cs="Times New Roman"/>
                    <w:i/>
                    <w:iCs/>
                    <w:color w:val="000000"/>
                  </w:rPr>
                  <w:t>Conference on robot learning</w:t>
                </w:r>
                <w:r w:rsidRPr="006C3EEB">
                  <w:rPr>
                    <w:rFonts w:eastAsia="Times New Roman" w:cs="Times New Roman"/>
                    <w:color w:val="000000"/>
                  </w:rPr>
                  <w:t>, 2017, S. 1–16</w:t>
                </w:r>
              </w:p>
              <w:p w14:paraId="77A531F1" w14:textId="77777777" w:rsidR="00BA606A" w:rsidRPr="006C3EEB" w:rsidRDefault="00BA606A" w:rsidP="00BA606A">
                <w:pPr>
                  <w:autoSpaceDE w:val="0"/>
                  <w:autoSpaceDN w:val="0"/>
                  <w:rPr>
                    <w:rFonts w:eastAsia="Times New Roman" w:cs="Times New Roman"/>
                    <w:color w:val="000000"/>
                  </w:rPr>
                </w:pPr>
              </w:p>
            </w:tc>
          </w:tr>
          <w:tr w:rsidR="00BA606A" w14:paraId="56CEB8B7" w14:textId="77777777" w:rsidTr="00920D68">
            <w:trPr>
              <w:divId w:val="100032760"/>
            </w:trPr>
            <w:tc>
              <w:tcPr>
                <w:tcW w:w="1645" w:type="dxa"/>
              </w:tcPr>
              <w:p w14:paraId="3A9A4696" w14:textId="638C142C" w:rsidR="00BA606A" w:rsidRPr="00BA606A" w:rsidRDefault="00BA606A">
                <w:pPr>
                  <w:autoSpaceDE w:val="0"/>
                  <w:autoSpaceDN w:val="0"/>
                  <w:rPr>
                    <w:rFonts w:eastAsia="Times New Roman" w:cs="Times New Roman"/>
                    <w:color w:val="000000"/>
                  </w:rPr>
                </w:pPr>
                <w:r w:rsidRPr="00BA606A">
                  <w:rPr>
                    <w:rFonts w:eastAsia="Times New Roman" w:cs="Times New Roman"/>
                    <w:color w:val="000000"/>
                  </w:rPr>
                  <w:t>[G</w:t>
                </w:r>
                <w:r w:rsidR="00240BA7">
                  <w:rPr>
                    <w:rFonts w:eastAsia="Times New Roman" w:cs="Times New Roman"/>
                    <w:color w:val="000000"/>
                  </w:rPr>
                  <w:t>IL</w:t>
                </w:r>
                <w:r w:rsidRPr="00BA606A">
                  <w:rPr>
                    <w:rFonts w:eastAsia="Times New Roman" w:cs="Times New Roman"/>
                    <w:color w:val="000000"/>
                  </w:rPr>
                  <w:t>21]</w:t>
                </w:r>
              </w:p>
            </w:tc>
            <w:tc>
              <w:tcPr>
                <w:tcW w:w="6776" w:type="dxa"/>
              </w:tcPr>
              <w:p w14:paraId="686B51E4" w14:textId="77777777" w:rsidR="00BA606A" w:rsidRDefault="00BA606A" w:rsidP="00BA606A">
                <w:pPr>
                  <w:autoSpaceDE w:val="0"/>
                  <w:autoSpaceDN w:val="0"/>
                  <w:rPr>
                    <w:rFonts w:eastAsia="Times New Roman" w:cs="Times New Roman"/>
                    <w:color w:val="000000"/>
                  </w:rPr>
                </w:pPr>
                <w:r w:rsidRPr="006C3EEB">
                  <w:rPr>
                    <w:rFonts w:eastAsia="Times New Roman" w:cs="Times New Roman"/>
                    <w:color w:val="000000"/>
                  </w:rPr>
                  <w:t xml:space="preserve">Gillespie, Thomas: </w:t>
                </w:r>
                <w:r w:rsidRPr="006C3EEB">
                  <w:rPr>
                    <w:rFonts w:eastAsia="Times New Roman" w:cs="Times New Roman"/>
                    <w:i/>
                    <w:iCs/>
                    <w:color w:val="000000"/>
                  </w:rPr>
                  <w:t xml:space="preserve">Fundamentals of vehicle </w:t>
                </w:r>
                <w:proofErr w:type="gramStart"/>
                <w:r w:rsidRPr="006C3EEB">
                  <w:rPr>
                    <w:rFonts w:eastAsia="Times New Roman" w:cs="Times New Roman"/>
                    <w:i/>
                    <w:iCs/>
                    <w:color w:val="000000"/>
                  </w:rPr>
                  <w:t>dynamics</w:t>
                </w:r>
                <w:r w:rsidRPr="006C3EEB">
                  <w:rPr>
                    <w:rFonts w:eastAsia="Times New Roman" w:cs="Times New Roman"/>
                    <w:color w:val="000000"/>
                  </w:rPr>
                  <w:t> :</w:t>
                </w:r>
                <w:proofErr w:type="gramEnd"/>
                <w:r w:rsidRPr="006C3EEB">
                  <w:rPr>
                    <w:rFonts w:eastAsia="Times New Roman" w:cs="Times New Roman"/>
                    <w:color w:val="000000"/>
                  </w:rPr>
                  <w:t xml:space="preserve"> SAE international, 2021</w:t>
                </w:r>
              </w:p>
              <w:p w14:paraId="4B92B8F7" w14:textId="3002378D" w:rsidR="006C3EEB" w:rsidRPr="006C3EEB" w:rsidRDefault="006C3EEB" w:rsidP="00BA606A">
                <w:pPr>
                  <w:autoSpaceDE w:val="0"/>
                  <w:autoSpaceDN w:val="0"/>
                  <w:rPr>
                    <w:rFonts w:eastAsia="Times New Roman" w:cs="Times New Roman"/>
                    <w:color w:val="000000"/>
                  </w:rPr>
                </w:pPr>
              </w:p>
            </w:tc>
          </w:tr>
          <w:tr w:rsidR="00BA606A" w14:paraId="0FEBFFF9" w14:textId="77777777" w:rsidTr="00920D68">
            <w:trPr>
              <w:divId w:val="100032760"/>
            </w:trPr>
            <w:tc>
              <w:tcPr>
                <w:tcW w:w="1645" w:type="dxa"/>
              </w:tcPr>
              <w:p w14:paraId="53912E47" w14:textId="24220D46" w:rsidR="00BA606A" w:rsidRPr="00BA606A" w:rsidRDefault="00BA606A">
                <w:pPr>
                  <w:autoSpaceDE w:val="0"/>
                  <w:autoSpaceDN w:val="0"/>
                  <w:rPr>
                    <w:rFonts w:eastAsia="Times New Roman" w:cs="Times New Roman"/>
                    <w:color w:val="000000"/>
                  </w:rPr>
                </w:pPr>
                <w:r w:rsidRPr="00BA606A">
                  <w:rPr>
                    <w:rFonts w:eastAsia="Times New Roman" w:cs="Times New Roman"/>
                    <w:color w:val="000000"/>
                  </w:rPr>
                  <w:t>[G</w:t>
                </w:r>
                <w:r w:rsidR="00240BA7">
                  <w:rPr>
                    <w:rFonts w:eastAsia="Times New Roman" w:cs="Times New Roman"/>
                    <w:color w:val="000000"/>
                  </w:rPr>
                  <w:t>OO</w:t>
                </w:r>
                <w:r w:rsidRPr="00BA606A">
                  <w:rPr>
                    <w:rFonts w:eastAsia="Times New Roman" w:cs="Times New Roman"/>
                    <w:color w:val="000000"/>
                  </w:rPr>
                  <w:t>16]</w:t>
                </w:r>
              </w:p>
            </w:tc>
            <w:tc>
              <w:tcPr>
                <w:tcW w:w="6776" w:type="dxa"/>
              </w:tcPr>
              <w:p w14:paraId="03A945EB" w14:textId="10D3A177" w:rsidR="00BA606A" w:rsidRPr="006C3EEB" w:rsidRDefault="00BA606A" w:rsidP="006C3EEB">
                <w:pPr>
                  <w:autoSpaceDE w:val="0"/>
                  <w:autoSpaceDN w:val="0"/>
                  <w:ind w:firstLine="16"/>
                  <w:rPr>
                    <w:rFonts w:eastAsia="Times New Roman" w:cs="Times New Roman"/>
                    <w:color w:val="000000"/>
                  </w:rPr>
                </w:pPr>
                <w:r w:rsidRPr="006C3EEB">
                  <w:rPr>
                    <w:rFonts w:eastAsia="Times New Roman" w:cs="Times New Roman"/>
                    <w:color w:val="000000"/>
                  </w:rPr>
                  <w:t>Goodfellow, Ian: Deep learning, MIT press (2016)</w:t>
                </w:r>
              </w:p>
            </w:tc>
          </w:tr>
          <w:tr w:rsidR="00BA606A" w14:paraId="77CAE9FD" w14:textId="77777777" w:rsidTr="00920D68">
            <w:trPr>
              <w:divId w:val="100032760"/>
            </w:trPr>
            <w:tc>
              <w:tcPr>
                <w:tcW w:w="1645" w:type="dxa"/>
              </w:tcPr>
              <w:p w14:paraId="6BC79E63" w14:textId="765E702A" w:rsidR="00BA606A" w:rsidRPr="00BA606A" w:rsidRDefault="00BA606A">
                <w:pPr>
                  <w:autoSpaceDE w:val="0"/>
                  <w:autoSpaceDN w:val="0"/>
                  <w:rPr>
                    <w:rFonts w:eastAsia="Times New Roman" w:cs="Times New Roman"/>
                    <w:color w:val="000000"/>
                  </w:rPr>
                </w:pPr>
              </w:p>
            </w:tc>
            <w:tc>
              <w:tcPr>
                <w:tcW w:w="6776" w:type="dxa"/>
              </w:tcPr>
              <w:p w14:paraId="64143F3D" w14:textId="77777777" w:rsidR="00BA606A" w:rsidRPr="006C3EEB" w:rsidRDefault="00BA606A" w:rsidP="006C3EEB">
                <w:pPr>
                  <w:autoSpaceDE w:val="0"/>
                  <w:autoSpaceDN w:val="0"/>
                  <w:rPr>
                    <w:rFonts w:eastAsia="Times New Roman" w:cs="Times New Roman"/>
                    <w:color w:val="000000"/>
                  </w:rPr>
                </w:pPr>
              </w:p>
            </w:tc>
          </w:tr>
          <w:tr w:rsidR="00BA606A" w14:paraId="2BB6F8AD" w14:textId="77777777" w:rsidTr="00920D68">
            <w:trPr>
              <w:divId w:val="100032760"/>
            </w:trPr>
            <w:tc>
              <w:tcPr>
                <w:tcW w:w="1645" w:type="dxa"/>
              </w:tcPr>
              <w:p w14:paraId="3E7F7F27" w14:textId="19452524" w:rsidR="00BA606A" w:rsidRPr="00BA606A" w:rsidRDefault="00BA606A">
                <w:pPr>
                  <w:autoSpaceDE w:val="0"/>
                  <w:autoSpaceDN w:val="0"/>
                  <w:rPr>
                    <w:rFonts w:eastAsia="Times New Roman" w:cs="Times New Roman"/>
                    <w:color w:val="000000"/>
                  </w:rPr>
                </w:pPr>
                <w:r w:rsidRPr="00BA606A">
                  <w:rPr>
                    <w:rFonts w:eastAsia="Times New Roman" w:cs="Times New Roman"/>
                    <w:color w:val="000000"/>
                  </w:rPr>
                  <w:t>[HM</w:t>
                </w:r>
                <w:r w:rsidR="00240BA7">
                  <w:rPr>
                    <w:rFonts w:eastAsia="Times New Roman" w:cs="Times New Roman"/>
                    <w:color w:val="000000"/>
                  </w:rPr>
                  <w:t>V</w:t>
                </w:r>
                <w:r w:rsidRPr="00BA606A">
                  <w:rPr>
                    <w:rFonts w:eastAsia="Times New Roman" w:cs="Times New Roman"/>
                    <w:color w:val="000000"/>
                  </w:rPr>
                  <w:t>18]</w:t>
                </w:r>
              </w:p>
            </w:tc>
            <w:tc>
              <w:tcPr>
                <w:tcW w:w="6776" w:type="dxa"/>
              </w:tcPr>
              <w:p w14:paraId="39769367" w14:textId="77777777" w:rsidR="00BA606A" w:rsidRPr="006C3EEB" w:rsidRDefault="00BA606A" w:rsidP="00BA606A">
                <w:pPr>
                  <w:autoSpaceDE w:val="0"/>
                  <w:autoSpaceDN w:val="0"/>
                  <w:rPr>
                    <w:rFonts w:eastAsia="Times New Roman" w:cs="Times New Roman"/>
                    <w:color w:val="000000"/>
                  </w:rPr>
                </w:pPr>
                <w:r w:rsidRPr="006C3EEB">
                  <w:rPr>
                    <w:rFonts w:eastAsia="Times New Roman" w:cs="Times New Roman"/>
                    <w:color w:val="000000"/>
                  </w:rPr>
                  <w:t xml:space="preserve">Hessel, </w:t>
                </w:r>
                <w:proofErr w:type="gramStart"/>
                <w:r w:rsidRPr="006C3EEB">
                  <w:rPr>
                    <w:rFonts w:eastAsia="Times New Roman" w:cs="Times New Roman"/>
                    <w:color w:val="000000"/>
                  </w:rPr>
                  <w:t>Matteo ;</w:t>
                </w:r>
                <w:proofErr w:type="gramEnd"/>
                <w:r w:rsidRPr="006C3EEB">
                  <w:rPr>
                    <w:rFonts w:eastAsia="Times New Roman" w:cs="Times New Roman"/>
                    <w:color w:val="000000"/>
                  </w:rPr>
                  <w:t xml:space="preserve"> </w:t>
                </w:r>
                <w:proofErr w:type="spellStart"/>
                <w:r w:rsidRPr="006C3EEB">
                  <w:rPr>
                    <w:rFonts w:eastAsia="Times New Roman" w:cs="Times New Roman"/>
                    <w:color w:val="000000"/>
                  </w:rPr>
                  <w:t>Modayil</w:t>
                </w:r>
                <w:proofErr w:type="spellEnd"/>
                <w:r w:rsidRPr="006C3EEB">
                  <w:rPr>
                    <w:rFonts w:eastAsia="Times New Roman" w:cs="Times New Roman"/>
                    <w:color w:val="000000"/>
                  </w:rPr>
                  <w:t xml:space="preserve">, Joseph ; Van Hasselt, </w:t>
                </w:r>
                <w:proofErr w:type="spellStart"/>
                <w:r w:rsidRPr="006C3EEB">
                  <w:rPr>
                    <w:rFonts w:eastAsia="Times New Roman" w:cs="Times New Roman"/>
                    <w:color w:val="000000"/>
                  </w:rPr>
                  <w:t>Hado</w:t>
                </w:r>
                <w:proofErr w:type="spellEnd"/>
                <w:r w:rsidRPr="006C3EEB">
                  <w:rPr>
                    <w:rFonts w:eastAsia="Times New Roman" w:cs="Times New Roman"/>
                    <w:color w:val="000000"/>
                  </w:rPr>
                  <w:t xml:space="preserve"> ; </w:t>
                </w:r>
                <w:proofErr w:type="spellStart"/>
                <w:r w:rsidRPr="006C3EEB">
                  <w:rPr>
                    <w:rFonts w:eastAsia="Times New Roman" w:cs="Times New Roman"/>
                    <w:color w:val="000000"/>
                  </w:rPr>
                  <w:t>Schaul</w:t>
                </w:r>
                <w:proofErr w:type="spellEnd"/>
                <w:r w:rsidRPr="006C3EEB">
                  <w:rPr>
                    <w:rFonts w:eastAsia="Times New Roman" w:cs="Times New Roman"/>
                    <w:color w:val="000000"/>
                  </w:rPr>
                  <w:t xml:space="preserve">, Tom ; </w:t>
                </w:r>
                <w:proofErr w:type="spellStart"/>
                <w:r w:rsidRPr="006C3EEB">
                  <w:rPr>
                    <w:rFonts w:eastAsia="Times New Roman" w:cs="Times New Roman"/>
                    <w:color w:val="000000"/>
                  </w:rPr>
                  <w:t>Ostrovski</w:t>
                </w:r>
                <w:proofErr w:type="spellEnd"/>
                <w:r w:rsidRPr="006C3EEB">
                  <w:rPr>
                    <w:rFonts w:eastAsia="Times New Roman" w:cs="Times New Roman"/>
                    <w:color w:val="000000"/>
                  </w:rPr>
                  <w:t xml:space="preserve">, Georg ; Dabney, Will ; Horgan, Dan ; Piot, Bilal ; u. a.: Rainbow: Combining improvements in deep reinforcement learning. In: </w:t>
                </w:r>
                <w:r w:rsidRPr="006C3EEB">
                  <w:rPr>
                    <w:rFonts w:eastAsia="Times New Roman" w:cs="Times New Roman"/>
                    <w:i/>
                    <w:iCs/>
                    <w:color w:val="000000"/>
                  </w:rPr>
                  <w:t>Proceedings of the AAAI conference on artificial intelligence</w:t>
                </w:r>
                <w:r w:rsidRPr="006C3EEB">
                  <w:rPr>
                    <w:rFonts w:eastAsia="Times New Roman" w:cs="Times New Roman"/>
                    <w:color w:val="000000"/>
                  </w:rPr>
                  <w:t>. Bd. 32, 2018</w:t>
                </w:r>
              </w:p>
              <w:p w14:paraId="3C3DD8E7" w14:textId="77777777" w:rsidR="00BA606A" w:rsidRPr="006C3EEB" w:rsidRDefault="00BA606A">
                <w:pPr>
                  <w:autoSpaceDE w:val="0"/>
                  <w:autoSpaceDN w:val="0"/>
                  <w:rPr>
                    <w:rFonts w:eastAsia="Times New Roman" w:cs="Times New Roman"/>
                    <w:color w:val="000000"/>
                  </w:rPr>
                </w:pPr>
              </w:p>
            </w:tc>
          </w:tr>
          <w:tr w:rsidR="00B43F8C" w14:paraId="07CC0613" w14:textId="77777777" w:rsidTr="00920D68">
            <w:trPr>
              <w:divId w:val="100032760"/>
            </w:trPr>
            <w:tc>
              <w:tcPr>
                <w:tcW w:w="1645" w:type="dxa"/>
              </w:tcPr>
              <w:p w14:paraId="06FF5366" w14:textId="69D6E7C0" w:rsidR="00B43F8C" w:rsidRPr="00A8173A" w:rsidRDefault="00B43F8C">
                <w:pPr>
                  <w:autoSpaceDE w:val="0"/>
                  <w:autoSpaceDN w:val="0"/>
                  <w:rPr>
                    <w:rFonts w:eastAsia="Times New Roman" w:cs="Times New Roman"/>
                    <w:color w:val="000000"/>
                  </w:rPr>
                </w:pPr>
                <w:r w:rsidRPr="00A8173A">
                  <w:rPr>
                    <w:rFonts w:eastAsia="Times New Roman" w:cs="Times New Roman"/>
                    <w:color w:val="000000"/>
                  </w:rPr>
                  <w:lastRenderedPageBreak/>
                  <w:t>[ISO07]</w:t>
                </w:r>
              </w:p>
            </w:tc>
            <w:tc>
              <w:tcPr>
                <w:tcW w:w="6776" w:type="dxa"/>
              </w:tcPr>
              <w:p w14:paraId="28E9F45A" w14:textId="77777777" w:rsidR="00B43F8C" w:rsidRPr="00A8173A" w:rsidRDefault="00B43F8C" w:rsidP="00BA606A">
                <w:pPr>
                  <w:autoSpaceDE w:val="0"/>
                  <w:autoSpaceDN w:val="0"/>
                  <w:rPr>
                    <w:rFonts w:eastAsia="Times New Roman" w:cs="Times New Roman"/>
                    <w:color w:val="000000"/>
                  </w:rPr>
                </w:pPr>
                <w:r w:rsidRPr="00A8173A">
                  <w:rPr>
                    <w:rFonts w:eastAsia="Times New Roman" w:cs="Times New Roman"/>
                    <w:color w:val="000000"/>
                  </w:rPr>
                  <w:t xml:space="preserve">International Organization for Standardization: ISO 17361:2007 Intelligent transport systems — Lane departure warning systems — Performance requirements and test procedures. Geneva, </w:t>
                </w:r>
                <w:proofErr w:type="gramStart"/>
                <w:r w:rsidRPr="00A8173A">
                  <w:rPr>
                    <w:rFonts w:eastAsia="Times New Roman" w:cs="Times New Roman"/>
                    <w:color w:val="000000"/>
                  </w:rPr>
                  <w:t>Switzerland :</w:t>
                </w:r>
                <w:proofErr w:type="gramEnd"/>
                <w:r w:rsidRPr="00A8173A">
                  <w:rPr>
                    <w:rFonts w:eastAsia="Times New Roman" w:cs="Times New Roman"/>
                    <w:color w:val="000000"/>
                  </w:rPr>
                  <w:t xml:space="preserve"> International Organization for Standardization (2007)</w:t>
                </w:r>
              </w:p>
              <w:p w14:paraId="0C2F25DB" w14:textId="3725D682" w:rsidR="00B43F8C" w:rsidRPr="00A8173A" w:rsidRDefault="00B43F8C" w:rsidP="00BA606A">
                <w:pPr>
                  <w:autoSpaceDE w:val="0"/>
                  <w:autoSpaceDN w:val="0"/>
                  <w:rPr>
                    <w:rFonts w:eastAsia="Times New Roman" w:cs="Times New Roman"/>
                    <w:color w:val="000000"/>
                  </w:rPr>
                </w:pPr>
              </w:p>
            </w:tc>
          </w:tr>
          <w:tr w:rsidR="006C3EEB" w14:paraId="426D9447" w14:textId="77777777" w:rsidTr="00920D68">
            <w:trPr>
              <w:divId w:val="100032760"/>
            </w:trPr>
            <w:tc>
              <w:tcPr>
                <w:tcW w:w="1645" w:type="dxa"/>
              </w:tcPr>
              <w:p w14:paraId="3E567AFA" w14:textId="18B11EE0" w:rsidR="006C3EEB" w:rsidRPr="00A8173A" w:rsidRDefault="006C3EEB">
                <w:pPr>
                  <w:autoSpaceDE w:val="0"/>
                  <w:autoSpaceDN w:val="0"/>
                  <w:rPr>
                    <w:rFonts w:eastAsia="Times New Roman" w:cs="Times New Roman"/>
                    <w:color w:val="000000"/>
                  </w:rPr>
                </w:pPr>
                <w:r w:rsidRPr="00A8173A">
                  <w:rPr>
                    <w:rFonts w:eastAsia="Times New Roman" w:cs="Times New Roman"/>
                    <w:color w:val="000000"/>
                  </w:rPr>
                  <w:t>[KHA26]</w:t>
                </w:r>
              </w:p>
            </w:tc>
            <w:tc>
              <w:tcPr>
                <w:tcW w:w="6776" w:type="dxa"/>
              </w:tcPr>
              <w:p w14:paraId="3E0D8ADF" w14:textId="77777777" w:rsidR="006C3EEB" w:rsidRPr="00A8173A" w:rsidRDefault="006C3EEB" w:rsidP="00BA606A">
                <w:pPr>
                  <w:autoSpaceDE w:val="0"/>
                  <w:autoSpaceDN w:val="0"/>
                  <w:rPr>
                    <w:rFonts w:eastAsia="Times New Roman" w:cs="Times New Roman"/>
                    <w:color w:val="000000"/>
                  </w:rPr>
                </w:pPr>
                <w:r w:rsidRPr="00A8173A">
                  <w:rPr>
                    <w:rFonts w:eastAsia="Times New Roman" w:cs="Times New Roman"/>
                    <w:color w:val="000000"/>
                  </w:rPr>
                  <w:t xml:space="preserve">Khaleel, </w:t>
                </w:r>
                <w:proofErr w:type="gramStart"/>
                <w:r w:rsidRPr="00A8173A">
                  <w:rPr>
                    <w:rFonts w:eastAsia="Times New Roman" w:cs="Times New Roman"/>
                    <w:color w:val="000000"/>
                  </w:rPr>
                  <w:t>Ammar ;</w:t>
                </w:r>
                <w:proofErr w:type="gramEnd"/>
                <w:r w:rsidRPr="00A8173A">
                  <w:rPr>
                    <w:rFonts w:eastAsia="Times New Roman" w:cs="Times New Roman"/>
                    <w:color w:val="000000"/>
                  </w:rPr>
                  <w:t xml:space="preserve"> </w:t>
                </w:r>
                <w:proofErr w:type="spellStart"/>
                <w:r w:rsidRPr="00A8173A">
                  <w:rPr>
                    <w:rFonts w:eastAsia="Times New Roman" w:cs="Times New Roman"/>
                    <w:color w:val="000000"/>
                  </w:rPr>
                  <w:t>Ballagi</w:t>
                </w:r>
                <w:proofErr w:type="spellEnd"/>
                <w:r w:rsidRPr="00A8173A">
                  <w:rPr>
                    <w:rFonts w:eastAsia="Times New Roman" w:cs="Times New Roman"/>
                    <w:color w:val="000000"/>
                  </w:rPr>
                  <w:t xml:space="preserve">, </w:t>
                </w:r>
                <w:proofErr w:type="spellStart"/>
                <w:r w:rsidRPr="00A8173A">
                  <w:rPr>
                    <w:rFonts w:eastAsia="Times New Roman" w:cs="Times New Roman"/>
                    <w:color w:val="000000"/>
                  </w:rPr>
                  <w:t>Áron</w:t>
                </w:r>
                <w:proofErr w:type="spellEnd"/>
                <w:r w:rsidRPr="00A8173A">
                  <w:rPr>
                    <w:rFonts w:eastAsia="Times New Roman" w:cs="Times New Roman"/>
                    <w:color w:val="000000"/>
                  </w:rPr>
                  <w:t>: Reinforcement Learning for Lane-Changing Decision Making in Autonomous Vehicles: A Survey. In: Smart Cities Bd. 9 (2026), Nr. 1, S. 9</w:t>
                </w:r>
              </w:p>
              <w:p w14:paraId="16B89660" w14:textId="59A0616C" w:rsidR="006C3EEB" w:rsidRPr="00A8173A" w:rsidRDefault="006C3EEB" w:rsidP="00BA606A">
                <w:pPr>
                  <w:autoSpaceDE w:val="0"/>
                  <w:autoSpaceDN w:val="0"/>
                  <w:rPr>
                    <w:rFonts w:eastAsia="Times New Roman" w:cs="Times New Roman"/>
                    <w:color w:val="000000"/>
                  </w:rPr>
                </w:pPr>
              </w:p>
            </w:tc>
          </w:tr>
          <w:tr w:rsidR="00BA606A" w14:paraId="535E2DC6" w14:textId="77777777" w:rsidTr="00920D68">
            <w:trPr>
              <w:divId w:val="100032760"/>
            </w:trPr>
            <w:tc>
              <w:tcPr>
                <w:tcW w:w="1645" w:type="dxa"/>
              </w:tcPr>
              <w:p w14:paraId="181F59B3" w14:textId="35D722FD" w:rsidR="00BA606A" w:rsidRPr="00A8173A" w:rsidRDefault="00BA606A">
                <w:pPr>
                  <w:autoSpaceDE w:val="0"/>
                  <w:autoSpaceDN w:val="0"/>
                  <w:rPr>
                    <w:rFonts w:eastAsia="Times New Roman" w:cs="Times New Roman"/>
                    <w:color w:val="000000"/>
                  </w:rPr>
                </w:pPr>
                <w:r w:rsidRPr="00A8173A">
                  <w:rPr>
                    <w:rFonts w:eastAsia="Times New Roman" w:cs="Times New Roman"/>
                    <w:color w:val="000000"/>
                  </w:rPr>
                  <w:t>[KHJ19]</w:t>
                </w:r>
              </w:p>
            </w:tc>
            <w:tc>
              <w:tcPr>
                <w:tcW w:w="6776" w:type="dxa"/>
              </w:tcPr>
              <w:p w14:paraId="451600D6" w14:textId="77777777" w:rsidR="00BA606A" w:rsidRDefault="00BA606A" w:rsidP="00BA606A">
                <w:pPr>
                  <w:autoSpaceDE w:val="0"/>
                  <w:autoSpaceDN w:val="0"/>
                  <w:rPr>
                    <w:rFonts w:eastAsia="Times New Roman" w:cs="Times New Roman"/>
                    <w:color w:val="000000"/>
                  </w:rPr>
                </w:pPr>
                <w:r w:rsidRPr="00A8173A">
                  <w:rPr>
                    <w:rFonts w:eastAsia="Times New Roman" w:cs="Times New Roman"/>
                    <w:color w:val="000000"/>
                  </w:rPr>
                  <w:t xml:space="preserve">Kendall, </w:t>
                </w:r>
                <w:proofErr w:type="gramStart"/>
                <w:r w:rsidRPr="00A8173A">
                  <w:rPr>
                    <w:rFonts w:eastAsia="Times New Roman" w:cs="Times New Roman"/>
                    <w:color w:val="000000"/>
                  </w:rPr>
                  <w:t>Alex ;</w:t>
                </w:r>
                <w:proofErr w:type="gramEnd"/>
                <w:r w:rsidRPr="00A8173A">
                  <w:rPr>
                    <w:rFonts w:eastAsia="Times New Roman" w:cs="Times New Roman"/>
                    <w:color w:val="000000"/>
                  </w:rPr>
                  <w:t xml:space="preserve"> Hawke, Jeffrey ; </w:t>
                </w:r>
                <w:proofErr w:type="spellStart"/>
                <w:r w:rsidRPr="00A8173A">
                  <w:rPr>
                    <w:rFonts w:eastAsia="Times New Roman" w:cs="Times New Roman"/>
                    <w:color w:val="000000"/>
                  </w:rPr>
                  <w:t>Janz</w:t>
                </w:r>
                <w:proofErr w:type="spellEnd"/>
                <w:r w:rsidRPr="00A8173A">
                  <w:rPr>
                    <w:rFonts w:eastAsia="Times New Roman" w:cs="Times New Roman"/>
                    <w:color w:val="000000"/>
                  </w:rPr>
                  <w:t xml:space="preserve">, David ; Mazur, </w:t>
                </w:r>
                <w:proofErr w:type="spellStart"/>
                <w:r w:rsidRPr="00A8173A">
                  <w:rPr>
                    <w:rFonts w:eastAsia="Times New Roman" w:cs="Times New Roman"/>
                    <w:color w:val="000000"/>
                  </w:rPr>
                  <w:t>Przemyslaw</w:t>
                </w:r>
                <w:proofErr w:type="spellEnd"/>
                <w:r w:rsidRPr="00A8173A">
                  <w:rPr>
                    <w:rFonts w:eastAsia="Times New Roman" w:cs="Times New Roman"/>
                    <w:color w:val="000000"/>
                  </w:rPr>
                  <w:t xml:space="preserve"> ; Reda, Daniele ; Allen, John-Mark ; Lam, Vinh-Dieu ; Bewley, Alex ; u. a.: Learning to drive in a day. In: </w:t>
                </w:r>
                <w:r w:rsidRPr="00A8173A">
                  <w:rPr>
                    <w:rFonts w:eastAsia="Times New Roman" w:cs="Times New Roman"/>
                    <w:i/>
                    <w:iCs/>
                    <w:color w:val="000000"/>
                  </w:rPr>
                  <w:t>2019 international conference on robotics and automation (ICRA)</w:t>
                </w:r>
                <w:r w:rsidRPr="00A8173A">
                  <w:rPr>
                    <w:rFonts w:eastAsia="Times New Roman" w:cs="Times New Roman"/>
                    <w:color w:val="000000"/>
                  </w:rPr>
                  <w:t>, 2019, S. 8248–8254</w:t>
                </w:r>
              </w:p>
              <w:p w14:paraId="05C0E001" w14:textId="6247D979" w:rsidR="00A8173A" w:rsidRPr="00A8173A" w:rsidRDefault="00A8173A" w:rsidP="00BA606A">
                <w:pPr>
                  <w:autoSpaceDE w:val="0"/>
                  <w:autoSpaceDN w:val="0"/>
                  <w:rPr>
                    <w:rFonts w:eastAsia="Times New Roman" w:cs="Times New Roman"/>
                    <w:color w:val="000000"/>
                  </w:rPr>
                </w:pPr>
              </w:p>
            </w:tc>
          </w:tr>
          <w:tr w:rsidR="00BA606A" w14:paraId="416AE427" w14:textId="77777777" w:rsidTr="00920D68">
            <w:trPr>
              <w:divId w:val="100032760"/>
            </w:trPr>
            <w:tc>
              <w:tcPr>
                <w:tcW w:w="1645" w:type="dxa"/>
              </w:tcPr>
              <w:p w14:paraId="5F0EF399" w14:textId="0667207F" w:rsidR="00BA606A" w:rsidRPr="00BA606A" w:rsidRDefault="00BA606A">
                <w:pPr>
                  <w:autoSpaceDE w:val="0"/>
                  <w:autoSpaceDN w:val="0"/>
                  <w:rPr>
                    <w:rFonts w:eastAsia="Times New Roman" w:cs="Times New Roman"/>
                    <w:color w:val="000000"/>
                  </w:rPr>
                </w:pPr>
                <w:r w:rsidRPr="00BA606A">
                  <w:rPr>
                    <w:rFonts w:eastAsia="Times New Roman" w:cs="Times New Roman"/>
                    <w:color w:val="000000"/>
                  </w:rPr>
                  <w:t>[LBB98]</w:t>
                </w:r>
              </w:p>
            </w:tc>
            <w:tc>
              <w:tcPr>
                <w:tcW w:w="6776" w:type="dxa"/>
              </w:tcPr>
              <w:p w14:paraId="7717F752" w14:textId="77777777" w:rsidR="00BA606A" w:rsidRPr="006C3EEB" w:rsidRDefault="00BA606A" w:rsidP="00BA606A">
                <w:pPr>
                  <w:autoSpaceDE w:val="0"/>
                  <w:autoSpaceDN w:val="0"/>
                  <w:rPr>
                    <w:rFonts w:eastAsia="Times New Roman" w:cs="Times New Roman"/>
                    <w:color w:val="000000"/>
                  </w:rPr>
                </w:pPr>
                <w:r w:rsidRPr="006C3EEB">
                  <w:rPr>
                    <w:rFonts w:eastAsia="Times New Roman" w:cs="Times New Roman"/>
                    <w:color w:val="000000"/>
                  </w:rPr>
                  <w:t xml:space="preserve">LeCun, </w:t>
                </w:r>
                <w:proofErr w:type="gramStart"/>
                <w:r w:rsidRPr="006C3EEB">
                  <w:rPr>
                    <w:rFonts w:eastAsia="Times New Roman" w:cs="Times New Roman"/>
                    <w:color w:val="000000"/>
                  </w:rPr>
                  <w:t>Yann ;</w:t>
                </w:r>
                <w:proofErr w:type="gramEnd"/>
                <w:r w:rsidRPr="006C3EEB">
                  <w:rPr>
                    <w:rFonts w:eastAsia="Times New Roman" w:cs="Times New Roman"/>
                    <w:color w:val="000000"/>
                  </w:rPr>
                  <w:t xml:space="preserve"> </w:t>
                </w:r>
                <w:proofErr w:type="spellStart"/>
                <w:r w:rsidRPr="006C3EEB">
                  <w:rPr>
                    <w:rFonts w:eastAsia="Times New Roman" w:cs="Times New Roman"/>
                    <w:color w:val="000000"/>
                  </w:rPr>
                  <w:t>Bottou</w:t>
                </w:r>
                <w:proofErr w:type="spellEnd"/>
                <w:r w:rsidRPr="006C3EEB">
                  <w:rPr>
                    <w:rFonts w:eastAsia="Times New Roman" w:cs="Times New Roman"/>
                    <w:color w:val="000000"/>
                  </w:rPr>
                  <w:t xml:space="preserve">, Léon ; Bengio, Yoshua ; Haffner, Patrick: Gradient-based learning applied to document recognition. In: </w:t>
                </w:r>
                <w:r w:rsidRPr="006C3EEB">
                  <w:rPr>
                    <w:rFonts w:eastAsia="Times New Roman" w:cs="Times New Roman"/>
                    <w:i/>
                    <w:iCs/>
                    <w:color w:val="000000"/>
                  </w:rPr>
                  <w:t>Proceedings of the IEEE</w:t>
                </w:r>
                <w:r w:rsidRPr="006C3EEB">
                  <w:rPr>
                    <w:rFonts w:eastAsia="Times New Roman" w:cs="Times New Roman"/>
                    <w:color w:val="000000"/>
                  </w:rPr>
                  <w:t xml:space="preserve"> Bd. 86, </w:t>
                </w:r>
                <w:proofErr w:type="spellStart"/>
                <w:r w:rsidRPr="006C3EEB">
                  <w:rPr>
                    <w:rFonts w:eastAsia="Times New Roman" w:cs="Times New Roman"/>
                    <w:color w:val="000000"/>
                  </w:rPr>
                  <w:t>Ieee</w:t>
                </w:r>
                <w:proofErr w:type="spellEnd"/>
                <w:r w:rsidRPr="006C3EEB">
                  <w:rPr>
                    <w:rFonts w:eastAsia="Times New Roman" w:cs="Times New Roman"/>
                    <w:color w:val="000000"/>
                  </w:rPr>
                  <w:t xml:space="preserve"> (1998), Nr. 11, S. 2278–2324</w:t>
                </w:r>
              </w:p>
              <w:p w14:paraId="5BA41949" w14:textId="77777777" w:rsidR="00BA606A" w:rsidRPr="006C3EEB" w:rsidRDefault="00BA606A" w:rsidP="00BA606A">
                <w:pPr>
                  <w:autoSpaceDE w:val="0"/>
                  <w:autoSpaceDN w:val="0"/>
                  <w:rPr>
                    <w:rFonts w:eastAsia="Times New Roman" w:cs="Times New Roman"/>
                    <w:color w:val="000000"/>
                  </w:rPr>
                </w:pPr>
              </w:p>
            </w:tc>
          </w:tr>
          <w:tr w:rsidR="00BA606A" w14:paraId="57AB855F" w14:textId="77777777" w:rsidTr="00920D68">
            <w:trPr>
              <w:divId w:val="100032760"/>
            </w:trPr>
            <w:tc>
              <w:tcPr>
                <w:tcW w:w="1645" w:type="dxa"/>
              </w:tcPr>
              <w:p w14:paraId="3CBF95D1" w14:textId="68317441" w:rsidR="00BA606A" w:rsidRPr="00BA606A" w:rsidRDefault="00BA606A">
                <w:pPr>
                  <w:autoSpaceDE w:val="0"/>
                  <w:autoSpaceDN w:val="0"/>
                  <w:rPr>
                    <w:rFonts w:eastAsia="Times New Roman" w:cs="Times New Roman"/>
                    <w:color w:val="000000"/>
                  </w:rPr>
                </w:pPr>
                <w:r w:rsidRPr="00BA606A">
                  <w:rPr>
                    <w:rFonts w:eastAsia="Times New Roman" w:cs="Times New Roman"/>
                    <w:color w:val="000000"/>
                  </w:rPr>
                  <w:t>[M</w:t>
                </w:r>
                <w:r w:rsidR="00240BA7">
                  <w:rPr>
                    <w:rFonts w:eastAsia="Times New Roman" w:cs="Times New Roman"/>
                    <w:color w:val="000000"/>
                  </w:rPr>
                  <w:t>A</w:t>
                </w:r>
                <w:r w:rsidRPr="00BA606A">
                  <w:rPr>
                    <w:rFonts w:eastAsia="Times New Roman" w:cs="Times New Roman"/>
                    <w:color w:val="000000"/>
                  </w:rPr>
                  <w:t>S24]</w:t>
                </w:r>
              </w:p>
            </w:tc>
            <w:tc>
              <w:tcPr>
                <w:tcW w:w="6776" w:type="dxa"/>
              </w:tcPr>
              <w:p w14:paraId="21D8604A" w14:textId="77777777" w:rsidR="00BA606A" w:rsidRPr="006C3EEB" w:rsidRDefault="00BA606A" w:rsidP="00BA606A">
                <w:pPr>
                  <w:autoSpaceDE w:val="0"/>
                  <w:autoSpaceDN w:val="0"/>
                  <w:rPr>
                    <w:rFonts w:eastAsia="Times New Roman" w:cs="Times New Roman"/>
                    <w:color w:val="000000"/>
                  </w:rPr>
                </w:pPr>
                <w:proofErr w:type="spellStart"/>
                <w:r w:rsidRPr="006C3EEB">
                  <w:rPr>
                    <w:rFonts w:eastAsia="Times New Roman" w:cs="Times New Roman"/>
                    <w:color w:val="000000"/>
                  </w:rPr>
                  <w:t>Mawardi</w:t>
                </w:r>
                <w:proofErr w:type="spellEnd"/>
                <w:r w:rsidRPr="006C3EEB">
                  <w:rPr>
                    <w:rFonts w:eastAsia="Times New Roman" w:cs="Times New Roman"/>
                    <w:color w:val="000000"/>
                  </w:rPr>
                  <w:t xml:space="preserve">, </w:t>
                </w:r>
                <w:proofErr w:type="spellStart"/>
                <w:r w:rsidRPr="006C3EEB">
                  <w:rPr>
                    <w:rFonts w:eastAsia="Times New Roman" w:cs="Times New Roman"/>
                    <w:color w:val="000000"/>
                  </w:rPr>
                  <w:t>Fauzan</w:t>
                </w:r>
                <w:proofErr w:type="spellEnd"/>
                <w:r w:rsidRPr="006C3EEB">
                  <w:rPr>
                    <w:rFonts w:eastAsia="Times New Roman" w:cs="Times New Roman"/>
                    <w:color w:val="000000"/>
                  </w:rPr>
                  <w:t xml:space="preserve"> </w:t>
                </w:r>
                <w:proofErr w:type="spellStart"/>
                <w:proofErr w:type="gramStart"/>
                <w:r w:rsidRPr="006C3EEB">
                  <w:rPr>
                    <w:rFonts w:eastAsia="Times New Roman" w:cs="Times New Roman"/>
                    <w:color w:val="000000"/>
                  </w:rPr>
                  <w:t>Nursalma</w:t>
                </w:r>
                <w:proofErr w:type="spellEnd"/>
                <w:r w:rsidRPr="006C3EEB">
                  <w:rPr>
                    <w:rFonts w:eastAsia="Times New Roman" w:cs="Times New Roman"/>
                    <w:color w:val="000000"/>
                  </w:rPr>
                  <w:t xml:space="preserve"> ;</w:t>
                </w:r>
                <w:proofErr w:type="gramEnd"/>
                <w:r w:rsidRPr="006C3EEB">
                  <w:rPr>
                    <w:rFonts w:eastAsia="Times New Roman" w:cs="Times New Roman"/>
                    <w:color w:val="000000"/>
                  </w:rPr>
                  <w:t xml:space="preserve"> </w:t>
                </w:r>
                <w:proofErr w:type="spellStart"/>
                <w:r w:rsidRPr="006C3EEB">
                  <w:rPr>
                    <w:rFonts w:eastAsia="Times New Roman" w:cs="Times New Roman"/>
                    <w:color w:val="000000"/>
                  </w:rPr>
                  <w:t>Supeno</w:t>
                </w:r>
                <w:proofErr w:type="spellEnd"/>
                <w:r w:rsidRPr="006C3EEB">
                  <w:rPr>
                    <w:rFonts w:eastAsia="Times New Roman" w:cs="Times New Roman"/>
                    <w:color w:val="000000"/>
                  </w:rPr>
                  <w:t xml:space="preserve">, </w:t>
                </w:r>
                <w:proofErr w:type="spellStart"/>
                <w:r w:rsidRPr="006C3EEB">
                  <w:rPr>
                    <w:rFonts w:eastAsia="Times New Roman" w:cs="Times New Roman"/>
                    <w:color w:val="000000"/>
                  </w:rPr>
                  <w:t>Handoko</w:t>
                </w:r>
                <w:proofErr w:type="spellEnd"/>
                <w:r w:rsidRPr="006C3EEB">
                  <w:rPr>
                    <w:rFonts w:eastAsia="Times New Roman" w:cs="Times New Roman"/>
                    <w:color w:val="000000"/>
                  </w:rPr>
                  <w:t xml:space="preserve">: </w:t>
                </w:r>
                <w:proofErr w:type="spellStart"/>
                <w:r w:rsidRPr="006C3EEB">
                  <w:rPr>
                    <w:rFonts w:eastAsia="Times New Roman" w:cs="Times New Roman"/>
                    <w:color w:val="000000"/>
                  </w:rPr>
                  <w:t>Penerapan</w:t>
                </w:r>
                <w:proofErr w:type="spellEnd"/>
                <w:r w:rsidRPr="006C3EEB">
                  <w:rPr>
                    <w:rFonts w:eastAsia="Times New Roman" w:cs="Times New Roman"/>
                    <w:color w:val="000000"/>
                  </w:rPr>
                  <w:t xml:space="preserve"> </w:t>
                </w:r>
                <w:proofErr w:type="spellStart"/>
                <w:r w:rsidRPr="006C3EEB">
                  <w:rPr>
                    <w:rFonts w:eastAsia="Times New Roman" w:cs="Times New Roman"/>
                    <w:color w:val="000000"/>
                  </w:rPr>
                  <w:t>Sistem</w:t>
                </w:r>
                <w:proofErr w:type="spellEnd"/>
                <w:r w:rsidRPr="006C3EEB">
                  <w:rPr>
                    <w:rFonts w:eastAsia="Times New Roman" w:cs="Times New Roman"/>
                    <w:color w:val="000000"/>
                  </w:rPr>
                  <w:t xml:space="preserve"> Automatic Emergency Braking Pada </w:t>
                </w:r>
                <w:proofErr w:type="spellStart"/>
                <w:r w:rsidRPr="006C3EEB">
                  <w:rPr>
                    <w:rFonts w:eastAsia="Times New Roman" w:cs="Times New Roman"/>
                    <w:color w:val="000000"/>
                  </w:rPr>
                  <w:t>Agen</w:t>
                </w:r>
                <w:proofErr w:type="spellEnd"/>
                <w:r w:rsidRPr="006C3EEB">
                  <w:rPr>
                    <w:rFonts w:eastAsia="Times New Roman" w:cs="Times New Roman"/>
                    <w:color w:val="000000"/>
                  </w:rPr>
                  <w:t xml:space="preserve"> Autonomous Driving: </w:t>
                </w:r>
                <w:proofErr w:type="spellStart"/>
                <w:r w:rsidRPr="006C3EEB">
                  <w:rPr>
                    <w:rFonts w:eastAsia="Times New Roman" w:cs="Times New Roman"/>
                    <w:color w:val="000000"/>
                  </w:rPr>
                  <w:t>Berbasis</w:t>
                </w:r>
                <w:proofErr w:type="spellEnd"/>
                <w:r w:rsidRPr="006C3EEB">
                  <w:rPr>
                    <w:rFonts w:eastAsia="Times New Roman" w:cs="Times New Roman"/>
                    <w:color w:val="000000"/>
                  </w:rPr>
                  <w:t xml:space="preserve"> Proximal Policy Optimization. In: </w:t>
                </w:r>
                <w:r w:rsidRPr="006C3EEB">
                  <w:rPr>
                    <w:rFonts w:eastAsia="Times New Roman" w:cs="Times New Roman"/>
                    <w:i/>
                    <w:iCs/>
                    <w:color w:val="000000"/>
                  </w:rPr>
                  <w:t>JURNAL PASUNDAN INFORMATIKA</w:t>
                </w:r>
                <w:r w:rsidRPr="006C3EEB">
                  <w:rPr>
                    <w:rFonts w:eastAsia="Times New Roman" w:cs="Times New Roman"/>
                    <w:color w:val="000000"/>
                  </w:rPr>
                  <w:t xml:space="preserve"> Bd. 3 (2024), Nr. 2</w:t>
                </w:r>
              </w:p>
              <w:p w14:paraId="1CE3511D" w14:textId="77777777" w:rsidR="00BA606A" w:rsidRPr="006C3EEB" w:rsidRDefault="00BA606A" w:rsidP="00BA606A">
                <w:pPr>
                  <w:autoSpaceDE w:val="0"/>
                  <w:autoSpaceDN w:val="0"/>
                  <w:rPr>
                    <w:rFonts w:eastAsia="Times New Roman" w:cs="Times New Roman"/>
                    <w:color w:val="000000"/>
                  </w:rPr>
                </w:pPr>
              </w:p>
            </w:tc>
          </w:tr>
          <w:tr w:rsidR="00BA606A" w14:paraId="04B9A21E" w14:textId="77777777" w:rsidTr="00920D68">
            <w:trPr>
              <w:divId w:val="100032760"/>
            </w:trPr>
            <w:tc>
              <w:tcPr>
                <w:tcW w:w="1645" w:type="dxa"/>
              </w:tcPr>
              <w:p w14:paraId="6A28846C" w14:textId="44922AB9" w:rsidR="00BA606A" w:rsidRPr="00BA606A" w:rsidRDefault="00BA606A">
                <w:pPr>
                  <w:autoSpaceDE w:val="0"/>
                  <w:autoSpaceDN w:val="0"/>
                  <w:rPr>
                    <w:rFonts w:eastAsia="Times New Roman" w:cs="Times New Roman"/>
                    <w:color w:val="000000"/>
                  </w:rPr>
                </w:pPr>
                <w:r w:rsidRPr="00BA606A">
                  <w:rPr>
                    <w:rFonts w:eastAsia="Times New Roman" w:cs="Times New Roman"/>
                    <w:color w:val="000000"/>
                  </w:rPr>
                  <w:t>[M</w:t>
                </w:r>
                <w:r w:rsidR="00240BA7">
                  <w:rPr>
                    <w:rFonts w:eastAsia="Times New Roman" w:cs="Times New Roman"/>
                    <w:color w:val="000000"/>
                  </w:rPr>
                  <w:t>IC</w:t>
                </w:r>
                <w:r w:rsidRPr="00BA606A">
                  <w:rPr>
                    <w:rFonts w:eastAsia="Times New Roman" w:cs="Times New Roman"/>
                    <w:color w:val="000000"/>
                  </w:rPr>
                  <w:t>04]</w:t>
                </w:r>
              </w:p>
            </w:tc>
            <w:tc>
              <w:tcPr>
                <w:tcW w:w="6776" w:type="dxa"/>
              </w:tcPr>
              <w:p w14:paraId="2F6D0731" w14:textId="33B7587E" w:rsidR="00BA606A" w:rsidRPr="006C3EEB" w:rsidRDefault="00BA606A" w:rsidP="00BA606A">
                <w:pPr>
                  <w:autoSpaceDE w:val="0"/>
                  <w:autoSpaceDN w:val="0"/>
                  <w:rPr>
                    <w:rFonts w:eastAsia="Times New Roman" w:cs="Times New Roman"/>
                    <w:color w:val="000000"/>
                  </w:rPr>
                </w:pPr>
                <w:r w:rsidRPr="006C3EEB">
                  <w:rPr>
                    <w:rFonts w:eastAsia="Times New Roman" w:cs="Times New Roman"/>
                    <w:color w:val="000000"/>
                  </w:rPr>
                  <w:t xml:space="preserve">Michel, Olivier: </w:t>
                </w:r>
                <w:proofErr w:type="spellStart"/>
                <w:r w:rsidRPr="006C3EEB">
                  <w:rPr>
                    <w:rFonts w:eastAsia="Times New Roman" w:cs="Times New Roman"/>
                    <w:color w:val="000000"/>
                  </w:rPr>
                  <w:t>Cyberbotics</w:t>
                </w:r>
                <w:proofErr w:type="spellEnd"/>
                <w:r w:rsidRPr="006C3EEB">
                  <w:rPr>
                    <w:rFonts w:eastAsia="Times New Roman" w:cs="Times New Roman"/>
                    <w:color w:val="000000"/>
                  </w:rPr>
                  <w:t xml:space="preserve"> ltd. </w:t>
                </w:r>
                <w:proofErr w:type="spellStart"/>
                <w:r w:rsidRPr="006C3EEB">
                  <w:rPr>
                    <w:rFonts w:eastAsia="Times New Roman" w:cs="Times New Roman"/>
                    <w:color w:val="000000"/>
                  </w:rPr>
                  <w:t>webots</w:t>
                </w:r>
                <w:r w:rsidRPr="006C3EEB">
                  <w:rPr>
                    <w:rFonts w:eastAsia="Times New Roman" w:cs="Times New Roman"/>
                    <w:color w:val="000000"/>
                    <w:vertAlign w:val="superscript"/>
                  </w:rPr>
                  <w:t>TM</w:t>
                </w:r>
                <w:proofErr w:type="spellEnd"/>
                <w:r w:rsidRPr="006C3EEB">
                  <w:rPr>
                    <w:rFonts w:eastAsia="Times New Roman" w:cs="Times New Roman"/>
                    <w:color w:val="000000"/>
                  </w:rPr>
                  <w:t xml:space="preserve">: professional mobile robot simulation. In: </w:t>
                </w:r>
                <w:r w:rsidRPr="006C3EEB">
                  <w:rPr>
                    <w:rFonts w:eastAsia="Times New Roman" w:cs="Times New Roman"/>
                    <w:i/>
                    <w:iCs/>
                    <w:color w:val="000000"/>
                  </w:rPr>
                  <w:t>International Journal of Advanced Robotic Systems</w:t>
                </w:r>
                <w:r w:rsidRPr="006C3EEB">
                  <w:rPr>
                    <w:rFonts w:eastAsia="Times New Roman" w:cs="Times New Roman"/>
                    <w:color w:val="000000"/>
                  </w:rPr>
                  <w:t xml:space="preserve"> Bd. 1, SAGE Publications Sage UK: London, England (2004), Nr. 1, S. 5</w:t>
                </w:r>
              </w:p>
            </w:tc>
          </w:tr>
          <w:tr w:rsidR="00BA606A" w14:paraId="24D32307" w14:textId="77777777" w:rsidTr="00920D68">
            <w:trPr>
              <w:divId w:val="100032760"/>
            </w:trPr>
            <w:tc>
              <w:tcPr>
                <w:tcW w:w="1645" w:type="dxa"/>
              </w:tcPr>
              <w:p w14:paraId="608D1F08" w14:textId="47D60721" w:rsidR="00BA606A" w:rsidRPr="00BA606A" w:rsidRDefault="00BA606A">
                <w:pPr>
                  <w:autoSpaceDE w:val="0"/>
                  <w:autoSpaceDN w:val="0"/>
                  <w:rPr>
                    <w:rFonts w:eastAsia="Times New Roman" w:cs="Times New Roman"/>
                    <w:color w:val="000000"/>
                  </w:rPr>
                </w:pPr>
                <w:r w:rsidRPr="00BA606A">
                  <w:rPr>
                    <w:rFonts w:eastAsia="Times New Roman" w:cs="Times New Roman"/>
                    <w:color w:val="000000"/>
                  </w:rPr>
                  <w:t>[MKS15]</w:t>
                </w:r>
              </w:p>
            </w:tc>
            <w:tc>
              <w:tcPr>
                <w:tcW w:w="6776" w:type="dxa"/>
              </w:tcPr>
              <w:p w14:paraId="6B5A6331" w14:textId="77777777" w:rsidR="00BA606A" w:rsidRPr="006C3EEB" w:rsidRDefault="00BA606A" w:rsidP="00BA606A">
                <w:pPr>
                  <w:autoSpaceDE w:val="0"/>
                  <w:autoSpaceDN w:val="0"/>
                  <w:rPr>
                    <w:rFonts w:eastAsia="Times New Roman" w:cs="Times New Roman"/>
                    <w:color w:val="000000"/>
                  </w:rPr>
                </w:pPr>
                <w:proofErr w:type="spellStart"/>
                <w:r w:rsidRPr="006C3EEB">
                  <w:rPr>
                    <w:rFonts w:eastAsia="Times New Roman" w:cs="Times New Roman"/>
                    <w:color w:val="000000"/>
                  </w:rPr>
                  <w:t>Mnih</w:t>
                </w:r>
                <w:proofErr w:type="spellEnd"/>
                <w:r w:rsidRPr="006C3EEB">
                  <w:rPr>
                    <w:rFonts w:eastAsia="Times New Roman" w:cs="Times New Roman"/>
                    <w:color w:val="000000"/>
                  </w:rPr>
                  <w:t xml:space="preserve">, </w:t>
                </w:r>
                <w:proofErr w:type="gramStart"/>
                <w:r w:rsidRPr="006C3EEB">
                  <w:rPr>
                    <w:rFonts w:eastAsia="Times New Roman" w:cs="Times New Roman"/>
                    <w:color w:val="000000"/>
                  </w:rPr>
                  <w:t>Volodymyr ;</w:t>
                </w:r>
                <w:proofErr w:type="gramEnd"/>
                <w:r w:rsidRPr="006C3EEB">
                  <w:rPr>
                    <w:rFonts w:eastAsia="Times New Roman" w:cs="Times New Roman"/>
                    <w:color w:val="000000"/>
                  </w:rPr>
                  <w:t xml:space="preserve"> </w:t>
                </w:r>
                <w:proofErr w:type="spellStart"/>
                <w:r w:rsidRPr="006C3EEB">
                  <w:rPr>
                    <w:rFonts w:eastAsia="Times New Roman" w:cs="Times New Roman"/>
                    <w:color w:val="000000"/>
                  </w:rPr>
                  <w:t>Kavukcuoglu</w:t>
                </w:r>
                <w:proofErr w:type="spellEnd"/>
                <w:r w:rsidRPr="006C3EEB">
                  <w:rPr>
                    <w:rFonts w:eastAsia="Times New Roman" w:cs="Times New Roman"/>
                    <w:color w:val="000000"/>
                  </w:rPr>
                  <w:t xml:space="preserve">, </w:t>
                </w:r>
                <w:proofErr w:type="spellStart"/>
                <w:r w:rsidRPr="006C3EEB">
                  <w:rPr>
                    <w:rFonts w:eastAsia="Times New Roman" w:cs="Times New Roman"/>
                    <w:color w:val="000000"/>
                  </w:rPr>
                  <w:t>Koray</w:t>
                </w:r>
                <w:proofErr w:type="spellEnd"/>
                <w:r w:rsidRPr="006C3EEB">
                  <w:rPr>
                    <w:rFonts w:eastAsia="Times New Roman" w:cs="Times New Roman"/>
                    <w:color w:val="000000"/>
                  </w:rPr>
                  <w:t xml:space="preserve"> ; Silver, David ; </w:t>
                </w:r>
                <w:proofErr w:type="spellStart"/>
                <w:r w:rsidRPr="006C3EEB">
                  <w:rPr>
                    <w:rFonts w:eastAsia="Times New Roman" w:cs="Times New Roman"/>
                    <w:color w:val="000000"/>
                  </w:rPr>
                  <w:t>Rusu</w:t>
                </w:r>
                <w:proofErr w:type="spellEnd"/>
                <w:r w:rsidRPr="006C3EEB">
                  <w:rPr>
                    <w:rFonts w:eastAsia="Times New Roman" w:cs="Times New Roman"/>
                    <w:color w:val="000000"/>
                  </w:rPr>
                  <w:t xml:space="preserve">, Andrei A ; </w:t>
                </w:r>
                <w:proofErr w:type="spellStart"/>
                <w:r w:rsidRPr="006C3EEB">
                  <w:rPr>
                    <w:rFonts w:eastAsia="Times New Roman" w:cs="Times New Roman"/>
                    <w:color w:val="000000"/>
                  </w:rPr>
                  <w:t>Veness</w:t>
                </w:r>
                <w:proofErr w:type="spellEnd"/>
                <w:r w:rsidRPr="006C3EEB">
                  <w:rPr>
                    <w:rFonts w:eastAsia="Times New Roman" w:cs="Times New Roman"/>
                    <w:color w:val="000000"/>
                  </w:rPr>
                  <w:t xml:space="preserve">, Joel ; Bellemare, Marc G ; Graves, Alex ; </w:t>
                </w:r>
                <w:proofErr w:type="spellStart"/>
                <w:r w:rsidRPr="006C3EEB">
                  <w:rPr>
                    <w:rFonts w:eastAsia="Times New Roman" w:cs="Times New Roman"/>
                    <w:color w:val="000000"/>
                  </w:rPr>
                  <w:t>Riedmiller</w:t>
                </w:r>
                <w:proofErr w:type="spellEnd"/>
                <w:r w:rsidRPr="006C3EEB">
                  <w:rPr>
                    <w:rFonts w:eastAsia="Times New Roman" w:cs="Times New Roman"/>
                    <w:color w:val="000000"/>
                  </w:rPr>
                  <w:t xml:space="preserve">, Martin ; u. a.: Human-level control through deep reinforcement learning. In: </w:t>
                </w:r>
                <w:r w:rsidRPr="006C3EEB">
                  <w:rPr>
                    <w:rFonts w:eastAsia="Times New Roman" w:cs="Times New Roman"/>
                    <w:i/>
                    <w:iCs/>
                    <w:color w:val="000000"/>
                  </w:rPr>
                  <w:t>nature</w:t>
                </w:r>
                <w:r w:rsidRPr="006C3EEB">
                  <w:rPr>
                    <w:rFonts w:eastAsia="Times New Roman" w:cs="Times New Roman"/>
                    <w:color w:val="000000"/>
                  </w:rPr>
                  <w:t xml:space="preserve"> Bd. 518, Nature Publishing Group (2015), Nr. 7540, S. 529–533</w:t>
                </w:r>
              </w:p>
              <w:p w14:paraId="20EC5059" w14:textId="77777777" w:rsidR="00BA606A" w:rsidRPr="006C3EEB" w:rsidRDefault="00BA606A" w:rsidP="00BA606A">
                <w:pPr>
                  <w:autoSpaceDE w:val="0"/>
                  <w:autoSpaceDN w:val="0"/>
                  <w:rPr>
                    <w:rFonts w:eastAsia="Times New Roman" w:cs="Times New Roman"/>
                    <w:color w:val="000000"/>
                  </w:rPr>
                </w:pPr>
              </w:p>
            </w:tc>
          </w:tr>
          <w:tr w:rsidR="00BA606A" w14:paraId="09BDFD96" w14:textId="77777777" w:rsidTr="00920D68">
            <w:trPr>
              <w:divId w:val="100032760"/>
            </w:trPr>
            <w:tc>
              <w:tcPr>
                <w:tcW w:w="1645" w:type="dxa"/>
              </w:tcPr>
              <w:p w14:paraId="52F37BF7" w14:textId="357C40C2" w:rsidR="00BA606A" w:rsidRPr="00BA606A" w:rsidRDefault="00BA606A">
                <w:pPr>
                  <w:autoSpaceDE w:val="0"/>
                  <w:autoSpaceDN w:val="0"/>
                  <w:rPr>
                    <w:rFonts w:eastAsia="Times New Roman" w:cs="Times New Roman"/>
                    <w:color w:val="000000"/>
                  </w:rPr>
                </w:pPr>
                <w:r w:rsidRPr="00BA606A">
                  <w:rPr>
                    <w:rFonts w:eastAsia="Times New Roman" w:cs="Times New Roman"/>
                    <w:color w:val="000000"/>
                  </w:rPr>
                  <w:t>[PGM19]</w:t>
                </w:r>
              </w:p>
            </w:tc>
            <w:tc>
              <w:tcPr>
                <w:tcW w:w="6776" w:type="dxa"/>
              </w:tcPr>
              <w:p w14:paraId="00D43881" w14:textId="77777777" w:rsidR="00BA606A" w:rsidRPr="006C3EEB" w:rsidRDefault="00BA606A" w:rsidP="00BA606A">
                <w:pPr>
                  <w:autoSpaceDE w:val="0"/>
                  <w:autoSpaceDN w:val="0"/>
                  <w:rPr>
                    <w:rFonts w:eastAsia="Times New Roman" w:cs="Times New Roman"/>
                    <w:color w:val="000000"/>
                  </w:rPr>
                </w:pPr>
                <w:proofErr w:type="spellStart"/>
                <w:r w:rsidRPr="006C3EEB">
                  <w:rPr>
                    <w:rFonts w:eastAsia="Times New Roman" w:cs="Times New Roman"/>
                    <w:color w:val="000000"/>
                  </w:rPr>
                  <w:t>Paszke</w:t>
                </w:r>
                <w:proofErr w:type="spellEnd"/>
                <w:r w:rsidRPr="006C3EEB">
                  <w:rPr>
                    <w:rFonts w:eastAsia="Times New Roman" w:cs="Times New Roman"/>
                    <w:color w:val="000000"/>
                  </w:rPr>
                  <w:t xml:space="preserve">, </w:t>
                </w:r>
                <w:proofErr w:type="gramStart"/>
                <w:r w:rsidRPr="006C3EEB">
                  <w:rPr>
                    <w:rFonts w:eastAsia="Times New Roman" w:cs="Times New Roman"/>
                    <w:color w:val="000000"/>
                  </w:rPr>
                  <w:t>Adam ;</w:t>
                </w:r>
                <w:proofErr w:type="gramEnd"/>
                <w:r w:rsidRPr="006C3EEB">
                  <w:rPr>
                    <w:rFonts w:eastAsia="Times New Roman" w:cs="Times New Roman"/>
                    <w:color w:val="000000"/>
                  </w:rPr>
                  <w:t xml:space="preserve"> Gross, Sam ; Massa, Francisco ; </w:t>
                </w:r>
                <w:proofErr w:type="spellStart"/>
                <w:r w:rsidRPr="006C3EEB">
                  <w:rPr>
                    <w:rFonts w:eastAsia="Times New Roman" w:cs="Times New Roman"/>
                    <w:color w:val="000000"/>
                  </w:rPr>
                  <w:t>Lerer</w:t>
                </w:r>
                <w:proofErr w:type="spellEnd"/>
                <w:r w:rsidRPr="006C3EEB">
                  <w:rPr>
                    <w:rFonts w:eastAsia="Times New Roman" w:cs="Times New Roman"/>
                    <w:color w:val="000000"/>
                  </w:rPr>
                  <w:t xml:space="preserve">, Adam ; Bradbury, James ; Chanan, Gregory ; Killeen, Trevor ; Lin, </w:t>
                </w:r>
                <w:proofErr w:type="spellStart"/>
                <w:r w:rsidRPr="006C3EEB">
                  <w:rPr>
                    <w:rFonts w:eastAsia="Times New Roman" w:cs="Times New Roman"/>
                    <w:color w:val="000000"/>
                  </w:rPr>
                  <w:t>Zeming</w:t>
                </w:r>
                <w:proofErr w:type="spellEnd"/>
                <w:r w:rsidRPr="006C3EEB">
                  <w:rPr>
                    <w:rFonts w:eastAsia="Times New Roman" w:cs="Times New Roman"/>
                    <w:color w:val="000000"/>
                  </w:rPr>
                  <w:t xml:space="preserve"> ; u. a.: </w:t>
                </w:r>
                <w:proofErr w:type="spellStart"/>
                <w:r w:rsidRPr="006C3EEB">
                  <w:rPr>
                    <w:rFonts w:eastAsia="Times New Roman" w:cs="Times New Roman"/>
                    <w:color w:val="000000"/>
                  </w:rPr>
                  <w:t>Pytorch</w:t>
                </w:r>
                <w:proofErr w:type="spellEnd"/>
                <w:r w:rsidRPr="006C3EEB">
                  <w:rPr>
                    <w:rFonts w:eastAsia="Times New Roman" w:cs="Times New Roman"/>
                    <w:color w:val="000000"/>
                  </w:rPr>
                  <w:t xml:space="preserve">: An imperative style, high-performance deep learning library. In: </w:t>
                </w:r>
                <w:r w:rsidRPr="006C3EEB">
                  <w:rPr>
                    <w:rFonts w:eastAsia="Times New Roman" w:cs="Times New Roman"/>
                    <w:i/>
                    <w:iCs/>
                    <w:color w:val="000000"/>
                  </w:rPr>
                  <w:t>Advances in neural information processing systems</w:t>
                </w:r>
                <w:r w:rsidRPr="006C3EEB">
                  <w:rPr>
                    <w:rFonts w:eastAsia="Times New Roman" w:cs="Times New Roman"/>
                    <w:color w:val="000000"/>
                  </w:rPr>
                  <w:t xml:space="preserve"> Bd. 32 (2019)</w:t>
                </w:r>
              </w:p>
              <w:p w14:paraId="61E783F3" w14:textId="77777777" w:rsidR="00BA606A" w:rsidRPr="006C3EEB" w:rsidRDefault="00BA606A" w:rsidP="00BA606A">
                <w:pPr>
                  <w:autoSpaceDE w:val="0"/>
                  <w:autoSpaceDN w:val="0"/>
                  <w:rPr>
                    <w:rFonts w:eastAsia="Times New Roman" w:cs="Times New Roman"/>
                    <w:color w:val="000000"/>
                  </w:rPr>
                </w:pPr>
              </w:p>
            </w:tc>
          </w:tr>
          <w:tr w:rsidR="00A0356C" w14:paraId="3A86DE65" w14:textId="77777777" w:rsidTr="00920D68">
            <w:trPr>
              <w:divId w:val="100032760"/>
            </w:trPr>
            <w:tc>
              <w:tcPr>
                <w:tcW w:w="1645" w:type="dxa"/>
              </w:tcPr>
              <w:p w14:paraId="7555E3F4" w14:textId="08B5BC50" w:rsidR="00A0356C" w:rsidRPr="00A8173A" w:rsidRDefault="00A0356C">
                <w:pPr>
                  <w:autoSpaceDE w:val="0"/>
                  <w:autoSpaceDN w:val="0"/>
                  <w:rPr>
                    <w:rFonts w:eastAsia="Times New Roman" w:cs="Times New Roman"/>
                    <w:color w:val="000000"/>
                  </w:rPr>
                </w:pPr>
                <w:r w:rsidRPr="00A8173A">
                  <w:rPr>
                    <w:rFonts w:eastAsia="Times New Roman" w:cs="Times New Roman"/>
                    <w:color w:val="000000"/>
                  </w:rPr>
                  <w:t>[PMH18]</w:t>
                </w:r>
              </w:p>
            </w:tc>
            <w:tc>
              <w:tcPr>
                <w:tcW w:w="6776" w:type="dxa"/>
              </w:tcPr>
              <w:p w14:paraId="5473C95B" w14:textId="77777777" w:rsidR="00A0356C" w:rsidRPr="00A8173A" w:rsidRDefault="00A0356C" w:rsidP="00A0356C">
                <w:r w:rsidRPr="00A8173A">
                  <w:t xml:space="preserve">KEMENTERIAN PERHUBUNGAN REPUBLIK INDONESIA: </w:t>
                </w:r>
                <w:proofErr w:type="spellStart"/>
                <w:r w:rsidRPr="00A8173A">
                  <w:rPr>
                    <w:i/>
                    <w:iCs/>
                  </w:rPr>
                  <w:t>Peraturan</w:t>
                </w:r>
                <w:proofErr w:type="spellEnd"/>
                <w:r w:rsidRPr="00A8173A">
                  <w:rPr>
                    <w:i/>
                    <w:iCs/>
                  </w:rPr>
                  <w:t xml:space="preserve"> Menteri </w:t>
                </w:r>
                <w:proofErr w:type="spellStart"/>
                <w:r w:rsidRPr="00A8173A">
                  <w:rPr>
                    <w:i/>
                    <w:iCs/>
                  </w:rPr>
                  <w:t>Perhubungan</w:t>
                </w:r>
                <w:proofErr w:type="spellEnd"/>
                <w:r w:rsidRPr="00A8173A">
                  <w:rPr>
                    <w:i/>
                    <w:iCs/>
                  </w:rPr>
                  <w:t xml:space="preserve"> </w:t>
                </w:r>
                <w:proofErr w:type="spellStart"/>
                <w:r w:rsidRPr="00A8173A">
                  <w:rPr>
                    <w:i/>
                    <w:iCs/>
                  </w:rPr>
                  <w:t>Republik</w:t>
                </w:r>
                <w:proofErr w:type="spellEnd"/>
                <w:r w:rsidRPr="00A8173A">
                  <w:rPr>
                    <w:i/>
                    <w:iCs/>
                  </w:rPr>
                  <w:t xml:space="preserve"> Indonesia </w:t>
                </w:r>
                <w:proofErr w:type="spellStart"/>
                <w:r w:rsidRPr="00A8173A">
                  <w:rPr>
                    <w:i/>
                    <w:iCs/>
                  </w:rPr>
                  <w:t>Nomor</w:t>
                </w:r>
                <w:proofErr w:type="spellEnd"/>
                <w:r w:rsidRPr="00A8173A">
                  <w:rPr>
                    <w:i/>
                    <w:iCs/>
                  </w:rPr>
                  <w:t xml:space="preserve"> PM 67 </w:t>
                </w:r>
                <w:proofErr w:type="spellStart"/>
                <w:r w:rsidRPr="00A8173A">
                  <w:rPr>
                    <w:i/>
                    <w:iCs/>
                  </w:rPr>
                  <w:t>Tahun</w:t>
                </w:r>
                <w:proofErr w:type="spellEnd"/>
                <w:r w:rsidRPr="00A8173A">
                  <w:rPr>
                    <w:i/>
                    <w:iCs/>
                  </w:rPr>
                  <w:t xml:space="preserve"> 2018 </w:t>
                </w:r>
                <w:proofErr w:type="spellStart"/>
                <w:r w:rsidRPr="00A8173A">
                  <w:rPr>
                    <w:i/>
                    <w:iCs/>
                  </w:rPr>
                  <w:t>tentang</w:t>
                </w:r>
                <w:proofErr w:type="spellEnd"/>
                <w:r w:rsidRPr="00A8173A">
                  <w:rPr>
                    <w:i/>
                    <w:iCs/>
                  </w:rPr>
                  <w:t xml:space="preserve"> </w:t>
                </w:r>
                <w:proofErr w:type="spellStart"/>
                <w:r w:rsidRPr="00A8173A">
                  <w:rPr>
                    <w:i/>
                    <w:iCs/>
                  </w:rPr>
                  <w:t>Perubahan</w:t>
                </w:r>
                <w:proofErr w:type="spellEnd"/>
                <w:r w:rsidRPr="00A8173A">
                  <w:rPr>
                    <w:i/>
                    <w:iCs/>
                  </w:rPr>
                  <w:t xml:space="preserve"> </w:t>
                </w:r>
                <w:proofErr w:type="spellStart"/>
                <w:r w:rsidRPr="00A8173A">
                  <w:rPr>
                    <w:i/>
                    <w:iCs/>
                  </w:rPr>
                  <w:t>atas</w:t>
                </w:r>
                <w:proofErr w:type="spellEnd"/>
                <w:r w:rsidRPr="00A8173A">
                  <w:rPr>
                    <w:i/>
                    <w:iCs/>
                  </w:rPr>
                  <w:t xml:space="preserve"> </w:t>
                </w:r>
                <w:proofErr w:type="spellStart"/>
                <w:r w:rsidRPr="00A8173A">
                  <w:rPr>
                    <w:i/>
                    <w:iCs/>
                  </w:rPr>
                  <w:t>Peraturan</w:t>
                </w:r>
                <w:proofErr w:type="spellEnd"/>
                <w:r w:rsidRPr="00A8173A">
                  <w:rPr>
                    <w:i/>
                    <w:iCs/>
                  </w:rPr>
                  <w:t xml:space="preserve"> Menteri </w:t>
                </w:r>
                <w:proofErr w:type="spellStart"/>
                <w:r w:rsidRPr="00A8173A">
                  <w:rPr>
                    <w:i/>
                    <w:iCs/>
                  </w:rPr>
                  <w:t>Perhubungan</w:t>
                </w:r>
                <w:proofErr w:type="spellEnd"/>
                <w:r w:rsidRPr="00A8173A">
                  <w:rPr>
                    <w:i/>
                    <w:iCs/>
                  </w:rPr>
                  <w:t xml:space="preserve"> </w:t>
                </w:r>
                <w:proofErr w:type="spellStart"/>
                <w:r w:rsidRPr="00A8173A">
                  <w:rPr>
                    <w:i/>
                    <w:iCs/>
                  </w:rPr>
                  <w:t>Nomor</w:t>
                </w:r>
                <w:proofErr w:type="spellEnd"/>
                <w:r w:rsidRPr="00A8173A">
                  <w:rPr>
                    <w:i/>
                    <w:iCs/>
                  </w:rPr>
                  <w:t xml:space="preserve"> PM 34 </w:t>
                </w:r>
                <w:proofErr w:type="spellStart"/>
                <w:r w:rsidRPr="00A8173A">
                  <w:rPr>
                    <w:i/>
                    <w:iCs/>
                  </w:rPr>
                  <w:t>Tahun</w:t>
                </w:r>
                <w:proofErr w:type="spellEnd"/>
                <w:r w:rsidRPr="00A8173A">
                  <w:rPr>
                    <w:i/>
                    <w:iCs/>
                  </w:rPr>
                  <w:t xml:space="preserve"> 2014 </w:t>
                </w:r>
                <w:proofErr w:type="spellStart"/>
                <w:r w:rsidRPr="00A8173A">
                  <w:rPr>
                    <w:i/>
                    <w:iCs/>
                  </w:rPr>
                  <w:t>tentang</w:t>
                </w:r>
                <w:proofErr w:type="spellEnd"/>
                <w:r w:rsidRPr="00A8173A">
                  <w:rPr>
                    <w:i/>
                    <w:iCs/>
                  </w:rPr>
                  <w:t xml:space="preserve"> </w:t>
                </w:r>
                <w:proofErr w:type="spellStart"/>
                <w:r w:rsidRPr="00A8173A">
                  <w:rPr>
                    <w:i/>
                    <w:iCs/>
                  </w:rPr>
                  <w:t>Marka</w:t>
                </w:r>
                <w:proofErr w:type="spellEnd"/>
                <w:r w:rsidRPr="00A8173A">
                  <w:rPr>
                    <w:i/>
                    <w:iCs/>
                  </w:rPr>
                  <w:t xml:space="preserve"> Jalan.</w:t>
                </w:r>
                <w:r w:rsidRPr="00A8173A">
                  <w:t xml:space="preserve"> Jakarta, 2018.</w:t>
                </w:r>
              </w:p>
              <w:p w14:paraId="7B16F376" w14:textId="7A2D207F" w:rsidR="00A0356C" w:rsidRPr="00A8173A" w:rsidRDefault="00A0356C" w:rsidP="00A0356C"/>
            </w:tc>
          </w:tr>
          <w:tr w:rsidR="00BA606A" w14:paraId="48EC1075" w14:textId="77777777" w:rsidTr="00920D68">
            <w:trPr>
              <w:divId w:val="100032760"/>
            </w:trPr>
            <w:tc>
              <w:tcPr>
                <w:tcW w:w="1645" w:type="dxa"/>
              </w:tcPr>
              <w:p w14:paraId="58B62414" w14:textId="22BC0E0D" w:rsidR="00BA606A" w:rsidRPr="00BA606A" w:rsidRDefault="00BA606A">
                <w:pPr>
                  <w:autoSpaceDE w:val="0"/>
                  <w:autoSpaceDN w:val="0"/>
                  <w:rPr>
                    <w:rFonts w:eastAsia="Times New Roman" w:cs="Times New Roman"/>
                    <w:color w:val="000000"/>
                  </w:rPr>
                </w:pPr>
                <w:r w:rsidRPr="00BA606A">
                  <w:rPr>
                    <w:rFonts w:eastAsia="Times New Roman" w:cs="Times New Roman"/>
                    <w:color w:val="000000"/>
                  </w:rPr>
                  <w:t>[P</w:t>
                </w:r>
                <w:r w:rsidR="00B60EB6">
                  <w:rPr>
                    <w:rFonts w:eastAsia="Times New Roman" w:cs="Times New Roman"/>
                    <w:color w:val="000000"/>
                  </w:rPr>
                  <w:t>OM</w:t>
                </w:r>
                <w:r w:rsidRPr="00BA606A">
                  <w:rPr>
                    <w:rFonts w:eastAsia="Times New Roman" w:cs="Times New Roman"/>
                    <w:color w:val="000000"/>
                  </w:rPr>
                  <w:t>88]</w:t>
                </w:r>
              </w:p>
            </w:tc>
            <w:tc>
              <w:tcPr>
                <w:tcW w:w="6776" w:type="dxa"/>
              </w:tcPr>
              <w:p w14:paraId="671DA9C7" w14:textId="77777777" w:rsidR="00BA606A" w:rsidRPr="006C3EEB" w:rsidRDefault="00BA606A" w:rsidP="00BA606A">
                <w:pPr>
                  <w:autoSpaceDE w:val="0"/>
                  <w:autoSpaceDN w:val="0"/>
                  <w:rPr>
                    <w:rFonts w:eastAsia="Times New Roman" w:cs="Times New Roman"/>
                    <w:color w:val="000000"/>
                  </w:rPr>
                </w:pPr>
                <w:r w:rsidRPr="006C3EEB">
                  <w:rPr>
                    <w:rFonts w:eastAsia="Times New Roman" w:cs="Times New Roman"/>
                    <w:color w:val="000000"/>
                  </w:rPr>
                  <w:t xml:space="preserve">Pomerleau, Dean A: </w:t>
                </w:r>
                <w:proofErr w:type="spellStart"/>
                <w:r w:rsidRPr="006C3EEB">
                  <w:rPr>
                    <w:rFonts w:eastAsia="Times New Roman" w:cs="Times New Roman"/>
                    <w:color w:val="000000"/>
                  </w:rPr>
                  <w:t>Alvinn</w:t>
                </w:r>
                <w:proofErr w:type="spellEnd"/>
                <w:r w:rsidRPr="006C3EEB">
                  <w:rPr>
                    <w:rFonts w:eastAsia="Times New Roman" w:cs="Times New Roman"/>
                    <w:color w:val="000000"/>
                  </w:rPr>
                  <w:t xml:space="preserve">: An autonomous land vehicle in a neural network. In: </w:t>
                </w:r>
                <w:r w:rsidRPr="006C3EEB">
                  <w:rPr>
                    <w:rFonts w:eastAsia="Times New Roman" w:cs="Times New Roman"/>
                    <w:i/>
                    <w:iCs/>
                    <w:color w:val="000000"/>
                  </w:rPr>
                  <w:t>Advances in neural information processing systems</w:t>
                </w:r>
                <w:r w:rsidRPr="006C3EEB">
                  <w:rPr>
                    <w:rFonts w:eastAsia="Times New Roman" w:cs="Times New Roman"/>
                    <w:color w:val="000000"/>
                  </w:rPr>
                  <w:t xml:space="preserve"> Bd. 1 (1988)</w:t>
                </w:r>
              </w:p>
              <w:p w14:paraId="5E930322" w14:textId="77777777" w:rsidR="00BA606A" w:rsidRPr="006C3EEB" w:rsidRDefault="00BA606A" w:rsidP="00BA606A">
                <w:pPr>
                  <w:autoSpaceDE w:val="0"/>
                  <w:autoSpaceDN w:val="0"/>
                  <w:rPr>
                    <w:rFonts w:eastAsia="Times New Roman" w:cs="Times New Roman"/>
                    <w:color w:val="000000"/>
                  </w:rPr>
                </w:pPr>
              </w:p>
            </w:tc>
          </w:tr>
          <w:tr w:rsidR="00BA606A" w14:paraId="4945153A" w14:textId="77777777" w:rsidTr="00920D68">
            <w:trPr>
              <w:divId w:val="100032760"/>
            </w:trPr>
            <w:tc>
              <w:tcPr>
                <w:tcW w:w="1645" w:type="dxa"/>
              </w:tcPr>
              <w:p w14:paraId="234041EE" w14:textId="17F4D9C1" w:rsidR="00BA606A" w:rsidRPr="00BA606A" w:rsidRDefault="00BA606A">
                <w:pPr>
                  <w:autoSpaceDE w:val="0"/>
                  <w:autoSpaceDN w:val="0"/>
                  <w:rPr>
                    <w:rFonts w:eastAsia="Times New Roman" w:cs="Times New Roman"/>
                    <w:color w:val="000000"/>
                  </w:rPr>
                </w:pPr>
                <w:r w:rsidRPr="00BA606A">
                  <w:rPr>
                    <w:rFonts w:eastAsia="Times New Roman" w:cs="Times New Roman"/>
                    <w:color w:val="000000"/>
                  </w:rPr>
                  <w:t>[P</w:t>
                </w:r>
                <w:r w:rsidR="00B60EB6">
                  <w:rPr>
                    <w:rFonts w:eastAsia="Times New Roman" w:cs="Times New Roman"/>
                    <w:color w:val="000000"/>
                  </w:rPr>
                  <w:t>US</w:t>
                </w:r>
                <w:r w:rsidRPr="00BA606A">
                  <w:rPr>
                    <w:rFonts w:eastAsia="Times New Roman" w:cs="Times New Roman"/>
                    <w:color w:val="000000"/>
                  </w:rPr>
                  <w:t>25]</w:t>
                </w:r>
              </w:p>
            </w:tc>
            <w:tc>
              <w:tcPr>
                <w:tcW w:w="6776" w:type="dxa"/>
              </w:tcPr>
              <w:p w14:paraId="732E10BD" w14:textId="5E44FD6F" w:rsidR="00BA606A" w:rsidRPr="006C3EEB" w:rsidRDefault="00BA606A" w:rsidP="00BA606A">
                <w:pPr>
                  <w:autoSpaceDE w:val="0"/>
                  <w:autoSpaceDN w:val="0"/>
                  <w:rPr>
                    <w:rFonts w:eastAsia="Times New Roman" w:cs="Times New Roman"/>
                    <w:color w:val="000000"/>
                  </w:rPr>
                </w:pPr>
                <w:r w:rsidRPr="006C3EEB">
                  <w:rPr>
                    <w:rFonts w:eastAsia="Times New Roman" w:cs="Times New Roman"/>
                    <w:color w:val="000000"/>
                  </w:rPr>
                  <w:t xml:space="preserve">Pusat </w:t>
                </w:r>
                <w:proofErr w:type="spellStart"/>
                <w:r w:rsidRPr="006C3EEB">
                  <w:rPr>
                    <w:rFonts w:eastAsia="Times New Roman" w:cs="Times New Roman"/>
                    <w:color w:val="000000"/>
                  </w:rPr>
                  <w:t>Informasi</w:t>
                </w:r>
                <w:proofErr w:type="spellEnd"/>
                <w:r w:rsidRPr="006C3EEB">
                  <w:rPr>
                    <w:rFonts w:eastAsia="Times New Roman" w:cs="Times New Roman"/>
                    <w:color w:val="000000"/>
                  </w:rPr>
                  <w:t xml:space="preserve"> </w:t>
                </w:r>
                <w:proofErr w:type="spellStart"/>
                <w:r w:rsidRPr="006C3EEB">
                  <w:rPr>
                    <w:rFonts w:eastAsia="Times New Roman" w:cs="Times New Roman"/>
                    <w:color w:val="000000"/>
                  </w:rPr>
                  <w:t>Kriminal</w:t>
                </w:r>
                <w:proofErr w:type="spellEnd"/>
                <w:r w:rsidRPr="006C3EEB">
                  <w:rPr>
                    <w:rFonts w:eastAsia="Times New Roman" w:cs="Times New Roman"/>
                    <w:color w:val="000000"/>
                  </w:rPr>
                  <w:t xml:space="preserve"> Nasional (</w:t>
                </w:r>
                <w:proofErr w:type="spellStart"/>
                <w:r w:rsidRPr="006C3EEB">
                  <w:rPr>
                    <w:rFonts w:eastAsia="Times New Roman" w:cs="Times New Roman"/>
                    <w:color w:val="000000"/>
                  </w:rPr>
                  <w:t>Pusiknas</w:t>
                </w:r>
                <w:proofErr w:type="spellEnd"/>
                <w:r w:rsidRPr="006C3EEB">
                  <w:rPr>
                    <w:rFonts w:eastAsia="Times New Roman" w:cs="Times New Roman"/>
                    <w:color w:val="000000"/>
                  </w:rPr>
                  <w:t xml:space="preserve">) </w:t>
                </w:r>
                <w:proofErr w:type="spellStart"/>
                <w:r w:rsidRPr="006C3EEB">
                  <w:rPr>
                    <w:rFonts w:eastAsia="Times New Roman" w:cs="Times New Roman"/>
                    <w:color w:val="000000"/>
                  </w:rPr>
                  <w:t>Polri</w:t>
                </w:r>
                <w:proofErr w:type="spellEnd"/>
                <w:r w:rsidRPr="006C3EEB">
                  <w:rPr>
                    <w:rFonts w:eastAsia="Times New Roman" w:cs="Times New Roman"/>
                    <w:color w:val="000000"/>
                  </w:rPr>
                  <w:t xml:space="preserve">: </w:t>
                </w:r>
                <w:r w:rsidRPr="006C3EEB">
                  <w:rPr>
                    <w:rFonts w:eastAsia="Times New Roman" w:cs="Times New Roman"/>
                    <w:i/>
                    <w:iCs/>
                    <w:color w:val="000000"/>
                  </w:rPr>
                  <w:t xml:space="preserve">Data </w:t>
                </w:r>
                <w:proofErr w:type="spellStart"/>
                <w:r w:rsidRPr="006C3EEB">
                  <w:rPr>
                    <w:rFonts w:eastAsia="Times New Roman" w:cs="Times New Roman"/>
                    <w:i/>
                    <w:iCs/>
                    <w:color w:val="000000"/>
                  </w:rPr>
                  <w:t>Laka</w:t>
                </w:r>
                <w:proofErr w:type="spellEnd"/>
                <w:r w:rsidRPr="006C3EEB">
                  <w:rPr>
                    <w:rFonts w:eastAsia="Times New Roman" w:cs="Times New Roman"/>
                    <w:i/>
                    <w:iCs/>
                    <w:color w:val="000000"/>
                  </w:rPr>
                  <w:t xml:space="preserve"> </w:t>
                </w:r>
                <w:proofErr w:type="spellStart"/>
                <w:r w:rsidRPr="006C3EEB">
                  <w:rPr>
                    <w:rFonts w:eastAsia="Times New Roman" w:cs="Times New Roman"/>
                    <w:i/>
                    <w:iCs/>
                    <w:color w:val="000000"/>
                  </w:rPr>
                  <w:t>Lantas</w:t>
                </w:r>
                <w:proofErr w:type="spellEnd"/>
                <w:r w:rsidRPr="006C3EEB">
                  <w:rPr>
                    <w:rFonts w:eastAsia="Times New Roman" w:cs="Times New Roman"/>
                    <w:i/>
                    <w:iCs/>
                    <w:color w:val="000000"/>
                  </w:rPr>
                  <w:t xml:space="preserve"> - </w:t>
                </w:r>
                <w:proofErr w:type="spellStart"/>
                <w:r w:rsidRPr="006C3EEB">
                  <w:rPr>
                    <w:rFonts w:eastAsia="Times New Roman" w:cs="Times New Roman"/>
                    <w:i/>
                    <w:iCs/>
                    <w:color w:val="000000"/>
                  </w:rPr>
                  <w:t>Truk</w:t>
                </w:r>
                <w:proofErr w:type="spellEnd"/>
                <w:r w:rsidRPr="006C3EEB">
                  <w:rPr>
                    <w:rFonts w:eastAsia="Times New Roman" w:cs="Times New Roman"/>
                    <w:i/>
                    <w:iCs/>
                    <w:color w:val="000000"/>
                  </w:rPr>
                  <w:t xml:space="preserve"> </w:t>
                </w:r>
                <w:proofErr w:type="spellStart"/>
                <w:r w:rsidRPr="006C3EEB">
                  <w:rPr>
                    <w:rFonts w:eastAsia="Times New Roman" w:cs="Times New Roman"/>
                    <w:i/>
                    <w:iCs/>
                    <w:color w:val="000000"/>
                  </w:rPr>
                  <w:t>Berat</w:t>
                </w:r>
                <w:proofErr w:type="spellEnd"/>
                <w:r w:rsidRPr="006C3EEB">
                  <w:rPr>
                    <w:rFonts w:eastAsia="Times New Roman" w:cs="Times New Roman"/>
                    <w:i/>
                    <w:iCs/>
                    <w:color w:val="000000"/>
                  </w:rPr>
                  <w:t xml:space="preserve"> / </w:t>
                </w:r>
                <w:proofErr w:type="spellStart"/>
                <w:r w:rsidRPr="006C3EEB">
                  <w:rPr>
                    <w:rFonts w:eastAsia="Times New Roman" w:cs="Times New Roman"/>
                    <w:i/>
                    <w:iCs/>
                    <w:color w:val="000000"/>
                  </w:rPr>
                  <w:t>Tronton</w:t>
                </w:r>
                <w:proofErr w:type="spellEnd"/>
                <w:r w:rsidRPr="006C3EEB">
                  <w:rPr>
                    <w:rFonts w:eastAsia="Times New Roman" w:cs="Times New Roman"/>
                    <w:i/>
                    <w:iCs/>
                    <w:color w:val="000000"/>
                  </w:rPr>
                  <w:t xml:space="preserve"> </w:t>
                </w:r>
                <w:proofErr w:type="spellStart"/>
                <w:r w:rsidRPr="006C3EEB">
                  <w:rPr>
                    <w:rFonts w:eastAsia="Times New Roman" w:cs="Times New Roman"/>
                    <w:i/>
                    <w:iCs/>
                    <w:color w:val="000000"/>
                  </w:rPr>
                  <w:t>Periode</w:t>
                </w:r>
                <w:proofErr w:type="spellEnd"/>
                <w:r w:rsidRPr="006C3EEB">
                  <w:rPr>
                    <w:rFonts w:eastAsia="Times New Roman" w:cs="Times New Roman"/>
                    <w:i/>
                    <w:iCs/>
                    <w:color w:val="000000"/>
                  </w:rPr>
                  <w:t xml:space="preserve"> 2022-2025</w:t>
                </w:r>
                <w:proofErr w:type="gramStart"/>
                <w:r w:rsidRPr="006C3EEB">
                  <w:rPr>
                    <w:rFonts w:eastAsia="Times New Roman" w:cs="Times New Roman"/>
                    <w:color w:val="000000"/>
                  </w:rPr>
                  <w:t>. .</w:t>
                </w:r>
                <w:proofErr w:type="gramEnd"/>
                <w:r w:rsidRPr="006C3EEB">
                  <w:rPr>
                    <w:rFonts w:eastAsia="Times New Roman" w:cs="Times New Roman"/>
                    <w:color w:val="000000"/>
                  </w:rPr>
                  <w:t xml:space="preserve"> — Korps Lalu Lintas </w:t>
                </w:r>
                <w:proofErr w:type="spellStart"/>
                <w:r w:rsidRPr="006C3EEB">
                  <w:rPr>
                    <w:rFonts w:eastAsia="Times New Roman" w:cs="Times New Roman"/>
                    <w:color w:val="000000"/>
                  </w:rPr>
                  <w:t>Kepolisian</w:t>
                </w:r>
                <w:proofErr w:type="spellEnd"/>
                <w:r w:rsidRPr="006C3EEB">
                  <w:rPr>
                    <w:rFonts w:eastAsia="Times New Roman" w:cs="Times New Roman"/>
                    <w:color w:val="000000"/>
                  </w:rPr>
                  <w:t xml:space="preserve"> </w:t>
                </w:r>
                <w:proofErr w:type="spellStart"/>
                <w:r w:rsidRPr="006C3EEB">
                  <w:rPr>
                    <w:rFonts w:eastAsia="Times New Roman" w:cs="Times New Roman"/>
                    <w:color w:val="000000"/>
                  </w:rPr>
                  <w:t>Republik</w:t>
                </w:r>
                <w:proofErr w:type="spellEnd"/>
                <w:r w:rsidRPr="006C3EEB">
                  <w:rPr>
                    <w:rFonts w:eastAsia="Times New Roman" w:cs="Times New Roman"/>
                    <w:color w:val="000000"/>
                  </w:rPr>
                  <w:t xml:space="preserve"> Indonesia</w:t>
                </w:r>
              </w:p>
            </w:tc>
          </w:tr>
          <w:tr w:rsidR="00BA606A" w14:paraId="75EFF6E7" w14:textId="77777777" w:rsidTr="00920D68">
            <w:trPr>
              <w:divId w:val="100032760"/>
            </w:trPr>
            <w:tc>
              <w:tcPr>
                <w:tcW w:w="1645" w:type="dxa"/>
              </w:tcPr>
              <w:p w14:paraId="7A4C2191" w14:textId="562E6C4C" w:rsidR="00BA606A" w:rsidRPr="00BA606A" w:rsidRDefault="00BA606A">
                <w:pPr>
                  <w:autoSpaceDE w:val="0"/>
                  <w:autoSpaceDN w:val="0"/>
                  <w:rPr>
                    <w:rFonts w:eastAsia="Times New Roman" w:cs="Times New Roman"/>
                    <w:color w:val="000000"/>
                  </w:rPr>
                </w:pPr>
                <w:r w:rsidRPr="00BA606A">
                  <w:rPr>
                    <w:rFonts w:eastAsia="Times New Roman" w:cs="Times New Roman"/>
                    <w:color w:val="000000"/>
                  </w:rPr>
                  <w:t>[P</w:t>
                </w:r>
                <w:r w:rsidR="00B60EB6">
                  <w:rPr>
                    <w:rFonts w:eastAsia="Times New Roman" w:cs="Times New Roman"/>
                    <w:color w:val="000000"/>
                  </w:rPr>
                  <w:t>SU</w:t>
                </w:r>
                <w:r w:rsidRPr="00BA606A">
                  <w:rPr>
                    <w:rFonts w:eastAsia="Times New Roman" w:cs="Times New Roman"/>
                    <w:color w:val="000000"/>
                  </w:rPr>
                  <w:t>25]</w:t>
                </w:r>
              </w:p>
            </w:tc>
            <w:tc>
              <w:tcPr>
                <w:tcW w:w="6776" w:type="dxa"/>
              </w:tcPr>
              <w:p w14:paraId="7309BA99" w14:textId="77777777" w:rsidR="00BA606A" w:rsidRPr="006C3EEB" w:rsidRDefault="00BA606A" w:rsidP="00BA606A">
                <w:pPr>
                  <w:autoSpaceDE w:val="0"/>
                  <w:autoSpaceDN w:val="0"/>
                  <w:rPr>
                    <w:rFonts w:eastAsia="Times New Roman" w:cs="Times New Roman"/>
                    <w:color w:val="000000"/>
                  </w:rPr>
                </w:pPr>
                <w:r w:rsidRPr="006C3EEB">
                  <w:rPr>
                    <w:rFonts w:eastAsia="Times New Roman" w:cs="Times New Roman"/>
                    <w:color w:val="000000"/>
                  </w:rPr>
                  <w:t xml:space="preserve">Putra, Kevin </w:t>
                </w:r>
                <w:proofErr w:type="spellStart"/>
                <w:proofErr w:type="gramStart"/>
                <w:r w:rsidRPr="006C3EEB">
                  <w:rPr>
                    <w:rFonts w:eastAsia="Times New Roman" w:cs="Times New Roman"/>
                    <w:color w:val="000000"/>
                  </w:rPr>
                  <w:t>Anggara</w:t>
                </w:r>
                <w:proofErr w:type="spellEnd"/>
                <w:r w:rsidRPr="006C3EEB">
                  <w:rPr>
                    <w:rFonts w:eastAsia="Times New Roman" w:cs="Times New Roman"/>
                    <w:color w:val="000000"/>
                  </w:rPr>
                  <w:t xml:space="preserve"> ;</w:t>
                </w:r>
                <w:proofErr w:type="gramEnd"/>
                <w:r w:rsidRPr="006C3EEB">
                  <w:rPr>
                    <w:rFonts w:eastAsia="Times New Roman" w:cs="Times New Roman"/>
                    <w:color w:val="000000"/>
                  </w:rPr>
                  <w:t xml:space="preserve"> </w:t>
                </w:r>
                <w:proofErr w:type="spellStart"/>
                <w:r w:rsidRPr="006C3EEB">
                  <w:rPr>
                    <w:rFonts w:eastAsia="Times New Roman" w:cs="Times New Roman"/>
                    <w:color w:val="000000"/>
                  </w:rPr>
                  <w:t>Supeno</w:t>
                </w:r>
                <w:proofErr w:type="spellEnd"/>
                <w:r w:rsidRPr="006C3EEB">
                  <w:rPr>
                    <w:rFonts w:eastAsia="Times New Roman" w:cs="Times New Roman"/>
                    <w:color w:val="000000"/>
                  </w:rPr>
                  <w:t xml:space="preserve">, </w:t>
                </w:r>
                <w:proofErr w:type="spellStart"/>
                <w:r w:rsidRPr="006C3EEB">
                  <w:rPr>
                    <w:rFonts w:eastAsia="Times New Roman" w:cs="Times New Roman"/>
                    <w:color w:val="000000"/>
                  </w:rPr>
                  <w:t>Handoko</w:t>
                </w:r>
                <w:proofErr w:type="spellEnd"/>
                <w:r w:rsidRPr="006C3EEB">
                  <w:rPr>
                    <w:rFonts w:eastAsia="Times New Roman" w:cs="Times New Roman"/>
                    <w:color w:val="000000"/>
                  </w:rPr>
                  <w:t xml:space="preserve">: </w:t>
                </w:r>
                <w:proofErr w:type="spellStart"/>
                <w:r w:rsidRPr="006C3EEB">
                  <w:rPr>
                    <w:rFonts w:eastAsia="Times New Roman" w:cs="Times New Roman"/>
                    <w:color w:val="000000"/>
                  </w:rPr>
                  <w:t>Pengembangan</w:t>
                </w:r>
                <w:proofErr w:type="spellEnd"/>
                <w:r w:rsidRPr="006C3EEB">
                  <w:rPr>
                    <w:rFonts w:eastAsia="Times New Roman" w:cs="Times New Roman"/>
                    <w:color w:val="000000"/>
                  </w:rPr>
                  <w:t xml:space="preserve"> Automatic Emergency Braking (AEB) pada Autonomous Driving </w:t>
                </w:r>
                <w:proofErr w:type="spellStart"/>
                <w:r w:rsidRPr="006C3EEB">
                  <w:rPr>
                    <w:rFonts w:eastAsia="Times New Roman" w:cs="Times New Roman"/>
                    <w:color w:val="000000"/>
                  </w:rPr>
                  <w:t>Menggunakan</w:t>
                </w:r>
                <w:proofErr w:type="spellEnd"/>
                <w:r w:rsidRPr="006C3EEB">
                  <w:rPr>
                    <w:rFonts w:eastAsia="Times New Roman" w:cs="Times New Roman"/>
                    <w:color w:val="000000"/>
                  </w:rPr>
                  <w:t xml:space="preserve"> Deep Q–Learning </w:t>
                </w:r>
                <w:proofErr w:type="spellStart"/>
                <w:r w:rsidRPr="006C3EEB">
                  <w:rPr>
                    <w:rFonts w:eastAsia="Times New Roman" w:cs="Times New Roman"/>
                    <w:color w:val="000000"/>
                  </w:rPr>
                  <w:t>dengan</w:t>
                </w:r>
                <w:proofErr w:type="spellEnd"/>
                <w:r w:rsidRPr="006C3EEB">
                  <w:rPr>
                    <w:rFonts w:eastAsia="Times New Roman" w:cs="Times New Roman"/>
                    <w:color w:val="000000"/>
                  </w:rPr>
                  <w:t xml:space="preserve"> PER. In: </w:t>
                </w:r>
                <w:r w:rsidRPr="006C3EEB">
                  <w:rPr>
                    <w:rFonts w:eastAsia="Times New Roman" w:cs="Times New Roman"/>
                    <w:i/>
                    <w:iCs/>
                    <w:color w:val="000000"/>
                  </w:rPr>
                  <w:t>JURNAL PASUNDAN INFORMATIKA</w:t>
                </w:r>
                <w:r w:rsidRPr="006C3EEB">
                  <w:rPr>
                    <w:rFonts w:eastAsia="Times New Roman" w:cs="Times New Roman"/>
                    <w:color w:val="000000"/>
                  </w:rPr>
                  <w:t xml:space="preserve"> Bd. 4 (2025), Nr. 1</w:t>
                </w:r>
              </w:p>
              <w:p w14:paraId="55B0AD2A" w14:textId="77777777" w:rsidR="00BA606A" w:rsidRPr="006C3EEB" w:rsidRDefault="00BA606A" w:rsidP="00BA606A">
                <w:pPr>
                  <w:autoSpaceDE w:val="0"/>
                  <w:autoSpaceDN w:val="0"/>
                  <w:rPr>
                    <w:rFonts w:eastAsia="Times New Roman" w:cs="Times New Roman"/>
                    <w:color w:val="000000"/>
                  </w:rPr>
                </w:pPr>
              </w:p>
            </w:tc>
          </w:tr>
          <w:tr w:rsidR="00BA606A" w14:paraId="0063665E" w14:textId="77777777" w:rsidTr="00920D68">
            <w:trPr>
              <w:divId w:val="100032760"/>
            </w:trPr>
            <w:tc>
              <w:tcPr>
                <w:tcW w:w="1645" w:type="dxa"/>
              </w:tcPr>
              <w:p w14:paraId="11DFE32C" w14:textId="630A9C08" w:rsidR="00BA606A" w:rsidRPr="00BA606A" w:rsidRDefault="00BA606A">
                <w:pPr>
                  <w:autoSpaceDE w:val="0"/>
                  <w:autoSpaceDN w:val="0"/>
                  <w:rPr>
                    <w:rFonts w:eastAsia="Times New Roman" w:cs="Times New Roman"/>
                    <w:color w:val="000000"/>
                  </w:rPr>
                </w:pPr>
                <w:r w:rsidRPr="00BA606A">
                  <w:rPr>
                    <w:rFonts w:eastAsia="Times New Roman" w:cs="Times New Roman"/>
                    <w:color w:val="000000"/>
                  </w:rPr>
                  <w:t>[R</w:t>
                </w:r>
                <w:r w:rsidR="00B60EB6">
                  <w:rPr>
                    <w:rFonts w:eastAsia="Times New Roman" w:cs="Times New Roman"/>
                    <w:color w:val="000000"/>
                  </w:rPr>
                  <w:t>AJ</w:t>
                </w:r>
                <w:r w:rsidRPr="00BA606A">
                  <w:rPr>
                    <w:rFonts w:eastAsia="Times New Roman" w:cs="Times New Roman"/>
                    <w:color w:val="000000"/>
                  </w:rPr>
                  <w:t>06]</w:t>
                </w:r>
              </w:p>
            </w:tc>
            <w:tc>
              <w:tcPr>
                <w:tcW w:w="6776" w:type="dxa"/>
              </w:tcPr>
              <w:p w14:paraId="290A33E5" w14:textId="77777777" w:rsidR="00BA606A" w:rsidRDefault="00BA606A" w:rsidP="00BA606A">
                <w:pPr>
                  <w:autoSpaceDE w:val="0"/>
                  <w:autoSpaceDN w:val="0"/>
                  <w:rPr>
                    <w:rFonts w:eastAsia="Times New Roman" w:cs="Times New Roman"/>
                    <w:color w:val="000000"/>
                  </w:rPr>
                </w:pPr>
                <w:proofErr w:type="spellStart"/>
                <w:r w:rsidRPr="006C3EEB">
                  <w:rPr>
                    <w:rFonts w:eastAsia="Times New Roman" w:cs="Times New Roman"/>
                    <w:color w:val="000000"/>
                  </w:rPr>
                  <w:t>Rajamani</w:t>
                </w:r>
                <w:proofErr w:type="spellEnd"/>
                <w:r w:rsidRPr="006C3EEB">
                  <w:rPr>
                    <w:rFonts w:eastAsia="Times New Roman" w:cs="Times New Roman"/>
                    <w:color w:val="000000"/>
                  </w:rPr>
                  <w:t xml:space="preserve">, Rajesh: </w:t>
                </w:r>
                <w:r w:rsidRPr="006C3EEB">
                  <w:rPr>
                    <w:rFonts w:eastAsia="Times New Roman" w:cs="Times New Roman"/>
                    <w:i/>
                    <w:iCs/>
                    <w:color w:val="000000"/>
                  </w:rPr>
                  <w:t xml:space="preserve">Vehicle dynamics and </w:t>
                </w:r>
                <w:proofErr w:type="gramStart"/>
                <w:r w:rsidRPr="006C3EEB">
                  <w:rPr>
                    <w:rFonts w:eastAsia="Times New Roman" w:cs="Times New Roman"/>
                    <w:i/>
                    <w:iCs/>
                    <w:color w:val="000000"/>
                  </w:rPr>
                  <w:t>control</w:t>
                </w:r>
                <w:r w:rsidRPr="006C3EEB">
                  <w:rPr>
                    <w:rFonts w:eastAsia="Times New Roman" w:cs="Times New Roman"/>
                    <w:color w:val="000000"/>
                  </w:rPr>
                  <w:t> :</w:t>
                </w:r>
                <w:proofErr w:type="gramEnd"/>
                <w:r w:rsidRPr="006C3EEB">
                  <w:rPr>
                    <w:rFonts w:eastAsia="Times New Roman" w:cs="Times New Roman"/>
                    <w:color w:val="000000"/>
                  </w:rPr>
                  <w:t xml:space="preserve"> Springer, 2006</w:t>
                </w:r>
              </w:p>
              <w:p w14:paraId="551ACE26" w14:textId="560EB219" w:rsidR="006C3EEB" w:rsidRPr="006C3EEB" w:rsidRDefault="006C3EEB" w:rsidP="00BA606A">
                <w:pPr>
                  <w:autoSpaceDE w:val="0"/>
                  <w:autoSpaceDN w:val="0"/>
                  <w:rPr>
                    <w:rFonts w:eastAsia="Times New Roman" w:cs="Times New Roman"/>
                    <w:color w:val="000000"/>
                  </w:rPr>
                </w:pPr>
              </w:p>
            </w:tc>
          </w:tr>
          <w:tr w:rsidR="00BA606A" w14:paraId="032DD6FA" w14:textId="77777777" w:rsidTr="00920D68">
            <w:trPr>
              <w:divId w:val="100032760"/>
            </w:trPr>
            <w:tc>
              <w:tcPr>
                <w:tcW w:w="1645" w:type="dxa"/>
              </w:tcPr>
              <w:p w14:paraId="005AE078" w14:textId="2E83B5B7" w:rsidR="00BA606A" w:rsidRPr="00BA606A" w:rsidRDefault="00BA606A">
                <w:pPr>
                  <w:autoSpaceDE w:val="0"/>
                  <w:autoSpaceDN w:val="0"/>
                  <w:rPr>
                    <w:rFonts w:eastAsia="Times New Roman" w:cs="Times New Roman"/>
                    <w:color w:val="000000"/>
                  </w:rPr>
                </w:pPr>
                <w:r w:rsidRPr="00BA606A">
                  <w:rPr>
                    <w:rFonts w:eastAsia="Times New Roman" w:cs="Times New Roman"/>
                    <w:color w:val="000000"/>
                  </w:rPr>
                  <w:lastRenderedPageBreak/>
                  <w:t>[RHG21]</w:t>
                </w:r>
              </w:p>
            </w:tc>
            <w:tc>
              <w:tcPr>
                <w:tcW w:w="6776" w:type="dxa"/>
              </w:tcPr>
              <w:p w14:paraId="2C2BF242" w14:textId="77777777" w:rsidR="00BA606A" w:rsidRDefault="00BA606A" w:rsidP="00BA606A">
                <w:pPr>
                  <w:autoSpaceDE w:val="0"/>
                  <w:autoSpaceDN w:val="0"/>
                  <w:rPr>
                    <w:rFonts w:eastAsia="Times New Roman" w:cs="Times New Roman"/>
                    <w:color w:val="000000"/>
                  </w:rPr>
                </w:pPr>
                <w:r w:rsidRPr="006C3EEB">
                  <w:rPr>
                    <w:rFonts w:eastAsia="Times New Roman" w:cs="Times New Roman"/>
                    <w:color w:val="000000"/>
                  </w:rPr>
                  <w:t xml:space="preserve">Raffin, </w:t>
                </w:r>
                <w:proofErr w:type="gramStart"/>
                <w:r w:rsidRPr="006C3EEB">
                  <w:rPr>
                    <w:rFonts w:eastAsia="Times New Roman" w:cs="Times New Roman"/>
                    <w:color w:val="000000"/>
                  </w:rPr>
                  <w:t>Antonin ;</w:t>
                </w:r>
                <w:proofErr w:type="gramEnd"/>
                <w:r w:rsidRPr="006C3EEB">
                  <w:rPr>
                    <w:rFonts w:eastAsia="Times New Roman" w:cs="Times New Roman"/>
                    <w:color w:val="000000"/>
                  </w:rPr>
                  <w:t xml:space="preserve"> Hill, Ashley ; </w:t>
                </w:r>
                <w:proofErr w:type="spellStart"/>
                <w:r w:rsidRPr="006C3EEB">
                  <w:rPr>
                    <w:rFonts w:eastAsia="Times New Roman" w:cs="Times New Roman"/>
                    <w:color w:val="000000"/>
                  </w:rPr>
                  <w:t>Gleave</w:t>
                </w:r>
                <w:proofErr w:type="spellEnd"/>
                <w:r w:rsidRPr="006C3EEB">
                  <w:rPr>
                    <w:rFonts w:eastAsia="Times New Roman" w:cs="Times New Roman"/>
                    <w:color w:val="000000"/>
                  </w:rPr>
                  <w:t xml:space="preserve">, Adam ; </w:t>
                </w:r>
                <w:proofErr w:type="spellStart"/>
                <w:r w:rsidRPr="006C3EEB">
                  <w:rPr>
                    <w:rFonts w:eastAsia="Times New Roman" w:cs="Times New Roman"/>
                    <w:color w:val="000000"/>
                  </w:rPr>
                  <w:t>Kanervisto</w:t>
                </w:r>
                <w:proofErr w:type="spellEnd"/>
                <w:r w:rsidRPr="006C3EEB">
                  <w:rPr>
                    <w:rFonts w:eastAsia="Times New Roman" w:cs="Times New Roman"/>
                    <w:color w:val="000000"/>
                  </w:rPr>
                  <w:t xml:space="preserve">, </w:t>
                </w:r>
                <w:proofErr w:type="spellStart"/>
                <w:r w:rsidRPr="006C3EEB">
                  <w:rPr>
                    <w:rFonts w:eastAsia="Times New Roman" w:cs="Times New Roman"/>
                    <w:color w:val="000000"/>
                  </w:rPr>
                  <w:t>Anssi</w:t>
                </w:r>
                <w:proofErr w:type="spellEnd"/>
                <w:r w:rsidRPr="006C3EEB">
                  <w:rPr>
                    <w:rFonts w:eastAsia="Times New Roman" w:cs="Times New Roman"/>
                    <w:color w:val="000000"/>
                  </w:rPr>
                  <w:t xml:space="preserve"> ; </w:t>
                </w:r>
                <w:proofErr w:type="spellStart"/>
                <w:r w:rsidRPr="006C3EEB">
                  <w:rPr>
                    <w:rFonts w:eastAsia="Times New Roman" w:cs="Times New Roman"/>
                    <w:color w:val="000000"/>
                  </w:rPr>
                  <w:t>Ernestus</w:t>
                </w:r>
                <w:proofErr w:type="spellEnd"/>
                <w:r w:rsidRPr="006C3EEB">
                  <w:rPr>
                    <w:rFonts w:eastAsia="Times New Roman" w:cs="Times New Roman"/>
                    <w:color w:val="000000"/>
                  </w:rPr>
                  <w:t xml:space="preserve">, Maximilian ; </w:t>
                </w:r>
                <w:proofErr w:type="spellStart"/>
                <w:r w:rsidRPr="006C3EEB">
                  <w:rPr>
                    <w:rFonts w:eastAsia="Times New Roman" w:cs="Times New Roman"/>
                    <w:color w:val="000000"/>
                  </w:rPr>
                  <w:t>Dormann</w:t>
                </w:r>
                <w:proofErr w:type="spellEnd"/>
                <w:r w:rsidRPr="006C3EEB">
                  <w:rPr>
                    <w:rFonts w:eastAsia="Times New Roman" w:cs="Times New Roman"/>
                    <w:color w:val="000000"/>
                  </w:rPr>
                  <w:t xml:space="preserve">, Noah: Stable-baselines3: Reliable reinforcement learning implementations. In: </w:t>
                </w:r>
                <w:r w:rsidRPr="006C3EEB">
                  <w:rPr>
                    <w:rFonts w:eastAsia="Times New Roman" w:cs="Times New Roman"/>
                    <w:i/>
                    <w:iCs/>
                    <w:color w:val="000000"/>
                  </w:rPr>
                  <w:t>Journal of machine learning research</w:t>
                </w:r>
                <w:r w:rsidRPr="006C3EEB">
                  <w:rPr>
                    <w:rFonts w:eastAsia="Times New Roman" w:cs="Times New Roman"/>
                    <w:color w:val="000000"/>
                  </w:rPr>
                  <w:t xml:space="preserve"> Bd. 22 (2021), Nr. 268, S. 1–8</w:t>
                </w:r>
              </w:p>
              <w:p w14:paraId="3962178A" w14:textId="358ED1AE" w:rsidR="006C3EEB" w:rsidRPr="006C3EEB" w:rsidRDefault="006C3EEB" w:rsidP="00BA606A">
                <w:pPr>
                  <w:autoSpaceDE w:val="0"/>
                  <w:autoSpaceDN w:val="0"/>
                  <w:rPr>
                    <w:rFonts w:eastAsia="Times New Roman" w:cs="Times New Roman"/>
                    <w:color w:val="000000"/>
                  </w:rPr>
                </w:pPr>
              </w:p>
            </w:tc>
          </w:tr>
          <w:tr w:rsidR="006C3EEB" w14:paraId="26EB8B21" w14:textId="77777777" w:rsidTr="00920D68">
            <w:trPr>
              <w:divId w:val="100032760"/>
            </w:trPr>
            <w:tc>
              <w:tcPr>
                <w:tcW w:w="1645" w:type="dxa"/>
              </w:tcPr>
              <w:p w14:paraId="33F8FF99" w14:textId="5220DA18" w:rsidR="006C3EEB" w:rsidRPr="00A8173A" w:rsidRDefault="006C3EEB">
                <w:pPr>
                  <w:autoSpaceDE w:val="0"/>
                  <w:autoSpaceDN w:val="0"/>
                  <w:rPr>
                    <w:rFonts w:eastAsia="Times New Roman" w:cs="Times New Roman"/>
                    <w:color w:val="000000"/>
                  </w:rPr>
                </w:pPr>
                <w:r w:rsidRPr="00A8173A">
                  <w:rPr>
                    <w:rFonts w:eastAsia="Times New Roman" w:cs="Times New Roman"/>
                    <w:color w:val="000000"/>
                  </w:rPr>
                  <w:t>[SAB25]</w:t>
                </w:r>
              </w:p>
            </w:tc>
            <w:tc>
              <w:tcPr>
                <w:tcW w:w="6776" w:type="dxa"/>
              </w:tcPr>
              <w:p w14:paraId="66AD0171" w14:textId="77777777" w:rsidR="006C3EEB" w:rsidRPr="00A8173A" w:rsidRDefault="006C3EEB" w:rsidP="00BA606A">
                <w:pPr>
                  <w:autoSpaceDE w:val="0"/>
                  <w:autoSpaceDN w:val="0"/>
                  <w:rPr>
                    <w:rFonts w:eastAsia="Times New Roman" w:cs="Times New Roman"/>
                    <w:color w:val="000000"/>
                  </w:rPr>
                </w:pPr>
                <w:proofErr w:type="spellStart"/>
                <w:r w:rsidRPr="00A8173A">
                  <w:rPr>
                    <w:rFonts w:eastAsia="Times New Roman" w:cs="Times New Roman"/>
                    <w:color w:val="000000"/>
                  </w:rPr>
                  <w:t>Sabbir</w:t>
                </w:r>
                <w:proofErr w:type="spellEnd"/>
                <w:r w:rsidRPr="00A8173A">
                  <w:rPr>
                    <w:rFonts w:eastAsia="Times New Roman" w:cs="Times New Roman"/>
                    <w:color w:val="000000"/>
                  </w:rPr>
                  <w:t xml:space="preserve">, </w:t>
                </w:r>
                <w:proofErr w:type="spellStart"/>
                <w:r w:rsidRPr="00A8173A">
                  <w:rPr>
                    <w:rFonts w:eastAsia="Times New Roman" w:cs="Times New Roman"/>
                    <w:color w:val="000000"/>
                  </w:rPr>
                  <w:t>Ariful</w:t>
                </w:r>
                <w:proofErr w:type="spellEnd"/>
                <w:r w:rsidRPr="00A8173A">
                  <w:rPr>
                    <w:rFonts w:eastAsia="Times New Roman" w:cs="Times New Roman"/>
                    <w:color w:val="000000"/>
                  </w:rPr>
                  <w:t xml:space="preserve"> </w:t>
                </w:r>
                <w:proofErr w:type="gramStart"/>
                <w:r w:rsidRPr="00A8173A">
                  <w:rPr>
                    <w:rFonts w:eastAsia="Times New Roman" w:cs="Times New Roman"/>
                    <w:color w:val="000000"/>
                  </w:rPr>
                  <w:t>Islam ;</w:t>
                </w:r>
                <w:proofErr w:type="gramEnd"/>
                <w:r w:rsidRPr="00A8173A">
                  <w:rPr>
                    <w:rFonts w:eastAsia="Times New Roman" w:cs="Times New Roman"/>
                    <w:color w:val="000000"/>
                  </w:rPr>
                  <w:t xml:space="preserve"> et al.: Comparative analysis of double deep Q-network and proximal policy optimization for lane-keeping in autonomous driving. In: Problems of Information Society (2025), S. 12–25</w:t>
                </w:r>
              </w:p>
              <w:p w14:paraId="7272531E" w14:textId="2C757A83" w:rsidR="006C3EEB" w:rsidRPr="00A8173A" w:rsidRDefault="006C3EEB" w:rsidP="00BA606A">
                <w:pPr>
                  <w:autoSpaceDE w:val="0"/>
                  <w:autoSpaceDN w:val="0"/>
                  <w:rPr>
                    <w:rFonts w:eastAsia="Times New Roman" w:cs="Times New Roman"/>
                    <w:color w:val="000000"/>
                  </w:rPr>
                </w:pPr>
              </w:p>
            </w:tc>
          </w:tr>
          <w:tr w:rsidR="006C3EEB" w14:paraId="1574C13E" w14:textId="77777777" w:rsidTr="00920D68">
            <w:trPr>
              <w:divId w:val="100032760"/>
            </w:trPr>
            <w:tc>
              <w:tcPr>
                <w:tcW w:w="1645" w:type="dxa"/>
              </w:tcPr>
              <w:p w14:paraId="24E15D71" w14:textId="0AC3F61F" w:rsidR="006C3EEB" w:rsidRPr="00A8173A" w:rsidRDefault="006C3EEB">
                <w:pPr>
                  <w:autoSpaceDE w:val="0"/>
                  <w:autoSpaceDN w:val="0"/>
                  <w:rPr>
                    <w:rFonts w:eastAsia="Times New Roman" w:cs="Times New Roman"/>
                    <w:color w:val="000000"/>
                  </w:rPr>
                </w:pPr>
                <w:r w:rsidRPr="00A8173A">
                  <w:rPr>
                    <w:rFonts w:eastAsia="Times New Roman" w:cs="Times New Roman"/>
                    <w:color w:val="000000"/>
                  </w:rPr>
                  <w:t>[SSA24]</w:t>
                </w:r>
              </w:p>
            </w:tc>
            <w:tc>
              <w:tcPr>
                <w:tcW w:w="6776" w:type="dxa"/>
              </w:tcPr>
              <w:p w14:paraId="0CF04BFA" w14:textId="21E5FE11" w:rsidR="006C3EEB" w:rsidRPr="00A8173A" w:rsidRDefault="006C3EEB" w:rsidP="00BA606A">
                <w:pPr>
                  <w:autoSpaceDE w:val="0"/>
                  <w:autoSpaceDN w:val="0"/>
                  <w:rPr>
                    <w:rFonts w:eastAsia="Times New Roman" w:cs="Times New Roman"/>
                    <w:color w:val="000000"/>
                  </w:rPr>
                </w:pPr>
                <w:r w:rsidRPr="00A8173A">
                  <w:rPr>
                    <w:rFonts w:eastAsia="Times New Roman" w:cs="Times New Roman"/>
                    <w:color w:val="000000"/>
                  </w:rPr>
                  <w:t xml:space="preserve">Setiawan, Marcell </w:t>
                </w:r>
                <w:proofErr w:type="gramStart"/>
                <w:r w:rsidRPr="00A8173A">
                  <w:rPr>
                    <w:rFonts w:eastAsia="Times New Roman" w:cs="Times New Roman"/>
                    <w:color w:val="000000"/>
                  </w:rPr>
                  <w:t>Adi ;</w:t>
                </w:r>
                <w:proofErr w:type="gramEnd"/>
                <w:r w:rsidRPr="00A8173A">
                  <w:rPr>
                    <w:rFonts w:eastAsia="Times New Roman" w:cs="Times New Roman"/>
                    <w:color w:val="000000"/>
                  </w:rPr>
                  <w:t xml:space="preserve"> Setiadi, De Rosal Ignatius Moses ; Astuti, Erna Zuni ; </w:t>
                </w:r>
                <w:proofErr w:type="spellStart"/>
                <w:r w:rsidRPr="00A8173A">
                  <w:rPr>
                    <w:rFonts w:eastAsia="Times New Roman" w:cs="Times New Roman"/>
                    <w:color w:val="000000"/>
                  </w:rPr>
                  <w:t>Sutojo</w:t>
                </w:r>
                <w:proofErr w:type="spellEnd"/>
                <w:r w:rsidRPr="00A8173A">
                  <w:rPr>
                    <w:rFonts w:eastAsia="Times New Roman" w:cs="Times New Roman"/>
                    <w:color w:val="000000"/>
                  </w:rPr>
                  <w:t xml:space="preserve">, T. ; </w:t>
                </w:r>
                <w:proofErr w:type="spellStart"/>
                <w:r w:rsidRPr="00A8173A">
                  <w:rPr>
                    <w:rFonts w:eastAsia="Times New Roman" w:cs="Times New Roman"/>
                    <w:color w:val="000000"/>
                  </w:rPr>
                  <w:t>Setiyanto</w:t>
                </w:r>
                <w:proofErr w:type="spellEnd"/>
                <w:r w:rsidRPr="00A8173A">
                  <w:rPr>
                    <w:rFonts w:eastAsia="Times New Roman" w:cs="Times New Roman"/>
                    <w:color w:val="000000"/>
                  </w:rPr>
                  <w:t xml:space="preserve">, Noor </w:t>
                </w:r>
                <w:proofErr w:type="spellStart"/>
                <w:r w:rsidRPr="00A8173A">
                  <w:rPr>
                    <w:rFonts w:eastAsia="Times New Roman" w:cs="Times New Roman"/>
                    <w:color w:val="000000"/>
                  </w:rPr>
                  <w:t>Ageng</w:t>
                </w:r>
                <w:proofErr w:type="spellEnd"/>
                <w:r w:rsidRPr="00A8173A">
                  <w:rPr>
                    <w:rFonts w:eastAsia="Times New Roman" w:cs="Times New Roman"/>
                    <w:color w:val="000000"/>
                  </w:rPr>
                  <w:t>: Exploring Deep Q-Network for Autonomous Driving Simulation Across Different Driving Modes. In: Journal of Future Artificial Intelligence and Technologies Bd. 1 (2024), Nr. 3, S. 217–227</w:t>
                </w:r>
              </w:p>
              <w:p w14:paraId="74CA7198" w14:textId="06C899A6" w:rsidR="006C3EEB" w:rsidRPr="00A8173A" w:rsidRDefault="006C3EEB" w:rsidP="00BA606A">
                <w:pPr>
                  <w:autoSpaceDE w:val="0"/>
                  <w:autoSpaceDN w:val="0"/>
                  <w:rPr>
                    <w:rFonts w:eastAsia="Times New Roman" w:cs="Times New Roman"/>
                    <w:color w:val="000000"/>
                  </w:rPr>
                </w:pPr>
              </w:p>
            </w:tc>
          </w:tr>
          <w:tr w:rsidR="006C3EEB" w14:paraId="4F2CFEC7" w14:textId="77777777" w:rsidTr="00920D68">
            <w:trPr>
              <w:divId w:val="100032760"/>
            </w:trPr>
            <w:tc>
              <w:tcPr>
                <w:tcW w:w="1645" w:type="dxa"/>
              </w:tcPr>
              <w:p w14:paraId="0D280C5F" w14:textId="433660E3" w:rsidR="006C3EEB" w:rsidRPr="00A8173A" w:rsidRDefault="006C3EEB">
                <w:pPr>
                  <w:autoSpaceDE w:val="0"/>
                  <w:autoSpaceDN w:val="0"/>
                  <w:rPr>
                    <w:rFonts w:eastAsia="Times New Roman" w:cs="Times New Roman"/>
                    <w:color w:val="000000"/>
                  </w:rPr>
                </w:pPr>
                <w:r w:rsidRPr="00A8173A">
                  <w:rPr>
                    <w:rFonts w:eastAsia="Times New Roman" w:cs="Times New Roman"/>
                    <w:color w:val="000000"/>
                  </w:rPr>
                  <w:t>[STH25]</w:t>
                </w:r>
              </w:p>
            </w:tc>
            <w:tc>
              <w:tcPr>
                <w:tcW w:w="6776" w:type="dxa"/>
              </w:tcPr>
              <w:p w14:paraId="5BD64E39" w14:textId="77777777" w:rsidR="006C3EEB" w:rsidRPr="00A8173A" w:rsidRDefault="006C3EEB" w:rsidP="00BA606A">
                <w:pPr>
                  <w:autoSpaceDE w:val="0"/>
                  <w:autoSpaceDN w:val="0"/>
                  <w:rPr>
                    <w:rFonts w:eastAsia="Times New Roman" w:cs="Times New Roman"/>
                    <w:color w:val="000000"/>
                  </w:rPr>
                </w:pPr>
                <w:proofErr w:type="spellStart"/>
                <w:r w:rsidRPr="00A8173A">
                  <w:rPr>
                    <w:rFonts w:eastAsia="Times New Roman" w:cs="Times New Roman"/>
                    <w:color w:val="000000"/>
                  </w:rPr>
                  <w:t>Shehmar</w:t>
                </w:r>
                <w:proofErr w:type="spellEnd"/>
                <w:r w:rsidRPr="00A8173A">
                  <w:rPr>
                    <w:rFonts w:eastAsia="Times New Roman" w:cs="Times New Roman"/>
                    <w:color w:val="000000"/>
                  </w:rPr>
                  <w:t xml:space="preserve">, </w:t>
                </w:r>
                <w:proofErr w:type="spellStart"/>
                <w:proofErr w:type="gramStart"/>
                <w:r w:rsidRPr="00A8173A">
                  <w:rPr>
                    <w:rFonts w:eastAsia="Times New Roman" w:cs="Times New Roman"/>
                    <w:color w:val="000000"/>
                  </w:rPr>
                  <w:t>Dikshant</w:t>
                </w:r>
                <w:proofErr w:type="spellEnd"/>
                <w:r w:rsidRPr="00A8173A">
                  <w:rPr>
                    <w:rFonts w:eastAsia="Times New Roman" w:cs="Times New Roman"/>
                    <w:color w:val="000000"/>
                  </w:rPr>
                  <w:t xml:space="preserve"> ;</w:t>
                </w:r>
                <w:proofErr w:type="gramEnd"/>
                <w:r w:rsidRPr="00A8173A">
                  <w:rPr>
                    <w:rFonts w:eastAsia="Times New Roman" w:cs="Times New Roman"/>
                    <w:color w:val="000000"/>
                  </w:rPr>
                  <w:t xml:space="preserve"> Taylor, Matthew E. ; Hashemi, Ehsan: An Adaptive Transition Framework for Game-Theoretic Based Takeover. In: </w:t>
                </w:r>
                <w:proofErr w:type="spellStart"/>
                <w:r w:rsidRPr="00A8173A">
                  <w:rPr>
                    <w:rFonts w:eastAsia="Times New Roman" w:cs="Times New Roman"/>
                    <w:color w:val="000000"/>
                  </w:rPr>
                  <w:t>arXiv</w:t>
                </w:r>
                <w:proofErr w:type="spellEnd"/>
                <w:r w:rsidRPr="00A8173A">
                  <w:rPr>
                    <w:rFonts w:eastAsia="Times New Roman" w:cs="Times New Roman"/>
                    <w:color w:val="000000"/>
                  </w:rPr>
                  <w:t xml:space="preserve"> preprint arXiv:2510.10893 (2025)</w:t>
                </w:r>
              </w:p>
              <w:p w14:paraId="546F5C19" w14:textId="483FB9B0" w:rsidR="006C3EEB" w:rsidRPr="00A8173A" w:rsidRDefault="006C3EEB" w:rsidP="00BA606A">
                <w:pPr>
                  <w:autoSpaceDE w:val="0"/>
                  <w:autoSpaceDN w:val="0"/>
                  <w:rPr>
                    <w:rFonts w:eastAsia="Times New Roman" w:cs="Times New Roman"/>
                    <w:color w:val="000000"/>
                  </w:rPr>
                </w:pPr>
              </w:p>
            </w:tc>
          </w:tr>
          <w:tr w:rsidR="006C3EEB" w14:paraId="4FB1D147" w14:textId="77777777" w:rsidTr="00920D68">
            <w:trPr>
              <w:divId w:val="100032760"/>
            </w:trPr>
            <w:tc>
              <w:tcPr>
                <w:tcW w:w="1645" w:type="dxa"/>
              </w:tcPr>
              <w:p w14:paraId="3D1A1FA0" w14:textId="2C7CB1E3" w:rsidR="006C3EEB" w:rsidRDefault="006C3EEB" w:rsidP="006C3EEB">
                <w:pPr>
                  <w:autoSpaceDE w:val="0"/>
                  <w:autoSpaceDN w:val="0"/>
                  <w:rPr>
                    <w:rFonts w:eastAsia="Times New Roman" w:cs="Times New Roman"/>
                    <w:color w:val="000000"/>
                  </w:rPr>
                </w:pPr>
                <w:r w:rsidRPr="00BA606A">
                  <w:rPr>
                    <w:rFonts w:eastAsia="Times New Roman" w:cs="Times New Roman"/>
                    <w:color w:val="000000"/>
                  </w:rPr>
                  <w:t>[</w:t>
                </w:r>
                <w:r>
                  <w:rPr>
                    <w:rFonts w:eastAsia="Times New Roman" w:cs="Times New Roman"/>
                    <w:color w:val="000000"/>
                  </w:rPr>
                  <w:t>VGS</w:t>
                </w:r>
                <w:r w:rsidRPr="00BA606A">
                  <w:rPr>
                    <w:rFonts w:eastAsia="Times New Roman" w:cs="Times New Roman"/>
                    <w:color w:val="000000"/>
                  </w:rPr>
                  <w:t>16]</w:t>
                </w:r>
              </w:p>
            </w:tc>
            <w:tc>
              <w:tcPr>
                <w:tcW w:w="6776" w:type="dxa"/>
              </w:tcPr>
              <w:p w14:paraId="46C10EFB" w14:textId="77777777" w:rsidR="006C3EEB" w:rsidRPr="006C3EEB" w:rsidRDefault="006C3EEB" w:rsidP="006C3EEB">
                <w:pPr>
                  <w:autoSpaceDE w:val="0"/>
                  <w:autoSpaceDN w:val="0"/>
                  <w:ind w:left="16"/>
                  <w:rPr>
                    <w:rFonts w:eastAsia="Times New Roman" w:cs="Times New Roman"/>
                    <w:color w:val="000000"/>
                  </w:rPr>
                </w:pPr>
                <w:r w:rsidRPr="006C3EEB">
                  <w:rPr>
                    <w:rFonts w:eastAsia="Times New Roman" w:cs="Times New Roman"/>
                    <w:color w:val="000000"/>
                  </w:rPr>
                  <w:t xml:space="preserve">Van Hasselt, </w:t>
                </w:r>
                <w:proofErr w:type="spellStart"/>
                <w:proofErr w:type="gramStart"/>
                <w:r w:rsidRPr="006C3EEB">
                  <w:rPr>
                    <w:rFonts w:eastAsia="Times New Roman" w:cs="Times New Roman"/>
                    <w:color w:val="000000"/>
                  </w:rPr>
                  <w:t>Hado</w:t>
                </w:r>
                <w:proofErr w:type="spellEnd"/>
                <w:r w:rsidRPr="006C3EEB">
                  <w:rPr>
                    <w:rFonts w:eastAsia="Times New Roman" w:cs="Times New Roman"/>
                    <w:color w:val="000000"/>
                  </w:rPr>
                  <w:t xml:space="preserve"> ;</w:t>
                </w:r>
                <w:proofErr w:type="gramEnd"/>
                <w:r w:rsidRPr="006C3EEB">
                  <w:rPr>
                    <w:rFonts w:eastAsia="Times New Roman" w:cs="Times New Roman"/>
                    <w:color w:val="000000"/>
                  </w:rPr>
                  <w:t xml:space="preserve"> </w:t>
                </w:r>
                <w:proofErr w:type="spellStart"/>
                <w:r w:rsidRPr="006C3EEB">
                  <w:rPr>
                    <w:rFonts w:eastAsia="Times New Roman" w:cs="Times New Roman"/>
                    <w:color w:val="000000"/>
                  </w:rPr>
                  <w:t>Guez</w:t>
                </w:r>
                <w:proofErr w:type="spellEnd"/>
                <w:r w:rsidRPr="006C3EEB">
                  <w:rPr>
                    <w:rFonts w:eastAsia="Times New Roman" w:cs="Times New Roman"/>
                    <w:color w:val="000000"/>
                  </w:rPr>
                  <w:t xml:space="preserve">, Arthur ; Silver, David: Deep reinforcement learning with double q-learning. In: </w:t>
                </w:r>
                <w:r w:rsidRPr="006C3EEB">
                  <w:rPr>
                    <w:rFonts w:eastAsia="Times New Roman" w:cs="Times New Roman"/>
                    <w:i/>
                    <w:iCs/>
                    <w:color w:val="000000"/>
                  </w:rPr>
                  <w:t>Proceedings of the AAAI conference on artificial intelligence</w:t>
                </w:r>
                <w:r w:rsidRPr="006C3EEB">
                  <w:rPr>
                    <w:rFonts w:eastAsia="Times New Roman" w:cs="Times New Roman"/>
                    <w:color w:val="000000"/>
                  </w:rPr>
                  <w:t>. Bd. 30, 2016</w:t>
                </w:r>
              </w:p>
              <w:p w14:paraId="2E3C05A8" w14:textId="77777777" w:rsidR="006C3EEB" w:rsidRPr="006C3EEB" w:rsidRDefault="006C3EEB" w:rsidP="006C3EEB">
                <w:pPr>
                  <w:autoSpaceDE w:val="0"/>
                  <w:autoSpaceDN w:val="0"/>
                  <w:rPr>
                    <w:rFonts w:eastAsia="Times New Roman" w:cs="Times New Roman"/>
                    <w:color w:val="000000"/>
                  </w:rPr>
                </w:pPr>
              </w:p>
            </w:tc>
          </w:tr>
          <w:tr w:rsidR="00BA606A" w14:paraId="79D1CB2A" w14:textId="77777777" w:rsidTr="00920D68">
            <w:trPr>
              <w:divId w:val="100032760"/>
            </w:trPr>
            <w:tc>
              <w:tcPr>
                <w:tcW w:w="1645" w:type="dxa"/>
              </w:tcPr>
              <w:p w14:paraId="109CD81D" w14:textId="293E5844" w:rsidR="00BA606A" w:rsidRPr="00BA606A" w:rsidRDefault="00BA606A">
                <w:pPr>
                  <w:autoSpaceDE w:val="0"/>
                  <w:autoSpaceDN w:val="0"/>
                  <w:rPr>
                    <w:rFonts w:eastAsia="Times New Roman" w:cs="Times New Roman"/>
                    <w:color w:val="000000"/>
                  </w:rPr>
                </w:pPr>
                <w:r w:rsidRPr="00BA606A">
                  <w:rPr>
                    <w:rFonts w:eastAsia="Times New Roman" w:cs="Times New Roman"/>
                    <w:color w:val="000000"/>
                  </w:rPr>
                  <w:t>[W</w:t>
                </w:r>
                <w:r w:rsidR="00240BA7">
                  <w:rPr>
                    <w:rFonts w:eastAsia="Times New Roman" w:cs="Times New Roman"/>
                    <w:color w:val="000000"/>
                  </w:rPr>
                  <w:t>AT</w:t>
                </w:r>
                <w:r w:rsidRPr="00BA606A">
                  <w:rPr>
                    <w:rFonts w:eastAsia="Times New Roman" w:cs="Times New Roman"/>
                    <w:color w:val="000000"/>
                  </w:rPr>
                  <w:t>89]</w:t>
                </w:r>
              </w:p>
            </w:tc>
            <w:tc>
              <w:tcPr>
                <w:tcW w:w="6776" w:type="dxa"/>
              </w:tcPr>
              <w:p w14:paraId="14DC72D1" w14:textId="77777777" w:rsidR="00BA606A" w:rsidRPr="006C3EEB" w:rsidRDefault="00BA606A" w:rsidP="00BA606A">
                <w:pPr>
                  <w:autoSpaceDE w:val="0"/>
                  <w:autoSpaceDN w:val="0"/>
                  <w:rPr>
                    <w:rFonts w:eastAsia="Times New Roman" w:cs="Times New Roman"/>
                    <w:color w:val="000000"/>
                  </w:rPr>
                </w:pPr>
                <w:r w:rsidRPr="006C3EEB">
                  <w:rPr>
                    <w:rFonts w:eastAsia="Times New Roman" w:cs="Times New Roman"/>
                    <w:color w:val="000000"/>
                  </w:rPr>
                  <w:t xml:space="preserve">Watkins, Christopher John Cornish </w:t>
                </w:r>
                <w:proofErr w:type="spellStart"/>
                <w:proofErr w:type="gramStart"/>
                <w:r w:rsidRPr="006C3EEB">
                  <w:rPr>
                    <w:rFonts w:eastAsia="Times New Roman" w:cs="Times New Roman"/>
                    <w:color w:val="000000"/>
                  </w:rPr>
                  <w:t>Hellaby</w:t>
                </w:r>
                <w:proofErr w:type="spellEnd"/>
                <w:r w:rsidRPr="006C3EEB">
                  <w:rPr>
                    <w:rFonts w:eastAsia="Times New Roman" w:cs="Times New Roman"/>
                    <w:color w:val="000000"/>
                  </w:rPr>
                  <w:t xml:space="preserve"> ;</w:t>
                </w:r>
                <w:proofErr w:type="gramEnd"/>
                <w:r w:rsidRPr="006C3EEB">
                  <w:rPr>
                    <w:rFonts w:eastAsia="Times New Roman" w:cs="Times New Roman"/>
                    <w:color w:val="000000"/>
                  </w:rPr>
                  <w:t xml:space="preserve"> others: Learning from delayed rewards, King’s College, Cambridge United Kingdom (1989)</w:t>
                </w:r>
              </w:p>
              <w:p w14:paraId="6C1B9937" w14:textId="77777777" w:rsidR="00BA606A" w:rsidRPr="006C3EEB" w:rsidRDefault="00BA606A" w:rsidP="00BA606A">
                <w:pPr>
                  <w:autoSpaceDE w:val="0"/>
                  <w:autoSpaceDN w:val="0"/>
                  <w:rPr>
                    <w:rFonts w:eastAsia="Times New Roman" w:cs="Times New Roman"/>
                    <w:color w:val="000000"/>
                  </w:rPr>
                </w:pPr>
              </w:p>
            </w:tc>
          </w:tr>
        </w:tbl>
        <w:p w14:paraId="1F97B59C" w14:textId="4E4DB06A" w:rsidR="00BC02F8" w:rsidRPr="00BA606A" w:rsidRDefault="00000000" w:rsidP="00BA606A">
          <w:pPr>
            <w:autoSpaceDE w:val="0"/>
            <w:autoSpaceDN w:val="0"/>
            <w:divId w:val="100032760"/>
            <w:rPr>
              <w:rFonts w:eastAsia="Times New Roman" w:cs="Times New Roman"/>
              <w:color w:val="000000"/>
              <w:szCs w:val="24"/>
            </w:rPr>
          </w:pPr>
        </w:p>
      </w:sdtContent>
    </w:sdt>
    <w:p w14:paraId="2FCC3779" w14:textId="7B957162" w:rsidR="00BC02F8" w:rsidRDefault="00BC02F8">
      <w:pPr>
        <w:spacing w:after="120" w:line="240" w:lineRule="auto"/>
        <w:ind w:left="567" w:hanging="567"/>
      </w:pPr>
    </w:p>
    <w:sectPr w:rsidR="00BC02F8" w:rsidSect="00783F4A">
      <w:type w:val="continuous"/>
      <w:pgSz w:w="11906" w:h="16838"/>
      <w:pgMar w:top="1417" w:right="1134" w:bottom="1134" w:left="1701" w:header="720" w:footer="720" w:gutter="0"/>
      <w:pgNumType w:start="1"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8E0135" w14:textId="77777777" w:rsidR="007745B4" w:rsidRDefault="007745B4" w:rsidP="00011FC6">
      <w:pPr>
        <w:spacing w:after="0" w:line="240" w:lineRule="auto"/>
      </w:pPr>
      <w:r>
        <w:separator/>
      </w:r>
    </w:p>
  </w:endnote>
  <w:endnote w:type="continuationSeparator" w:id="0">
    <w:p w14:paraId="24BC89BA" w14:textId="77777777" w:rsidR="007745B4" w:rsidRDefault="007745B4" w:rsidP="00011F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0820A5" w14:textId="77777777" w:rsidR="00B00872" w:rsidRDefault="00B008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D430E" w14:textId="6E1A4F93" w:rsidR="00011FC6" w:rsidRDefault="00011FC6" w:rsidP="007F78C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01779" w14:textId="77777777" w:rsidR="00B00872" w:rsidRDefault="00B0087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55142894"/>
      <w:docPartObj>
        <w:docPartGallery w:val="Page Numbers (Bottom of Page)"/>
        <w:docPartUnique/>
      </w:docPartObj>
    </w:sdtPr>
    <w:sdtEndPr>
      <w:rPr>
        <w:noProof/>
      </w:rPr>
    </w:sdtEndPr>
    <w:sdtContent>
      <w:p w14:paraId="0AAFE6B7" w14:textId="77777777" w:rsidR="007F78CD" w:rsidRDefault="007F78CD" w:rsidP="007F78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AB9AD2" w14:textId="27EF1C5B" w:rsidR="0071545B" w:rsidRDefault="0071545B">
    <w:pPr>
      <w:pStyle w:val="Footer"/>
      <w:jc w:val="center"/>
    </w:pPr>
  </w:p>
  <w:p w14:paraId="305F6672" w14:textId="77777777" w:rsidR="0071545B" w:rsidRDefault="0071545B" w:rsidP="0071545B">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51760957"/>
      <w:docPartObj>
        <w:docPartGallery w:val="Page Numbers (Bottom of Page)"/>
        <w:docPartUnique/>
      </w:docPartObj>
    </w:sdtPr>
    <w:sdtEndPr>
      <w:rPr>
        <w:noProof/>
      </w:rPr>
    </w:sdtEndPr>
    <w:sdtContent>
      <w:p w14:paraId="06730C30" w14:textId="0E203CCB" w:rsidR="007F78CD" w:rsidRDefault="007F78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DDDBDF" w14:textId="77777777" w:rsidR="0071545B" w:rsidRDefault="007154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91A4DC" w14:textId="77777777" w:rsidR="007745B4" w:rsidRDefault="007745B4" w:rsidP="00011FC6">
      <w:pPr>
        <w:spacing w:after="0" w:line="240" w:lineRule="auto"/>
      </w:pPr>
      <w:r>
        <w:separator/>
      </w:r>
    </w:p>
  </w:footnote>
  <w:footnote w:type="continuationSeparator" w:id="0">
    <w:p w14:paraId="76B313C6" w14:textId="77777777" w:rsidR="007745B4" w:rsidRDefault="007745B4" w:rsidP="00011F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67356159"/>
      <w:docPartObj>
        <w:docPartGallery w:val="Page Numbers (Top of Page)"/>
        <w:docPartUnique/>
      </w:docPartObj>
    </w:sdtPr>
    <w:sdtContent>
      <w:p w14:paraId="79054B7B" w14:textId="5287EDFF" w:rsidR="00964FEC" w:rsidRDefault="007745B4" w:rsidP="00D05803">
        <w:pPr>
          <w:pStyle w:val="Header"/>
          <w:framePr w:wrap="none" w:vAnchor="text" w:hAnchor="margin" w:xAlign="outside" w:y="1"/>
          <w:rPr>
            <w:rStyle w:val="PageNumber"/>
          </w:rPr>
        </w:pPr>
        <w:r>
          <w:rPr>
            <w:noProof/>
          </w:rPr>
          <w:pict w14:anchorId="457E85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965001" o:spid="_x0000_s1036" type="#_x0000_t75" alt="" style="position:absolute;margin-left:0;margin-top:0;width:453.4pt;height:453.4pt;z-index:-251653120;mso-wrap-edited:f;mso-width-percent:0;mso-height-percent:0;mso-position-horizontal:center;mso-position-horizontal-relative:margin;mso-position-vertical:center;mso-position-vertical-relative:margin;mso-width-percent:0;mso-height-percent:0" o:allowincell="f">
              <v:imagedata r:id="rId1" o:title="logo unpas" gain="19661f" blacklevel="22938f"/>
            </v:shape>
          </w:pict>
        </w:r>
        <w:r w:rsidR="00964FEC">
          <w:rPr>
            <w:rStyle w:val="PageNumber"/>
          </w:rPr>
          <w:fldChar w:fldCharType="begin"/>
        </w:r>
        <w:r w:rsidR="00964FEC">
          <w:rPr>
            <w:rStyle w:val="PageNumber"/>
          </w:rPr>
          <w:instrText xml:space="preserve"> PAGE </w:instrText>
        </w:r>
        <w:r w:rsidR="00964FEC">
          <w:rPr>
            <w:rStyle w:val="PageNumber"/>
          </w:rPr>
          <w:fldChar w:fldCharType="separate"/>
        </w:r>
        <w:r w:rsidR="00964FEC">
          <w:rPr>
            <w:rStyle w:val="PageNumber"/>
            <w:noProof/>
          </w:rPr>
          <w:t>1-2</w:t>
        </w:r>
        <w:r w:rsidR="00964FEC">
          <w:rPr>
            <w:rStyle w:val="PageNumber"/>
          </w:rPr>
          <w:fldChar w:fldCharType="end"/>
        </w:r>
      </w:p>
    </w:sdtContent>
  </w:sdt>
  <w:p w14:paraId="642E5864" w14:textId="77777777" w:rsidR="00964FEC" w:rsidRDefault="00964FEC" w:rsidP="00964FEC">
    <w:pPr>
      <w:pStyle w:val="Header"/>
      <w:ind w:right="360" w:firstLine="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D48D67" w14:textId="66EC98C9" w:rsidR="00B00872" w:rsidRDefault="007745B4">
    <w:pPr>
      <w:pStyle w:val="Header"/>
    </w:pPr>
    <w:r>
      <w:rPr>
        <w:noProof/>
      </w:rPr>
      <w:pict w14:anchorId="35B01C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965019" o:spid="_x0000_s1027" type="#_x0000_t75" alt="" style="position:absolute;margin-left:0;margin-top:0;width:453.4pt;height:453.4pt;z-index:-251597824;mso-wrap-edited:f;mso-width-percent:0;mso-height-percent:0;mso-position-horizontal:center;mso-position-horizontal-relative:margin;mso-position-vertical:center;mso-position-vertical-relative:margin;mso-width-percent:0;mso-height-percent:0" o:allowincell="f">
          <v:imagedata r:id="rId1" o:title="logo unpas" gain="19661f" blacklevel="22938f"/>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49192408"/>
      <w:docPartObj>
        <w:docPartGallery w:val="Page Numbers (Top of Page)"/>
        <w:docPartUnique/>
      </w:docPartObj>
    </w:sdtPr>
    <w:sdtEndPr>
      <w:rPr>
        <w:noProof/>
      </w:rPr>
    </w:sdtEndPr>
    <w:sdtContent>
      <w:p w14:paraId="30B3F6D7" w14:textId="780E61AA" w:rsidR="00783F4A" w:rsidRDefault="00783F4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5C8FFD3" w14:textId="049DCD5F" w:rsidR="00D800E9" w:rsidRDefault="007745B4">
    <w:pPr>
      <w:pStyle w:val="Header"/>
    </w:pPr>
    <w:r>
      <w:rPr>
        <w:noProof/>
      </w:rPr>
      <w:pict w14:anchorId="6DB365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965020" o:spid="_x0000_s1026" type="#_x0000_t75" alt="" style="position:absolute;margin-left:0;margin-top:0;width:453.4pt;height:453.4pt;z-index:-251594752;mso-wrap-edited:f;mso-width-percent:0;mso-height-percent:0;mso-position-horizontal:center;mso-position-horizontal-relative:margin;mso-position-vertical:center;mso-position-vertical-relative:margin;mso-width-percent:0;mso-height-percent:0" o:allowincell="f">
          <v:imagedata r:id="rId1" o:title="logo unpas" gain="19661f" blacklevel="22938f"/>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0A4388" w14:textId="61D17FDD" w:rsidR="00B00872" w:rsidRDefault="007745B4">
    <w:pPr>
      <w:pStyle w:val="Header"/>
    </w:pPr>
    <w:r>
      <w:rPr>
        <w:noProof/>
      </w:rPr>
      <w:pict w14:anchorId="3097D5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965018" o:spid="_x0000_s1025" type="#_x0000_t75" alt="" style="position:absolute;margin-left:0;margin-top:0;width:453.4pt;height:453.4pt;z-index:-251600896;mso-wrap-edited:f;mso-width-percent:0;mso-height-percent:0;mso-position-horizontal:center;mso-position-horizontal-relative:margin;mso-position-vertical:center;mso-position-vertical-relative:margin;mso-width-percent:0;mso-height-percent:0" o:allowincell="f">
          <v:imagedata r:id="rId1" o:title="logo unpas"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8C9CD4" w14:textId="0F7B1787" w:rsidR="00B00872" w:rsidRDefault="007745B4">
    <w:pPr>
      <w:pStyle w:val="Header"/>
    </w:pPr>
    <w:r>
      <w:rPr>
        <w:noProof/>
      </w:rPr>
      <w:pict w14:anchorId="273B81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965002" o:spid="_x0000_s1035" type="#_x0000_t75" alt="" style="position:absolute;margin-left:0;margin-top:0;width:453.4pt;height:453.4pt;z-index:-251650048;mso-wrap-edited:f;mso-width-percent:0;mso-height-percent:0;mso-position-horizontal:center;mso-position-horizontal-relative:margin;mso-position-vertical:center;mso-position-vertical-relative:margin;mso-width-percent:0;mso-height-percent:0" o:allowincell="f">
          <v:imagedata r:id="rId1" o:title="logo unpas"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055EF7" w14:textId="400B7BDE" w:rsidR="00B00872" w:rsidRDefault="007745B4">
    <w:pPr>
      <w:pStyle w:val="Header"/>
    </w:pPr>
    <w:r>
      <w:rPr>
        <w:noProof/>
      </w:rPr>
      <w:pict w14:anchorId="3A622F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965000" o:spid="_x0000_s1034" type="#_x0000_t75" alt="" style="position:absolute;margin-left:0;margin-top:0;width:453.4pt;height:453.4pt;z-index:-251656192;mso-wrap-edited:f;mso-width-percent:0;mso-height-percent:0;mso-position-horizontal:center;mso-position-horizontal-relative:margin;mso-position-vertical:center;mso-position-vertical-relative:margin;mso-width-percent:0;mso-height-percent:0" o:allowincell="f">
          <v:imagedata r:id="rId1" o:title="logo unpas" gain="19661f" blacklevel="22938f"/>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947AE" w14:textId="4C5ACC9E" w:rsidR="00B00872" w:rsidRDefault="007745B4">
    <w:pPr>
      <w:pStyle w:val="Header"/>
    </w:pPr>
    <w:r>
      <w:rPr>
        <w:noProof/>
      </w:rPr>
      <w:pict w14:anchorId="2BBF9C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965004" o:spid="_x0000_s1033" type="#_x0000_t75" alt="" style="position:absolute;margin-left:0;margin-top:0;width:453.4pt;height:453.4pt;z-index:-251643904;mso-wrap-edited:f;mso-width-percent:0;mso-height-percent:0;mso-position-horizontal:center;mso-position-horizontal-relative:margin;mso-position-vertical:center;mso-position-vertical-relative:margin;mso-width-percent:0;mso-height-percent:0" o:allowincell="f">
          <v:imagedata r:id="rId1" o:title="logo unpas" gain="19661f" blacklevel="22938f"/>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130D0" w14:textId="203B9474" w:rsidR="00B00872" w:rsidRDefault="007745B4">
    <w:pPr>
      <w:pStyle w:val="Header"/>
    </w:pPr>
    <w:r>
      <w:rPr>
        <w:noProof/>
      </w:rPr>
      <w:pict w14:anchorId="4A0790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965005" o:spid="_x0000_s1032" type="#_x0000_t75" alt="" style="position:absolute;margin-left:0;margin-top:0;width:453.4pt;height:453.4pt;z-index:-251640832;mso-wrap-edited:f;mso-width-percent:0;mso-height-percent:0;mso-position-horizontal:center;mso-position-horizontal-relative:margin;mso-position-vertical:center;mso-position-vertical-relative:margin;mso-width-percent:0;mso-height-percent:0" o:allowincell="f">
          <v:imagedata r:id="rId1" o:title="logo unpas" gain="19661f" blacklevel="22938f"/>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A4A9B" w14:textId="08D00323" w:rsidR="00B00872" w:rsidRDefault="007745B4">
    <w:pPr>
      <w:pStyle w:val="Header"/>
    </w:pPr>
    <w:r>
      <w:rPr>
        <w:noProof/>
      </w:rPr>
      <w:pict w14:anchorId="6CF1E7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965003" o:spid="_x0000_s1031" type="#_x0000_t75" alt="" style="position:absolute;margin-left:0;margin-top:0;width:453.4pt;height:453.4pt;z-index:-251646976;mso-wrap-edited:f;mso-width-percent:0;mso-height-percent:0;mso-position-horizontal:center;mso-position-horizontal-relative:margin;mso-position-vertical:center;mso-position-vertical-relative:margin;mso-width-percent:0;mso-height-percent:0" o:allowincell="f">
          <v:imagedata r:id="rId1" o:title="logo unpas" gain="19661f" blacklevel="22938f"/>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359834" w14:textId="1DEA322F" w:rsidR="00B00872" w:rsidRDefault="007745B4">
    <w:pPr>
      <w:pStyle w:val="Header"/>
    </w:pPr>
    <w:r>
      <w:rPr>
        <w:noProof/>
      </w:rPr>
      <w:pict w14:anchorId="66B17C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965007" o:spid="_x0000_s1030" type="#_x0000_t75" alt="" style="position:absolute;margin-left:0;margin-top:0;width:453.4pt;height:453.4pt;z-index:-251634688;mso-wrap-edited:f;mso-width-percent:0;mso-height-percent:0;mso-position-horizontal:center;mso-position-horizontal-relative:margin;mso-position-vertical:center;mso-position-vertical-relative:margin;mso-width-percent:0;mso-height-percent:0" o:allowincell="f">
          <v:imagedata r:id="rId1" o:title="logo unpas" gain="19661f" blacklevel="22938f"/>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79571114"/>
      <w:docPartObj>
        <w:docPartGallery w:val="Page Numbers (Top of Page)"/>
        <w:docPartUnique/>
      </w:docPartObj>
    </w:sdtPr>
    <w:sdtContent>
      <w:p w14:paraId="4084E960" w14:textId="095D11F0" w:rsidR="00964FEC" w:rsidRDefault="00964FEC" w:rsidP="00D05803">
        <w:pPr>
          <w:pStyle w:val="Head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w:t>
        </w:r>
        <w:r>
          <w:rPr>
            <w:rStyle w:val="PageNumber"/>
          </w:rPr>
          <w:fldChar w:fldCharType="end"/>
        </w:r>
      </w:p>
    </w:sdtContent>
  </w:sdt>
  <w:p w14:paraId="3E7240FC" w14:textId="5446E3FC" w:rsidR="0071545B" w:rsidRDefault="0071545B" w:rsidP="00964FEC">
    <w:pPr>
      <w:pStyle w:val="Header"/>
      <w:ind w:right="360" w:firstLine="360"/>
      <w:jc w:val="right"/>
    </w:pPr>
  </w:p>
  <w:p w14:paraId="3D443F01" w14:textId="7AAA9B14" w:rsidR="0071545B" w:rsidRDefault="007745B4">
    <w:pPr>
      <w:pStyle w:val="Header"/>
    </w:pPr>
    <w:r>
      <w:rPr>
        <w:noProof/>
      </w:rPr>
      <w:pict w14:anchorId="1E0FEE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965008" o:spid="_x0000_s1029" type="#_x0000_t75" alt="" style="position:absolute;margin-left:0;margin-top:0;width:453.4pt;height:453.4pt;z-index:-251631616;mso-wrap-edited:f;mso-width-percent:0;mso-height-percent:0;mso-position-horizontal:center;mso-position-horizontal-relative:margin;mso-position-vertical:center;mso-position-vertical-relative:margin;mso-width-percent:0;mso-height-percent:0" o:allowincell="f">
          <v:imagedata r:id="rId1" o:title="logo unpas" gain="19661f" blacklevel="22938f"/>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37007" w14:textId="3B66DC17" w:rsidR="0071545B" w:rsidRDefault="007745B4">
    <w:pPr>
      <w:pStyle w:val="Header"/>
    </w:pPr>
    <w:r>
      <w:rPr>
        <w:noProof/>
      </w:rPr>
      <w:pict w14:anchorId="15141C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965006" o:spid="_x0000_s1028" type="#_x0000_t75" alt="" style="position:absolute;margin-left:0;margin-top:0;width:453.4pt;height:453.4pt;z-index:-251637760;mso-wrap-edited:f;mso-width-percent:0;mso-height-percent:0;mso-position-horizontal:center;mso-position-horizontal-relative:margin;mso-position-vertical:center;mso-position-vertical-relative:margin;mso-width-percent:0;mso-height-percent:0" o:allowincell="f">
          <v:imagedata r:id="rId1" o:title="logo unpas"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14D1D3D"/>
    <w:multiLevelType w:val="hybridMultilevel"/>
    <w:tmpl w:val="42425946"/>
    <w:lvl w:ilvl="0" w:tplc="FFFFFFFF">
      <w:start w:val="1"/>
      <w:numFmt w:val="decimal"/>
      <w:lvlText w:val="%1."/>
      <w:lvlJc w:val="left"/>
      <w:pPr>
        <w:ind w:left="720" w:hanging="360"/>
      </w:pPr>
      <w:rPr>
        <w:rFonts w:hint="default"/>
        <w:i w:val="0"/>
        <w:iCs w:val="0"/>
      </w:rPr>
    </w:lvl>
    <w:lvl w:ilvl="1" w:tplc="FFFFFFFF">
      <w:start w:val="1"/>
      <w:numFmt w:val="lowerLetter"/>
      <w:lvlText w:val="%2."/>
      <w:lvlJc w:val="left"/>
      <w:pPr>
        <w:ind w:left="1440" w:hanging="360"/>
      </w:pPr>
      <w:rPr>
        <w:i w:val="0"/>
        <w:i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3F45AED"/>
    <w:multiLevelType w:val="hybridMultilevel"/>
    <w:tmpl w:val="1108C50C"/>
    <w:lvl w:ilvl="0" w:tplc="13B66D92">
      <w:start w:val="1"/>
      <w:numFmt w:val="decimal"/>
      <w:lvlText w:val="%1."/>
      <w:lvlJc w:val="left"/>
      <w:pPr>
        <w:ind w:left="720" w:hanging="360"/>
      </w:pPr>
      <w:rPr>
        <w:rFonts w:hint="default"/>
        <w:i w:val="0"/>
        <w:iCs w:val="0"/>
      </w:rPr>
    </w:lvl>
    <w:lvl w:ilvl="1" w:tplc="80D4D752">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585EA5"/>
    <w:multiLevelType w:val="multilevel"/>
    <w:tmpl w:val="3ACAC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8560EED"/>
    <w:multiLevelType w:val="hybridMultilevel"/>
    <w:tmpl w:val="FF089D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0FE44C45"/>
    <w:multiLevelType w:val="hybridMultilevel"/>
    <w:tmpl w:val="896C8F46"/>
    <w:lvl w:ilvl="0" w:tplc="04090019">
      <w:start w:val="1"/>
      <w:numFmt w:val="lowerLetter"/>
      <w:lvlText w:val="%1."/>
      <w:lvlJc w:val="left"/>
      <w:pPr>
        <w:ind w:left="1400"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11" w15:restartNumberingAfterBreak="0">
    <w:nsid w:val="12767E28"/>
    <w:multiLevelType w:val="hybridMultilevel"/>
    <w:tmpl w:val="6346F2C8"/>
    <w:lvl w:ilvl="0" w:tplc="E2BCEA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28C41FA"/>
    <w:multiLevelType w:val="hybridMultilevel"/>
    <w:tmpl w:val="8AE01652"/>
    <w:lvl w:ilvl="0" w:tplc="FFFFFFFF">
      <w:start w:val="1"/>
      <w:numFmt w:val="decimal"/>
      <w:lvlText w:val="%1."/>
      <w:lvlJc w:val="left"/>
      <w:pPr>
        <w:ind w:left="1400" w:hanging="360"/>
      </w:pPr>
      <w:rPr>
        <w:rFonts w:hint="default"/>
        <w:i w:val="0"/>
        <w:iCs w:val="0"/>
      </w:rPr>
    </w:lvl>
    <w:lvl w:ilvl="1" w:tplc="308496B8">
      <w:start w:val="1"/>
      <w:numFmt w:val="decimal"/>
      <w:lvlText w:val="%2."/>
      <w:lvlJc w:val="left"/>
      <w:pPr>
        <w:ind w:left="2120" w:hanging="360"/>
      </w:pPr>
      <w:rPr>
        <w:rFonts w:hint="default"/>
      </w:rPr>
    </w:lvl>
    <w:lvl w:ilvl="2" w:tplc="0409001B">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13" w15:restartNumberingAfterBreak="0">
    <w:nsid w:val="15E46FEE"/>
    <w:multiLevelType w:val="hybridMultilevel"/>
    <w:tmpl w:val="915E67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77D48AC"/>
    <w:multiLevelType w:val="hybridMultilevel"/>
    <w:tmpl w:val="88A239A6"/>
    <w:lvl w:ilvl="0" w:tplc="04090019">
      <w:start w:val="1"/>
      <w:numFmt w:val="lowerLetter"/>
      <w:lvlText w:val="%1."/>
      <w:lvlJc w:val="left"/>
      <w:pPr>
        <w:ind w:left="1400"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15" w15:restartNumberingAfterBreak="0">
    <w:nsid w:val="1ED34703"/>
    <w:multiLevelType w:val="hybridMultilevel"/>
    <w:tmpl w:val="D3981C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275767"/>
    <w:multiLevelType w:val="multilevel"/>
    <w:tmpl w:val="C3763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7B2785"/>
    <w:multiLevelType w:val="hybridMultilevel"/>
    <w:tmpl w:val="00CAA0A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A33250"/>
    <w:multiLevelType w:val="multilevel"/>
    <w:tmpl w:val="3ACAC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0876CA7"/>
    <w:multiLevelType w:val="hybridMultilevel"/>
    <w:tmpl w:val="49D6F32C"/>
    <w:lvl w:ilvl="0" w:tplc="1298A1D2">
      <w:start w:val="1"/>
      <w:numFmt w:val="decimal"/>
      <w:lvlText w:val="%1."/>
      <w:lvlJc w:val="left"/>
      <w:pPr>
        <w:ind w:left="720" w:hanging="360"/>
      </w:pPr>
      <w:rPr>
        <w:rFonts w:cs="Times New Roman" w:hint="default"/>
        <w:color w:val="FFFFFF" w:themeColor="background1"/>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0D3230"/>
    <w:multiLevelType w:val="hybridMultilevel"/>
    <w:tmpl w:val="3A9A8194"/>
    <w:lvl w:ilvl="0" w:tplc="04090019">
      <w:start w:val="1"/>
      <w:numFmt w:val="lowerLetter"/>
      <w:lvlText w:val="%1."/>
      <w:lvlJc w:val="left"/>
      <w:pPr>
        <w:ind w:left="1400"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21" w15:restartNumberingAfterBreak="0">
    <w:nsid w:val="3F317B1E"/>
    <w:multiLevelType w:val="hybridMultilevel"/>
    <w:tmpl w:val="F3A6D2C4"/>
    <w:lvl w:ilvl="0" w:tplc="3E34A6C4">
      <w:start w:val="1"/>
      <w:numFmt w:val="decimal"/>
      <w:lvlText w:val="%1."/>
      <w:lvlJc w:val="left"/>
      <w:pPr>
        <w:ind w:left="720" w:hanging="360"/>
      </w:pPr>
      <w:rPr>
        <w:rFonts w:hint="default"/>
        <w:b/>
      </w:rPr>
    </w:lvl>
    <w:lvl w:ilvl="1" w:tplc="6456CAD8">
      <w:start w:val="1"/>
      <w:numFmt w:val="decimal"/>
      <w:lvlText w:val="%2."/>
      <w:lvlJc w:val="left"/>
      <w:pPr>
        <w:ind w:left="1440" w:hanging="360"/>
      </w:pPr>
      <w:rPr>
        <w:rFonts w:hint="default"/>
        <w:b w:val="0"/>
        <w:bC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7E1496"/>
    <w:multiLevelType w:val="multilevel"/>
    <w:tmpl w:val="FB384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A31F48"/>
    <w:multiLevelType w:val="hybridMultilevel"/>
    <w:tmpl w:val="A772598A"/>
    <w:lvl w:ilvl="0" w:tplc="3356DEF2">
      <w:start w:val="1"/>
      <w:numFmt w:val="decimal"/>
      <w:lvlText w:val="%1."/>
      <w:lvlJc w:val="left"/>
      <w:pPr>
        <w:ind w:left="700" w:hanging="360"/>
      </w:pPr>
      <w:rPr>
        <w:rFonts w:cs="Times New Roman"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4" w15:restartNumberingAfterBreak="0">
    <w:nsid w:val="488D18DD"/>
    <w:multiLevelType w:val="hybridMultilevel"/>
    <w:tmpl w:val="53C643C6"/>
    <w:lvl w:ilvl="0" w:tplc="E8549568">
      <w:start w:val="1"/>
      <w:numFmt w:val="decimal"/>
      <w:lvlText w:val="%1."/>
      <w:lvlJc w:val="left"/>
      <w:pPr>
        <w:ind w:left="715" w:hanging="375"/>
      </w:pPr>
      <w:rPr>
        <w:rFonts w:cs="Times New Roman"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5" w15:restartNumberingAfterBreak="0">
    <w:nsid w:val="4D126025"/>
    <w:multiLevelType w:val="hybridMultilevel"/>
    <w:tmpl w:val="4C0CE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992FC6"/>
    <w:multiLevelType w:val="multilevel"/>
    <w:tmpl w:val="3ACAC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47376AD"/>
    <w:multiLevelType w:val="multilevel"/>
    <w:tmpl w:val="85E8BBB2"/>
    <w:lvl w:ilvl="0">
      <w:start w:val="1"/>
      <w:numFmt w:val="bullet"/>
      <w:lvlText w:val=""/>
      <w:lvlJc w:val="left"/>
      <w:pPr>
        <w:tabs>
          <w:tab w:val="num" w:pos="2480"/>
        </w:tabs>
        <w:ind w:left="2480" w:hanging="360"/>
      </w:pPr>
      <w:rPr>
        <w:rFonts w:ascii="Symbol" w:hAnsi="Symbol" w:hint="default"/>
        <w:i w:val="0"/>
        <w:iCs w:val="0"/>
        <w:sz w:val="20"/>
      </w:rPr>
    </w:lvl>
    <w:lvl w:ilvl="1">
      <w:start w:val="1"/>
      <w:numFmt w:val="bullet"/>
      <w:lvlText w:val="o"/>
      <w:lvlJc w:val="left"/>
      <w:pPr>
        <w:tabs>
          <w:tab w:val="num" w:pos="3200"/>
        </w:tabs>
        <w:ind w:left="3200" w:hanging="360"/>
      </w:pPr>
      <w:rPr>
        <w:rFonts w:ascii="Courier New" w:hAnsi="Courier New" w:hint="default"/>
        <w:sz w:val="20"/>
      </w:rPr>
    </w:lvl>
    <w:lvl w:ilvl="2" w:tentative="1">
      <w:start w:val="1"/>
      <w:numFmt w:val="bullet"/>
      <w:lvlText w:val=""/>
      <w:lvlJc w:val="left"/>
      <w:pPr>
        <w:tabs>
          <w:tab w:val="num" w:pos="3920"/>
        </w:tabs>
        <w:ind w:left="3920" w:hanging="360"/>
      </w:pPr>
      <w:rPr>
        <w:rFonts w:ascii="Wingdings" w:hAnsi="Wingdings" w:hint="default"/>
        <w:sz w:val="20"/>
      </w:rPr>
    </w:lvl>
    <w:lvl w:ilvl="3" w:tentative="1">
      <w:start w:val="1"/>
      <w:numFmt w:val="bullet"/>
      <w:lvlText w:val=""/>
      <w:lvlJc w:val="left"/>
      <w:pPr>
        <w:tabs>
          <w:tab w:val="num" w:pos="4640"/>
        </w:tabs>
        <w:ind w:left="4640" w:hanging="360"/>
      </w:pPr>
      <w:rPr>
        <w:rFonts w:ascii="Wingdings" w:hAnsi="Wingdings" w:hint="default"/>
        <w:sz w:val="20"/>
      </w:rPr>
    </w:lvl>
    <w:lvl w:ilvl="4" w:tentative="1">
      <w:start w:val="1"/>
      <w:numFmt w:val="bullet"/>
      <w:lvlText w:val=""/>
      <w:lvlJc w:val="left"/>
      <w:pPr>
        <w:tabs>
          <w:tab w:val="num" w:pos="5360"/>
        </w:tabs>
        <w:ind w:left="5360" w:hanging="360"/>
      </w:pPr>
      <w:rPr>
        <w:rFonts w:ascii="Wingdings" w:hAnsi="Wingdings" w:hint="default"/>
        <w:sz w:val="20"/>
      </w:rPr>
    </w:lvl>
    <w:lvl w:ilvl="5" w:tentative="1">
      <w:start w:val="1"/>
      <w:numFmt w:val="bullet"/>
      <w:lvlText w:val=""/>
      <w:lvlJc w:val="left"/>
      <w:pPr>
        <w:tabs>
          <w:tab w:val="num" w:pos="6080"/>
        </w:tabs>
        <w:ind w:left="6080" w:hanging="360"/>
      </w:pPr>
      <w:rPr>
        <w:rFonts w:ascii="Wingdings" w:hAnsi="Wingdings" w:hint="default"/>
        <w:sz w:val="20"/>
      </w:rPr>
    </w:lvl>
    <w:lvl w:ilvl="6" w:tentative="1">
      <w:start w:val="1"/>
      <w:numFmt w:val="bullet"/>
      <w:lvlText w:val=""/>
      <w:lvlJc w:val="left"/>
      <w:pPr>
        <w:tabs>
          <w:tab w:val="num" w:pos="6800"/>
        </w:tabs>
        <w:ind w:left="6800" w:hanging="360"/>
      </w:pPr>
      <w:rPr>
        <w:rFonts w:ascii="Wingdings" w:hAnsi="Wingdings" w:hint="default"/>
        <w:sz w:val="20"/>
      </w:rPr>
    </w:lvl>
    <w:lvl w:ilvl="7" w:tentative="1">
      <w:start w:val="1"/>
      <w:numFmt w:val="bullet"/>
      <w:lvlText w:val=""/>
      <w:lvlJc w:val="left"/>
      <w:pPr>
        <w:tabs>
          <w:tab w:val="num" w:pos="7520"/>
        </w:tabs>
        <w:ind w:left="7520" w:hanging="360"/>
      </w:pPr>
      <w:rPr>
        <w:rFonts w:ascii="Wingdings" w:hAnsi="Wingdings" w:hint="default"/>
        <w:sz w:val="20"/>
      </w:rPr>
    </w:lvl>
    <w:lvl w:ilvl="8" w:tentative="1">
      <w:start w:val="1"/>
      <w:numFmt w:val="bullet"/>
      <w:lvlText w:val=""/>
      <w:lvlJc w:val="left"/>
      <w:pPr>
        <w:tabs>
          <w:tab w:val="num" w:pos="8240"/>
        </w:tabs>
        <w:ind w:left="8240" w:hanging="360"/>
      </w:pPr>
      <w:rPr>
        <w:rFonts w:ascii="Wingdings" w:hAnsi="Wingdings" w:hint="default"/>
        <w:sz w:val="20"/>
      </w:rPr>
    </w:lvl>
  </w:abstractNum>
  <w:abstractNum w:abstractNumId="28" w15:restartNumberingAfterBreak="0">
    <w:nsid w:val="5EE83306"/>
    <w:multiLevelType w:val="hybridMultilevel"/>
    <w:tmpl w:val="3D7C2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0F5CDB"/>
    <w:multiLevelType w:val="multilevel"/>
    <w:tmpl w:val="B010DE54"/>
    <w:lvl w:ilvl="0">
      <w:start w:val="1"/>
      <w:numFmt w:val="decimal"/>
      <w:pStyle w:val="Heading1"/>
      <w:lvlText w:val="%1"/>
      <w:lvlJc w:val="left"/>
      <w:pPr>
        <w:ind w:left="432" w:hanging="432"/>
      </w:pPr>
      <w:rPr>
        <w:rFonts w:hint="default"/>
        <w:color w:val="FFFFFF" w:themeColor="background1"/>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0" w15:restartNumberingAfterBreak="0">
    <w:nsid w:val="61C5204E"/>
    <w:multiLevelType w:val="multilevel"/>
    <w:tmpl w:val="3ACAC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23C72DE"/>
    <w:multiLevelType w:val="hybridMultilevel"/>
    <w:tmpl w:val="11D44CC6"/>
    <w:lvl w:ilvl="0" w:tplc="3356DEF2">
      <w:start w:val="1"/>
      <w:numFmt w:val="decimal"/>
      <w:lvlText w:val="%1."/>
      <w:lvlJc w:val="left"/>
      <w:pPr>
        <w:ind w:left="700" w:hanging="360"/>
      </w:pPr>
      <w:rPr>
        <w:rFonts w:cs="Times New Roman"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2" w15:restartNumberingAfterBreak="0">
    <w:nsid w:val="656E0AD7"/>
    <w:multiLevelType w:val="multilevel"/>
    <w:tmpl w:val="2B524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311E58"/>
    <w:multiLevelType w:val="hybridMultilevel"/>
    <w:tmpl w:val="84701B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315DE2"/>
    <w:multiLevelType w:val="hybridMultilevel"/>
    <w:tmpl w:val="4030C3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C054D7"/>
    <w:multiLevelType w:val="hybridMultilevel"/>
    <w:tmpl w:val="BE02D24A"/>
    <w:lvl w:ilvl="0" w:tplc="3356DEF2">
      <w:start w:val="1"/>
      <w:numFmt w:val="decimal"/>
      <w:lvlText w:val="%1."/>
      <w:lvlJc w:val="left"/>
      <w:pPr>
        <w:ind w:left="700" w:hanging="360"/>
      </w:pPr>
      <w:rPr>
        <w:rFonts w:cs="Times New Roman"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6" w15:restartNumberingAfterBreak="0">
    <w:nsid w:val="713257A5"/>
    <w:multiLevelType w:val="multilevel"/>
    <w:tmpl w:val="3DD80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901A64"/>
    <w:multiLevelType w:val="multilevel"/>
    <w:tmpl w:val="3ACAC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3B534F5"/>
    <w:multiLevelType w:val="hybridMultilevel"/>
    <w:tmpl w:val="D646D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134082"/>
    <w:multiLevelType w:val="multilevel"/>
    <w:tmpl w:val="0BCA9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401A7A"/>
    <w:multiLevelType w:val="multilevel"/>
    <w:tmpl w:val="5B86959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CB50F51"/>
    <w:multiLevelType w:val="hybridMultilevel"/>
    <w:tmpl w:val="73FA9F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F622067"/>
    <w:multiLevelType w:val="hybridMultilevel"/>
    <w:tmpl w:val="4B8A3F0A"/>
    <w:lvl w:ilvl="0" w:tplc="3356DEF2">
      <w:start w:val="1"/>
      <w:numFmt w:val="decimal"/>
      <w:lvlText w:val="%1."/>
      <w:lvlJc w:val="left"/>
      <w:pPr>
        <w:ind w:left="700" w:hanging="360"/>
      </w:pPr>
      <w:rPr>
        <w:rFonts w:cs="Times New Roman" w:hint="default"/>
      </w:rPr>
    </w:lvl>
    <w:lvl w:ilvl="1" w:tplc="04090019">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3" w15:restartNumberingAfterBreak="0">
    <w:nsid w:val="7FD96A53"/>
    <w:multiLevelType w:val="hybridMultilevel"/>
    <w:tmpl w:val="93E40B76"/>
    <w:lvl w:ilvl="0" w:tplc="04090001">
      <w:start w:val="1"/>
      <w:numFmt w:val="bullet"/>
      <w:lvlText w:val=""/>
      <w:lvlJc w:val="left"/>
      <w:pPr>
        <w:ind w:left="2840" w:hanging="360"/>
      </w:pPr>
      <w:rPr>
        <w:rFonts w:ascii="Symbol" w:hAnsi="Symbol" w:hint="default"/>
      </w:rPr>
    </w:lvl>
    <w:lvl w:ilvl="1" w:tplc="04090003" w:tentative="1">
      <w:start w:val="1"/>
      <w:numFmt w:val="bullet"/>
      <w:lvlText w:val="o"/>
      <w:lvlJc w:val="left"/>
      <w:pPr>
        <w:ind w:left="3560" w:hanging="360"/>
      </w:pPr>
      <w:rPr>
        <w:rFonts w:ascii="Courier New" w:hAnsi="Courier New" w:cs="Courier New" w:hint="default"/>
      </w:rPr>
    </w:lvl>
    <w:lvl w:ilvl="2" w:tplc="04090005" w:tentative="1">
      <w:start w:val="1"/>
      <w:numFmt w:val="bullet"/>
      <w:lvlText w:val=""/>
      <w:lvlJc w:val="left"/>
      <w:pPr>
        <w:ind w:left="4280" w:hanging="360"/>
      </w:pPr>
      <w:rPr>
        <w:rFonts w:ascii="Wingdings" w:hAnsi="Wingdings" w:hint="default"/>
      </w:rPr>
    </w:lvl>
    <w:lvl w:ilvl="3" w:tplc="04090001" w:tentative="1">
      <w:start w:val="1"/>
      <w:numFmt w:val="bullet"/>
      <w:lvlText w:val=""/>
      <w:lvlJc w:val="left"/>
      <w:pPr>
        <w:ind w:left="5000" w:hanging="360"/>
      </w:pPr>
      <w:rPr>
        <w:rFonts w:ascii="Symbol" w:hAnsi="Symbol" w:hint="default"/>
      </w:rPr>
    </w:lvl>
    <w:lvl w:ilvl="4" w:tplc="04090003" w:tentative="1">
      <w:start w:val="1"/>
      <w:numFmt w:val="bullet"/>
      <w:lvlText w:val="o"/>
      <w:lvlJc w:val="left"/>
      <w:pPr>
        <w:ind w:left="5720" w:hanging="360"/>
      </w:pPr>
      <w:rPr>
        <w:rFonts w:ascii="Courier New" w:hAnsi="Courier New" w:cs="Courier New" w:hint="default"/>
      </w:rPr>
    </w:lvl>
    <w:lvl w:ilvl="5" w:tplc="04090005" w:tentative="1">
      <w:start w:val="1"/>
      <w:numFmt w:val="bullet"/>
      <w:lvlText w:val=""/>
      <w:lvlJc w:val="left"/>
      <w:pPr>
        <w:ind w:left="6440" w:hanging="360"/>
      </w:pPr>
      <w:rPr>
        <w:rFonts w:ascii="Wingdings" w:hAnsi="Wingdings" w:hint="default"/>
      </w:rPr>
    </w:lvl>
    <w:lvl w:ilvl="6" w:tplc="04090001" w:tentative="1">
      <w:start w:val="1"/>
      <w:numFmt w:val="bullet"/>
      <w:lvlText w:val=""/>
      <w:lvlJc w:val="left"/>
      <w:pPr>
        <w:ind w:left="7160" w:hanging="360"/>
      </w:pPr>
      <w:rPr>
        <w:rFonts w:ascii="Symbol" w:hAnsi="Symbol" w:hint="default"/>
      </w:rPr>
    </w:lvl>
    <w:lvl w:ilvl="7" w:tplc="04090003" w:tentative="1">
      <w:start w:val="1"/>
      <w:numFmt w:val="bullet"/>
      <w:lvlText w:val="o"/>
      <w:lvlJc w:val="left"/>
      <w:pPr>
        <w:ind w:left="7880" w:hanging="360"/>
      </w:pPr>
      <w:rPr>
        <w:rFonts w:ascii="Courier New" w:hAnsi="Courier New" w:cs="Courier New" w:hint="default"/>
      </w:rPr>
    </w:lvl>
    <w:lvl w:ilvl="8" w:tplc="04090005" w:tentative="1">
      <w:start w:val="1"/>
      <w:numFmt w:val="bullet"/>
      <w:lvlText w:val=""/>
      <w:lvlJc w:val="left"/>
      <w:pPr>
        <w:ind w:left="8600" w:hanging="360"/>
      </w:pPr>
      <w:rPr>
        <w:rFonts w:ascii="Wingdings" w:hAnsi="Wingdings" w:hint="default"/>
      </w:rPr>
    </w:lvl>
  </w:abstractNum>
  <w:num w:numId="1" w16cid:durableId="1632711729">
    <w:abstractNumId w:val="5"/>
  </w:num>
  <w:num w:numId="2" w16cid:durableId="257450152">
    <w:abstractNumId w:val="3"/>
  </w:num>
  <w:num w:numId="3" w16cid:durableId="505560463">
    <w:abstractNumId w:val="2"/>
  </w:num>
  <w:num w:numId="4" w16cid:durableId="46802843">
    <w:abstractNumId w:val="4"/>
  </w:num>
  <w:num w:numId="5" w16cid:durableId="188035130">
    <w:abstractNumId w:val="1"/>
  </w:num>
  <w:num w:numId="6" w16cid:durableId="394623561">
    <w:abstractNumId w:val="0"/>
  </w:num>
  <w:num w:numId="7" w16cid:durableId="1508515768">
    <w:abstractNumId w:val="23"/>
  </w:num>
  <w:num w:numId="8" w16cid:durableId="592518298">
    <w:abstractNumId w:val="31"/>
  </w:num>
  <w:num w:numId="9" w16cid:durableId="400174679">
    <w:abstractNumId w:val="24"/>
  </w:num>
  <w:num w:numId="10" w16cid:durableId="1724061511">
    <w:abstractNumId w:val="42"/>
  </w:num>
  <w:num w:numId="11" w16cid:durableId="660618145">
    <w:abstractNumId w:val="28"/>
  </w:num>
  <w:num w:numId="12" w16cid:durableId="1737625390">
    <w:abstractNumId w:val="17"/>
  </w:num>
  <w:num w:numId="13" w16cid:durableId="433018090">
    <w:abstractNumId w:val="35"/>
  </w:num>
  <w:num w:numId="14" w16cid:durableId="1788306330">
    <w:abstractNumId w:val="29"/>
  </w:num>
  <w:num w:numId="15" w16cid:durableId="1390610686">
    <w:abstractNumId w:val="14"/>
  </w:num>
  <w:num w:numId="16" w16cid:durableId="578757354">
    <w:abstractNumId w:val="12"/>
  </w:num>
  <w:num w:numId="17" w16cid:durableId="1074355228">
    <w:abstractNumId w:val="33"/>
  </w:num>
  <w:num w:numId="18" w16cid:durableId="496070433">
    <w:abstractNumId w:val="10"/>
  </w:num>
  <w:num w:numId="19" w16cid:durableId="815993057">
    <w:abstractNumId w:val="20"/>
  </w:num>
  <w:num w:numId="20" w16cid:durableId="439880144">
    <w:abstractNumId w:val="19"/>
  </w:num>
  <w:num w:numId="21" w16cid:durableId="1855072017">
    <w:abstractNumId w:val="8"/>
  </w:num>
  <w:num w:numId="22" w16cid:durableId="4063759">
    <w:abstractNumId w:val="25"/>
  </w:num>
  <w:num w:numId="23" w16cid:durableId="806582738">
    <w:abstractNumId w:val="7"/>
  </w:num>
  <w:num w:numId="24" w16cid:durableId="2038002458">
    <w:abstractNumId w:val="34"/>
  </w:num>
  <w:num w:numId="25" w16cid:durableId="1802191767">
    <w:abstractNumId w:val="40"/>
  </w:num>
  <w:num w:numId="26" w16cid:durableId="612900107">
    <w:abstractNumId w:val="11"/>
  </w:num>
  <w:num w:numId="27" w16cid:durableId="354112247">
    <w:abstractNumId w:val="21"/>
  </w:num>
  <w:num w:numId="28" w16cid:durableId="1125125514">
    <w:abstractNumId w:val="9"/>
  </w:num>
  <w:num w:numId="29" w16cid:durableId="74592029">
    <w:abstractNumId w:val="13"/>
  </w:num>
  <w:num w:numId="30" w16cid:durableId="20980194">
    <w:abstractNumId w:val="22"/>
  </w:num>
  <w:num w:numId="31" w16cid:durableId="1266770885">
    <w:abstractNumId w:val="39"/>
  </w:num>
  <w:num w:numId="32" w16cid:durableId="1007253522">
    <w:abstractNumId w:val="36"/>
  </w:num>
  <w:num w:numId="33" w16cid:durableId="1144157995">
    <w:abstractNumId w:val="16"/>
  </w:num>
  <w:num w:numId="34" w16cid:durableId="656113555">
    <w:abstractNumId w:val="38"/>
  </w:num>
  <w:num w:numId="35" w16cid:durableId="1930889806">
    <w:abstractNumId w:val="41"/>
  </w:num>
  <w:num w:numId="36" w16cid:durableId="1553618022">
    <w:abstractNumId w:val="15"/>
  </w:num>
  <w:num w:numId="37" w16cid:durableId="1484157225">
    <w:abstractNumId w:val="32"/>
  </w:num>
  <w:num w:numId="38" w16cid:durableId="301545969">
    <w:abstractNumId w:val="37"/>
  </w:num>
  <w:num w:numId="39" w16cid:durableId="1851869567">
    <w:abstractNumId w:val="26"/>
  </w:num>
  <w:num w:numId="40" w16cid:durableId="97877262">
    <w:abstractNumId w:val="30"/>
  </w:num>
  <w:num w:numId="41" w16cid:durableId="1928802228">
    <w:abstractNumId w:val="18"/>
  </w:num>
  <w:num w:numId="42" w16cid:durableId="269554640">
    <w:abstractNumId w:val="2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29314525">
    <w:abstractNumId w:val="6"/>
  </w:num>
  <w:num w:numId="44" w16cid:durableId="1041712155">
    <w:abstractNumId w:val="27"/>
  </w:num>
  <w:num w:numId="45" w16cid:durableId="507982870">
    <w:abstractNumId w:val="4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5535"/>
    <w:rsid w:val="00011E4D"/>
    <w:rsid w:val="00011FC6"/>
    <w:rsid w:val="0001292E"/>
    <w:rsid w:val="00030F1C"/>
    <w:rsid w:val="00034616"/>
    <w:rsid w:val="0006063C"/>
    <w:rsid w:val="0006627B"/>
    <w:rsid w:val="00070154"/>
    <w:rsid w:val="0008418E"/>
    <w:rsid w:val="000A069B"/>
    <w:rsid w:val="000A3327"/>
    <w:rsid w:val="000C59E1"/>
    <w:rsid w:val="000D20B2"/>
    <w:rsid w:val="000D401D"/>
    <w:rsid w:val="000E240D"/>
    <w:rsid w:val="000F6F9B"/>
    <w:rsid w:val="00121B33"/>
    <w:rsid w:val="00137F7E"/>
    <w:rsid w:val="0014790A"/>
    <w:rsid w:val="0015074B"/>
    <w:rsid w:val="00152ACE"/>
    <w:rsid w:val="0015383C"/>
    <w:rsid w:val="001604BD"/>
    <w:rsid w:val="00181C78"/>
    <w:rsid w:val="001B43AE"/>
    <w:rsid w:val="001B5481"/>
    <w:rsid w:val="001C12C3"/>
    <w:rsid w:val="001C52DB"/>
    <w:rsid w:val="001D27D0"/>
    <w:rsid w:val="001D38EA"/>
    <w:rsid w:val="001D4944"/>
    <w:rsid w:val="001D70CF"/>
    <w:rsid w:val="001F2029"/>
    <w:rsid w:val="001F35C9"/>
    <w:rsid w:val="00204404"/>
    <w:rsid w:val="00204806"/>
    <w:rsid w:val="00211579"/>
    <w:rsid w:val="00225769"/>
    <w:rsid w:val="002266BF"/>
    <w:rsid w:val="00240BA7"/>
    <w:rsid w:val="002462C4"/>
    <w:rsid w:val="00265921"/>
    <w:rsid w:val="00271B8B"/>
    <w:rsid w:val="00271DB0"/>
    <w:rsid w:val="00275BF7"/>
    <w:rsid w:val="00292138"/>
    <w:rsid w:val="00295DBE"/>
    <w:rsid w:val="0029639D"/>
    <w:rsid w:val="002A79E0"/>
    <w:rsid w:val="002C2900"/>
    <w:rsid w:val="002C64B6"/>
    <w:rsid w:val="003048B5"/>
    <w:rsid w:val="00307071"/>
    <w:rsid w:val="00322C41"/>
    <w:rsid w:val="00326F90"/>
    <w:rsid w:val="003303AA"/>
    <w:rsid w:val="00347A75"/>
    <w:rsid w:val="00367E04"/>
    <w:rsid w:val="00375646"/>
    <w:rsid w:val="003B67EE"/>
    <w:rsid w:val="003B722F"/>
    <w:rsid w:val="003B7A60"/>
    <w:rsid w:val="003C3AA2"/>
    <w:rsid w:val="003C5BFB"/>
    <w:rsid w:val="003D37F9"/>
    <w:rsid w:val="003E1770"/>
    <w:rsid w:val="003E178C"/>
    <w:rsid w:val="003F3D45"/>
    <w:rsid w:val="0043436F"/>
    <w:rsid w:val="00442EAC"/>
    <w:rsid w:val="00455152"/>
    <w:rsid w:val="00473564"/>
    <w:rsid w:val="00481173"/>
    <w:rsid w:val="004834AB"/>
    <w:rsid w:val="004949DB"/>
    <w:rsid w:val="004B3070"/>
    <w:rsid w:val="004E6E43"/>
    <w:rsid w:val="004F1288"/>
    <w:rsid w:val="00501040"/>
    <w:rsid w:val="00514C78"/>
    <w:rsid w:val="005341A9"/>
    <w:rsid w:val="005345EC"/>
    <w:rsid w:val="00537AC5"/>
    <w:rsid w:val="00541B20"/>
    <w:rsid w:val="00547B4F"/>
    <w:rsid w:val="0055149B"/>
    <w:rsid w:val="005555FB"/>
    <w:rsid w:val="00557431"/>
    <w:rsid w:val="00593E94"/>
    <w:rsid w:val="005A7023"/>
    <w:rsid w:val="005B6334"/>
    <w:rsid w:val="005C09A3"/>
    <w:rsid w:val="005E013C"/>
    <w:rsid w:val="005F19E1"/>
    <w:rsid w:val="005F51D2"/>
    <w:rsid w:val="006116A1"/>
    <w:rsid w:val="00613221"/>
    <w:rsid w:val="006204BC"/>
    <w:rsid w:val="00632050"/>
    <w:rsid w:val="00653A91"/>
    <w:rsid w:val="00660F09"/>
    <w:rsid w:val="00677A9E"/>
    <w:rsid w:val="006926EA"/>
    <w:rsid w:val="00692BEE"/>
    <w:rsid w:val="00696F39"/>
    <w:rsid w:val="006A024F"/>
    <w:rsid w:val="006A6EA3"/>
    <w:rsid w:val="006B09F7"/>
    <w:rsid w:val="006B70BB"/>
    <w:rsid w:val="006C3EEB"/>
    <w:rsid w:val="006C412D"/>
    <w:rsid w:val="006D0600"/>
    <w:rsid w:val="006D0D04"/>
    <w:rsid w:val="006D70F1"/>
    <w:rsid w:val="006E3AC8"/>
    <w:rsid w:val="006E3FAA"/>
    <w:rsid w:val="006E51EC"/>
    <w:rsid w:val="00705B1D"/>
    <w:rsid w:val="0071545B"/>
    <w:rsid w:val="007173E4"/>
    <w:rsid w:val="0072012D"/>
    <w:rsid w:val="00737035"/>
    <w:rsid w:val="0075495B"/>
    <w:rsid w:val="00756591"/>
    <w:rsid w:val="00756EAE"/>
    <w:rsid w:val="007671F1"/>
    <w:rsid w:val="00772D37"/>
    <w:rsid w:val="007745B4"/>
    <w:rsid w:val="007813C0"/>
    <w:rsid w:val="00783F4A"/>
    <w:rsid w:val="0078462B"/>
    <w:rsid w:val="007B17F7"/>
    <w:rsid w:val="007B4DE0"/>
    <w:rsid w:val="007B53E3"/>
    <w:rsid w:val="007D055A"/>
    <w:rsid w:val="007D5226"/>
    <w:rsid w:val="007F18ED"/>
    <w:rsid w:val="007F78CD"/>
    <w:rsid w:val="007F78D9"/>
    <w:rsid w:val="008033E9"/>
    <w:rsid w:val="00807DCE"/>
    <w:rsid w:val="00823591"/>
    <w:rsid w:val="008313F9"/>
    <w:rsid w:val="00832C91"/>
    <w:rsid w:val="0085103F"/>
    <w:rsid w:val="00872AED"/>
    <w:rsid w:val="00881B5A"/>
    <w:rsid w:val="00881F83"/>
    <w:rsid w:val="00893AC6"/>
    <w:rsid w:val="008A2962"/>
    <w:rsid w:val="008B103C"/>
    <w:rsid w:val="008B1639"/>
    <w:rsid w:val="008B4C5B"/>
    <w:rsid w:val="008B58BB"/>
    <w:rsid w:val="008C1C2F"/>
    <w:rsid w:val="008C2F9D"/>
    <w:rsid w:val="008D2C1E"/>
    <w:rsid w:val="008D7AEC"/>
    <w:rsid w:val="008E5BDA"/>
    <w:rsid w:val="00904747"/>
    <w:rsid w:val="00920D68"/>
    <w:rsid w:val="00925F8C"/>
    <w:rsid w:val="00931DFF"/>
    <w:rsid w:val="00937C8D"/>
    <w:rsid w:val="00941BC3"/>
    <w:rsid w:val="00946538"/>
    <w:rsid w:val="00950828"/>
    <w:rsid w:val="00952EC0"/>
    <w:rsid w:val="00964FEC"/>
    <w:rsid w:val="009744B1"/>
    <w:rsid w:val="00993D94"/>
    <w:rsid w:val="009957B1"/>
    <w:rsid w:val="009A0679"/>
    <w:rsid w:val="009A6C68"/>
    <w:rsid w:val="009B4804"/>
    <w:rsid w:val="009B6795"/>
    <w:rsid w:val="009C068E"/>
    <w:rsid w:val="009C53C2"/>
    <w:rsid w:val="009E4B4B"/>
    <w:rsid w:val="009E5A0A"/>
    <w:rsid w:val="00A030AE"/>
    <w:rsid w:val="00A0356C"/>
    <w:rsid w:val="00A06203"/>
    <w:rsid w:val="00A177E1"/>
    <w:rsid w:val="00A2674F"/>
    <w:rsid w:val="00A80DDC"/>
    <w:rsid w:val="00A8173A"/>
    <w:rsid w:val="00A81E0E"/>
    <w:rsid w:val="00A81E3E"/>
    <w:rsid w:val="00A86313"/>
    <w:rsid w:val="00A941F2"/>
    <w:rsid w:val="00A952A7"/>
    <w:rsid w:val="00AA1D8D"/>
    <w:rsid w:val="00AA6A68"/>
    <w:rsid w:val="00AB728D"/>
    <w:rsid w:val="00AD1EEC"/>
    <w:rsid w:val="00AE408C"/>
    <w:rsid w:val="00B00872"/>
    <w:rsid w:val="00B01F89"/>
    <w:rsid w:val="00B03AC0"/>
    <w:rsid w:val="00B175A4"/>
    <w:rsid w:val="00B2522C"/>
    <w:rsid w:val="00B325E8"/>
    <w:rsid w:val="00B32891"/>
    <w:rsid w:val="00B43F8C"/>
    <w:rsid w:val="00B47730"/>
    <w:rsid w:val="00B521AE"/>
    <w:rsid w:val="00B60EB6"/>
    <w:rsid w:val="00B64D92"/>
    <w:rsid w:val="00B70D39"/>
    <w:rsid w:val="00B802CD"/>
    <w:rsid w:val="00B92700"/>
    <w:rsid w:val="00B93FF4"/>
    <w:rsid w:val="00BA606A"/>
    <w:rsid w:val="00BB001E"/>
    <w:rsid w:val="00BB473D"/>
    <w:rsid w:val="00BC02F8"/>
    <w:rsid w:val="00BC1F8D"/>
    <w:rsid w:val="00BC2B70"/>
    <w:rsid w:val="00BE16EA"/>
    <w:rsid w:val="00BE7E3F"/>
    <w:rsid w:val="00BF0A58"/>
    <w:rsid w:val="00C003DB"/>
    <w:rsid w:val="00C018E1"/>
    <w:rsid w:val="00C13BA0"/>
    <w:rsid w:val="00C22E50"/>
    <w:rsid w:val="00C26D2C"/>
    <w:rsid w:val="00C27629"/>
    <w:rsid w:val="00C53CD3"/>
    <w:rsid w:val="00C54C64"/>
    <w:rsid w:val="00C56FB2"/>
    <w:rsid w:val="00C72E0C"/>
    <w:rsid w:val="00C83830"/>
    <w:rsid w:val="00C84407"/>
    <w:rsid w:val="00CB0664"/>
    <w:rsid w:val="00CB42A3"/>
    <w:rsid w:val="00CB60DE"/>
    <w:rsid w:val="00CD4345"/>
    <w:rsid w:val="00CD4FFD"/>
    <w:rsid w:val="00CD67C7"/>
    <w:rsid w:val="00D150A2"/>
    <w:rsid w:val="00D21FF5"/>
    <w:rsid w:val="00D64412"/>
    <w:rsid w:val="00D70307"/>
    <w:rsid w:val="00D703C8"/>
    <w:rsid w:val="00D74C20"/>
    <w:rsid w:val="00D75004"/>
    <w:rsid w:val="00D800E9"/>
    <w:rsid w:val="00DA485A"/>
    <w:rsid w:val="00DB0EF3"/>
    <w:rsid w:val="00DC4A1F"/>
    <w:rsid w:val="00DC5C07"/>
    <w:rsid w:val="00DC7291"/>
    <w:rsid w:val="00E058BD"/>
    <w:rsid w:val="00E20ED6"/>
    <w:rsid w:val="00E2173E"/>
    <w:rsid w:val="00E363A8"/>
    <w:rsid w:val="00E64F97"/>
    <w:rsid w:val="00E74741"/>
    <w:rsid w:val="00E77C22"/>
    <w:rsid w:val="00E9248E"/>
    <w:rsid w:val="00EE6DB8"/>
    <w:rsid w:val="00F02662"/>
    <w:rsid w:val="00F14ABD"/>
    <w:rsid w:val="00F167E7"/>
    <w:rsid w:val="00F21BE8"/>
    <w:rsid w:val="00F229A4"/>
    <w:rsid w:val="00F333B6"/>
    <w:rsid w:val="00F579C3"/>
    <w:rsid w:val="00F756FB"/>
    <w:rsid w:val="00F810AC"/>
    <w:rsid w:val="00F917B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0DC69F"/>
  <w14:defaultImageDpi w14:val="300"/>
  <w15:docId w15:val="{45794397-92EC-47DB-936D-D1C877DD0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071"/>
    <w:rPr>
      <w:rFonts w:ascii="Times New Roman" w:hAnsi="Times New Roman"/>
    </w:rPr>
  </w:style>
  <w:style w:type="paragraph" w:styleId="Heading1">
    <w:name w:val="heading 1"/>
    <w:basedOn w:val="Normal"/>
    <w:next w:val="Normal"/>
    <w:link w:val="Heading1Char"/>
    <w:uiPriority w:val="9"/>
    <w:qFormat/>
    <w:rsid w:val="00F333B6"/>
    <w:pPr>
      <w:pageBreakBefore/>
      <w:numPr>
        <w:numId w:val="14"/>
      </w:numPr>
      <w:spacing w:line="240" w:lineRule="auto"/>
      <w:jc w:val="center"/>
      <w:outlineLvl w:val="0"/>
    </w:pPr>
    <w:rPr>
      <w:rFonts w:cs="Times New Roman"/>
      <w:b/>
      <w:sz w:val="24"/>
    </w:rPr>
  </w:style>
  <w:style w:type="paragraph" w:styleId="Heading2">
    <w:name w:val="heading 2"/>
    <w:basedOn w:val="Normal"/>
    <w:next w:val="Normal"/>
    <w:link w:val="Heading2Char"/>
    <w:uiPriority w:val="9"/>
    <w:unhideWhenUsed/>
    <w:qFormat/>
    <w:rsid w:val="00F333B6"/>
    <w:pPr>
      <w:numPr>
        <w:ilvl w:val="1"/>
        <w:numId w:val="14"/>
      </w:numPr>
      <w:spacing w:before="160" w:after="120" w:line="360" w:lineRule="auto"/>
      <w:outlineLvl w:val="1"/>
    </w:pPr>
    <w:rPr>
      <w:rFonts w:cs="Times New Roman"/>
      <w:b/>
    </w:rPr>
  </w:style>
  <w:style w:type="paragraph" w:styleId="Heading3">
    <w:name w:val="heading 3"/>
    <w:basedOn w:val="Normal"/>
    <w:next w:val="Normal"/>
    <w:link w:val="Heading3Char"/>
    <w:uiPriority w:val="9"/>
    <w:unhideWhenUsed/>
    <w:qFormat/>
    <w:rsid w:val="00F333B6"/>
    <w:pPr>
      <w:numPr>
        <w:ilvl w:val="2"/>
        <w:numId w:val="14"/>
      </w:numPr>
      <w:spacing w:before="120" w:after="80" w:line="360" w:lineRule="auto"/>
      <w:outlineLvl w:val="2"/>
    </w:pPr>
    <w:rPr>
      <w:rFonts w:cs="Times New Roman"/>
      <w:b/>
    </w:rPr>
  </w:style>
  <w:style w:type="paragraph" w:styleId="Heading4">
    <w:name w:val="heading 4"/>
    <w:basedOn w:val="Normal"/>
    <w:next w:val="Normal"/>
    <w:link w:val="Heading4Char"/>
    <w:uiPriority w:val="9"/>
    <w:semiHidden/>
    <w:unhideWhenUsed/>
    <w:qFormat/>
    <w:rsid w:val="00FC693F"/>
    <w:pPr>
      <w:keepNext/>
      <w:keepLines/>
      <w:numPr>
        <w:ilvl w:val="3"/>
        <w:numId w:val="14"/>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numPr>
        <w:ilvl w:val="4"/>
        <w:numId w:val="14"/>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numPr>
        <w:ilvl w:val="5"/>
        <w:numId w:val="1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numPr>
        <w:ilvl w:val="7"/>
        <w:numId w:val="14"/>
      </w:numPr>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numPr>
        <w:ilvl w:val="8"/>
        <w:numId w:val="1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333B6"/>
    <w:rPr>
      <w:rFonts w:ascii="Times New Roman" w:hAnsi="Times New Roman" w:cs="Times New Roman"/>
      <w:b/>
      <w:sz w:val="24"/>
    </w:rPr>
  </w:style>
  <w:style w:type="character" w:customStyle="1" w:styleId="Heading2Char">
    <w:name w:val="Heading 2 Char"/>
    <w:basedOn w:val="DefaultParagraphFont"/>
    <w:link w:val="Heading2"/>
    <w:uiPriority w:val="9"/>
    <w:rsid w:val="00F333B6"/>
    <w:rPr>
      <w:rFonts w:ascii="Times New Roman" w:hAnsi="Times New Roman" w:cs="Times New Roman"/>
      <w:b/>
    </w:rPr>
  </w:style>
  <w:style w:type="character" w:customStyle="1" w:styleId="Heading3Char">
    <w:name w:val="Heading 3 Char"/>
    <w:basedOn w:val="DefaultParagraphFont"/>
    <w:link w:val="Heading3"/>
    <w:uiPriority w:val="9"/>
    <w:rsid w:val="00F333B6"/>
    <w:rPr>
      <w:rFonts w:ascii="Times New Roman" w:hAnsi="Times New Roman" w:cs="Times New Roman"/>
      <w:b/>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EndnoteText">
    <w:name w:val="endnote text"/>
    <w:basedOn w:val="Normal"/>
    <w:link w:val="EndnoteTextChar"/>
    <w:uiPriority w:val="99"/>
    <w:semiHidden/>
    <w:unhideWhenUsed/>
    <w:rsid w:val="00367E0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67E04"/>
    <w:rPr>
      <w:rFonts w:ascii="Times New Roman" w:hAnsi="Times New Roman"/>
      <w:sz w:val="20"/>
      <w:szCs w:val="20"/>
    </w:rPr>
  </w:style>
  <w:style w:type="character" w:styleId="EndnoteReference">
    <w:name w:val="endnote reference"/>
    <w:basedOn w:val="DefaultParagraphFont"/>
    <w:uiPriority w:val="99"/>
    <w:semiHidden/>
    <w:unhideWhenUsed/>
    <w:rsid w:val="00367E04"/>
    <w:rPr>
      <w:vertAlign w:val="superscript"/>
    </w:rPr>
  </w:style>
  <w:style w:type="paragraph" w:styleId="TOC1">
    <w:name w:val="toc 1"/>
    <w:basedOn w:val="Normal"/>
    <w:next w:val="Normal"/>
    <w:autoRedefine/>
    <w:uiPriority w:val="39"/>
    <w:unhideWhenUsed/>
    <w:rsid w:val="007F78CD"/>
    <w:pPr>
      <w:spacing w:after="100"/>
    </w:pPr>
  </w:style>
  <w:style w:type="character" w:styleId="Hyperlink">
    <w:name w:val="Hyperlink"/>
    <w:basedOn w:val="DefaultParagraphFont"/>
    <w:uiPriority w:val="99"/>
    <w:unhideWhenUsed/>
    <w:rsid w:val="007F78CD"/>
    <w:rPr>
      <w:color w:val="0000FF" w:themeColor="hyperlink"/>
      <w:u w:val="single"/>
    </w:rPr>
  </w:style>
  <w:style w:type="paragraph" w:styleId="TOC2">
    <w:name w:val="toc 2"/>
    <w:basedOn w:val="Normal"/>
    <w:next w:val="Normal"/>
    <w:autoRedefine/>
    <w:uiPriority w:val="39"/>
    <w:unhideWhenUsed/>
    <w:rsid w:val="00F333B6"/>
    <w:pPr>
      <w:spacing w:after="100"/>
      <w:ind w:left="220"/>
    </w:pPr>
  </w:style>
  <w:style w:type="paragraph" w:styleId="TOC3">
    <w:name w:val="toc 3"/>
    <w:basedOn w:val="Normal"/>
    <w:next w:val="Normal"/>
    <w:autoRedefine/>
    <w:uiPriority w:val="39"/>
    <w:unhideWhenUsed/>
    <w:rsid w:val="00F333B6"/>
    <w:pPr>
      <w:spacing w:after="100"/>
      <w:ind w:left="440"/>
    </w:pPr>
  </w:style>
  <w:style w:type="character" w:styleId="PlaceholderText">
    <w:name w:val="Placeholder Text"/>
    <w:basedOn w:val="DefaultParagraphFont"/>
    <w:uiPriority w:val="99"/>
    <w:semiHidden/>
    <w:rsid w:val="00BC02F8"/>
    <w:rPr>
      <w:color w:val="666666"/>
    </w:rPr>
  </w:style>
  <w:style w:type="paragraph" w:styleId="NormalWeb">
    <w:name w:val="Normal (Web)"/>
    <w:basedOn w:val="Normal"/>
    <w:uiPriority w:val="99"/>
    <w:semiHidden/>
    <w:unhideWhenUsed/>
    <w:rsid w:val="00E9248E"/>
    <w:rPr>
      <w:rFonts w:cs="Times New Roman"/>
      <w:sz w:val="24"/>
      <w:szCs w:val="24"/>
    </w:rPr>
  </w:style>
  <w:style w:type="paragraph" w:styleId="FootnoteText">
    <w:name w:val="footnote text"/>
    <w:basedOn w:val="Normal"/>
    <w:link w:val="FootnoteTextChar"/>
    <w:uiPriority w:val="99"/>
    <w:semiHidden/>
    <w:unhideWhenUsed/>
    <w:rsid w:val="00541B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1B20"/>
    <w:rPr>
      <w:rFonts w:ascii="Times New Roman" w:hAnsi="Times New Roman"/>
      <w:sz w:val="20"/>
      <w:szCs w:val="20"/>
    </w:rPr>
  </w:style>
  <w:style w:type="character" w:styleId="FootnoteReference">
    <w:name w:val="footnote reference"/>
    <w:basedOn w:val="DefaultParagraphFont"/>
    <w:uiPriority w:val="99"/>
    <w:semiHidden/>
    <w:unhideWhenUsed/>
    <w:rsid w:val="00541B20"/>
    <w:rPr>
      <w:vertAlign w:val="superscript"/>
    </w:rPr>
  </w:style>
  <w:style w:type="character" w:customStyle="1" w:styleId="math-inline">
    <w:name w:val="math-inline"/>
    <w:basedOn w:val="DefaultParagraphFont"/>
    <w:rsid w:val="001F2029"/>
  </w:style>
  <w:style w:type="character" w:styleId="UnresolvedMention">
    <w:name w:val="Unresolved Mention"/>
    <w:basedOn w:val="DefaultParagraphFont"/>
    <w:uiPriority w:val="99"/>
    <w:semiHidden/>
    <w:unhideWhenUsed/>
    <w:rsid w:val="006C3EEB"/>
    <w:rPr>
      <w:color w:val="605E5C"/>
      <w:shd w:val="clear" w:color="auto" w:fill="E1DFDD"/>
    </w:rPr>
  </w:style>
  <w:style w:type="character" w:styleId="FollowedHyperlink">
    <w:name w:val="FollowedHyperlink"/>
    <w:basedOn w:val="DefaultParagraphFont"/>
    <w:uiPriority w:val="99"/>
    <w:semiHidden/>
    <w:unhideWhenUsed/>
    <w:rsid w:val="006C3EEB"/>
    <w:rPr>
      <w:color w:val="800080" w:themeColor="followedHyperlink"/>
      <w:u w:val="single"/>
    </w:rPr>
  </w:style>
  <w:style w:type="character" w:styleId="PageNumber">
    <w:name w:val="page number"/>
    <w:basedOn w:val="DefaultParagraphFont"/>
    <w:uiPriority w:val="99"/>
    <w:semiHidden/>
    <w:unhideWhenUsed/>
    <w:rsid w:val="00964FEC"/>
  </w:style>
  <w:style w:type="paragraph" w:styleId="Revision">
    <w:name w:val="Revision"/>
    <w:hidden/>
    <w:uiPriority w:val="99"/>
    <w:semiHidden/>
    <w:rsid w:val="00B00872"/>
    <w:pPr>
      <w:spacing w:after="0"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9844">
      <w:marLeft w:val="640"/>
      <w:marRight w:val="0"/>
      <w:marTop w:val="0"/>
      <w:marBottom w:val="0"/>
      <w:divBdr>
        <w:top w:val="none" w:sz="0" w:space="0" w:color="auto"/>
        <w:left w:val="none" w:sz="0" w:space="0" w:color="auto"/>
        <w:bottom w:val="none" w:sz="0" w:space="0" w:color="auto"/>
        <w:right w:val="none" w:sz="0" w:space="0" w:color="auto"/>
      </w:divBdr>
    </w:div>
    <w:div w:id="10500607">
      <w:marLeft w:val="640"/>
      <w:marRight w:val="0"/>
      <w:marTop w:val="0"/>
      <w:marBottom w:val="0"/>
      <w:divBdr>
        <w:top w:val="none" w:sz="0" w:space="0" w:color="auto"/>
        <w:left w:val="none" w:sz="0" w:space="0" w:color="auto"/>
        <w:bottom w:val="none" w:sz="0" w:space="0" w:color="auto"/>
        <w:right w:val="none" w:sz="0" w:space="0" w:color="auto"/>
      </w:divBdr>
    </w:div>
    <w:div w:id="18744788">
      <w:marLeft w:val="640"/>
      <w:marRight w:val="0"/>
      <w:marTop w:val="0"/>
      <w:marBottom w:val="0"/>
      <w:divBdr>
        <w:top w:val="none" w:sz="0" w:space="0" w:color="auto"/>
        <w:left w:val="none" w:sz="0" w:space="0" w:color="auto"/>
        <w:bottom w:val="none" w:sz="0" w:space="0" w:color="auto"/>
        <w:right w:val="none" w:sz="0" w:space="0" w:color="auto"/>
      </w:divBdr>
    </w:div>
    <w:div w:id="37512789">
      <w:marLeft w:val="640"/>
      <w:marRight w:val="0"/>
      <w:marTop w:val="0"/>
      <w:marBottom w:val="0"/>
      <w:divBdr>
        <w:top w:val="none" w:sz="0" w:space="0" w:color="auto"/>
        <w:left w:val="none" w:sz="0" w:space="0" w:color="auto"/>
        <w:bottom w:val="none" w:sz="0" w:space="0" w:color="auto"/>
        <w:right w:val="none" w:sz="0" w:space="0" w:color="auto"/>
      </w:divBdr>
    </w:div>
    <w:div w:id="41249879">
      <w:marLeft w:val="640"/>
      <w:marRight w:val="0"/>
      <w:marTop w:val="0"/>
      <w:marBottom w:val="0"/>
      <w:divBdr>
        <w:top w:val="none" w:sz="0" w:space="0" w:color="auto"/>
        <w:left w:val="none" w:sz="0" w:space="0" w:color="auto"/>
        <w:bottom w:val="none" w:sz="0" w:space="0" w:color="auto"/>
        <w:right w:val="none" w:sz="0" w:space="0" w:color="auto"/>
      </w:divBdr>
    </w:div>
    <w:div w:id="74480248">
      <w:marLeft w:val="640"/>
      <w:marRight w:val="0"/>
      <w:marTop w:val="0"/>
      <w:marBottom w:val="0"/>
      <w:divBdr>
        <w:top w:val="none" w:sz="0" w:space="0" w:color="auto"/>
        <w:left w:val="none" w:sz="0" w:space="0" w:color="auto"/>
        <w:bottom w:val="none" w:sz="0" w:space="0" w:color="auto"/>
        <w:right w:val="none" w:sz="0" w:space="0" w:color="auto"/>
      </w:divBdr>
    </w:div>
    <w:div w:id="100032760">
      <w:marLeft w:val="640"/>
      <w:marRight w:val="0"/>
      <w:marTop w:val="0"/>
      <w:marBottom w:val="0"/>
      <w:divBdr>
        <w:top w:val="none" w:sz="0" w:space="0" w:color="auto"/>
        <w:left w:val="none" w:sz="0" w:space="0" w:color="auto"/>
        <w:bottom w:val="none" w:sz="0" w:space="0" w:color="auto"/>
        <w:right w:val="none" w:sz="0" w:space="0" w:color="auto"/>
      </w:divBdr>
    </w:div>
    <w:div w:id="101918290">
      <w:marLeft w:val="640"/>
      <w:marRight w:val="0"/>
      <w:marTop w:val="0"/>
      <w:marBottom w:val="0"/>
      <w:divBdr>
        <w:top w:val="none" w:sz="0" w:space="0" w:color="auto"/>
        <w:left w:val="none" w:sz="0" w:space="0" w:color="auto"/>
        <w:bottom w:val="none" w:sz="0" w:space="0" w:color="auto"/>
        <w:right w:val="none" w:sz="0" w:space="0" w:color="auto"/>
      </w:divBdr>
    </w:div>
    <w:div w:id="113797101">
      <w:marLeft w:val="640"/>
      <w:marRight w:val="0"/>
      <w:marTop w:val="0"/>
      <w:marBottom w:val="0"/>
      <w:divBdr>
        <w:top w:val="none" w:sz="0" w:space="0" w:color="auto"/>
        <w:left w:val="none" w:sz="0" w:space="0" w:color="auto"/>
        <w:bottom w:val="none" w:sz="0" w:space="0" w:color="auto"/>
        <w:right w:val="none" w:sz="0" w:space="0" w:color="auto"/>
      </w:divBdr>
    </w:div>
    <w:div w:id="156116895">
      <w:marLeft w:val="640"/>
      <w:marRight w:val="0"/>
      <w:marTop w:val="0"/>
      <w:marBottom w:val="0"/>
      <w:divBdr>
        <w:top w:val="none" w:sz="0" w:space="0" w:color="auto"/>
        <w:left w:val="none" w:sz="0" w:space="0" w:color="auto"/>
        <w:bottom w:val="none" w:sz="0" w:space="0" w:color="auto"/>
        <w:right w:val="none" w:sz="0" w:space="0" w:color="auto"/>
      </w:divBdr>
    </w:div>
    <w:div w:id="163126460">
      <w:marLeft w:val="640"/>
      <w:marRight w:val="0"/>
      <w:marTop w:val="0"/>
      <w:marBottom w:val="0"/>
      <w:divBdr>
        <w:top w:val="none" w:sz="0" w:space="0" w:color="auto"/>
        <w:left w:val="none" w:sz="0" w:space="0" w:color="auto"/>
        <w:bottom w:val="none" w:sz="0" w:space="0" w:color="auto"/>
        <w:right w:val="none" w:sz="0" w:space="0" w:color="auto"/>
      </w:divBdr>
    </w:div>
    <w:div w:id="170294925">
      <w:marLeft w:val="640"/>
      <w:marRight w:val="0"/>
      <w:marTop w:val="0"/>
      <w:marBottom w:val="0"/>
      <w:divBdr>
        <w:top w:val="none" w:sz="0" w:space="0" w:color="auto"/>
        <w:left w:val="none" w:sz="0" w:space="0" w:color="auto"/>
        <w:bottom w:val="none" w:sz="0" w:space="0" w:color="auto"/>
        <w:right w:val="none" w:sz="0" w:space="0" w:color="auto"/>
      </w:divBdr>
    </w:div>
    <w:div w:id="189997782">
      <w:marLeft w:val="640"/>
      <w:marRight w:val="0"/>
      <w:marTop w:val="0"/>
      <w:marBottom w:val="0"/>
      <w:divBdr>
        <w:top w:val="none" w:sz="0" w:space="0" w:color="auto"/>
        <w:left w:val="none" w:sz="0" w:space="0" w:color="auto"/>
        <w:bottom w:val="none" w:sz="0" w:space="0" w:color="auto"/>
        <w:right w:val="none" w:sz="0" w:space="0" w:color="auto"/>
      </w:divBdr>
    </w:div>
    <w:div w:id="200947154">
      <w:marLeft w:val="640"/>
      <w:marRight w:val="0"/>
      <w:marTop w:val="0"/>
      <w:marBottom w:val="0"/>
      <w:divBdr>
        <w:top w:val="none" w:sz="0" w:space="0" w:color="auto"/>
        <w:left w:val="none" w:sz="0" w:space="0" w:color="auto"/>
        <w:bottom w:val="none" w:sz="0" w:space="0" w:color="auto"/>
        <w:right w:val="none" w:sz="0" w:space="0" w:color="auto"/>
      </w:divBdr>
    </w:div>
    <w:div w:id="229460181">
      <w:marLeft w:val="640"/>
      <w:marRight w:val="0"/>
      <w:marTop w:val="0"/>
      <w:marBottom w:val="0"/>
      <w:divBdr>
        <w:top w:val="none" w:sz="0" w:space="0" w:color="auto"/>
        <w:left w:val="none" w:sz="0" w:space="0" w:color="auto"/>
        <w:bottom w:val="none" w:sz="0" w:space="0" w:color="auto"/>
        <w:right w:val="none" w:sz="0" w:space="0" w:color="auto"/>
      </w:divBdr>
    </w:div>
    <w:div w:id="232276666">
      <w:marLeft w:val="640"/>
      <w:marRight w:val="0"/>
      <w:marTop w:val="0"/>
      <w:marBottom w:val="0"/>
      <w:divBdr>
        <w:top w:val="none" w:sz="0" w:space="0" w:color="auto"/>
        <w:left w:val="none" w:sz="0" w:space="0" w:color="auto"/>
        <w:bottom w:val="none" w:sz="0" w:space="0" w:color="auto"/>
        <w:right w:val="none" w:sz="0" w:space="0" w:color="auto"/>
      </w:divBdr>
    </w:div>
    <w:div w:id="232351725">
      <w:marLeft w:val="640"/>
      <w:marRight w:val="0"/>
      <w:marTop w:val="0"/>
      <w:marBottom w:val="0"/>
      <w:divBdr>
        <w:top w:val="none" w:sz="0" w:space="0" w:color="auto"/>
        <w:left w:val="none" w:sz="0" w:space="0" w:color="auto"/>
        <w:bottom w:val="none" w:sz="0" w:space="0" w:color="auto"/>
        <w:right w:val="none" w:sz="0" w:space="0" w:color="auto"/>
      </w:divBdr>
    </w:div>
    <w:div w:id="248083668">
      <w:marLeft w:val="640"/>
      <w:marRight w:val="0"/>
      <w:marTop w:val="0"/>
      <w:marBottom w:val="0"/>
      <w:divBdr>
        <w:top w:val="none" w:sz="0" w:space="0" w:color="auto"/>
        <w:left w:val="none" w:sz="0" w:space="0" w:color="auto"/>
        <w:bottom w:val="none" w:sz="0" w:space="0" w:color="auto"/>
        <w:right w:val="none" w:sz="0" w:space="0" w:color="auto"/>
      </w:divBdr>
    </w:div>
    <w:div w:id="280693350">
      <w:marLeft w:val="640"/>
      <w:marRight w:val="0"/>
      <w:marTop w:val="0"/>
      <w:marBottom w:val="0"/>
      <w:divBdr>
        <w:top w:val="none" w:sz="0" w:space="0" w:color="auto"/>
        <w:left w:val="none" w:sz="0" w:space="0" w:color="auto"/>
        <w:bottom w:val="none" w:sz="0" w:space="0" w:color="auto"/>
        <w:right w:val="none" w:sz="0" w:space="0" w:color="auto"/>
      </w:divBdr>
    </w:div>
    <w:div w:id="281353202">
      <w:marLeft w:val="640"/>
      <w:marRight w:val="0"/>
      <w:marTop w:val="0"/>
      <w:marBottom w:val="0"/>
      <w:divBdr>
        <w:top w:val="none" w:sz="0" w:space="0" w:color="auto"/>
        <w:left w:val="none" w:sz="0" w:space="0" w:color="auto"/>
        <w:bottom w:val="none" w:sz="0" w:space="0" w:color="auto"/>
        <w:right w:val="none" w:sz="0" w:space="0" w:color="auto"/>
      </w:divBdr>
    </w:div>
    <w:div w:id="282149700">
      <w:marLeft w:val="640"/>
      <w:marRight w:val="0"/>
      <w:marTop w:val="0"/>
      <w:marBottom w:val="0"/>
      <w:divBdr>
        <w:top w:val="none" w:sz="0" w:space="0" w:color="auto"/>
        <w:left w:val="none" w:sz="0" w:space="0" w:color="auto"/>
        <w:bottom w:val="none" w:sz="0" w:space="0" w:color="auto"/>
        <w:right w:val="none" w:sz="0" w:space="0" w:color="auto"/>
      </w:divBdr>
    </w:div>
    <w:div w:id="299574237">
      <w:marLeft w:val="640"/>
      <w:marRight w:val="0"/>
      <w:marTop w:val="0"/>
      <w:marBottom w:val="0"/>
      <w:divBdr>
        <w:top w:val="none" w:sz="0" w:space="0" w:color="auto"/>
        <w:left w:val="none" w:sz="0" w:space="0" w:color="auto"/>
        <w:bottom w:val="none" w:sz="0" w:space="0" w:color="auto"/>
        <w:right w:val="none" w:sz="0" w:space="0" w:color="auto"/>
      </w:divBdr>
    </w:div>
    <w:div w:id="300577003">
      <w:marLeft w:val="640"/>
      <w:marRight w:val="0"/>
      <w:marTop w:val="0"/>
      <w:marBottom w:val="0"/>
      <w:divBdr>
        <w:top w:val="none" w:sz="0" w:space="0" w:color="auto"/>
        <w:left w:val="none" w:sz="0" w:space="0" w:color="auto"/>
        <w:bottom w:val="none" w:sz="0" w:space="0" w:color="auto"/>
        <w:right w:val="none" w:sz="0" w:space="0" w:color="auto"/>
      </w:divBdr>
    </w:div>
    <w:div w:id="331181886">
      <w:marLeft w:val="640"/>
      <w:marRight w:val="0"/>
      <w:marTop w:val="0"/>
      <w:marBottom w:val="0"/>
      <w:divBdr>
        <w:top w:val="none" w:sz="0" w:space="0" w:color="auto"/>
        <w:left w:val="none" w:sz="0" w:space="0" w:color="auto"/>
        <w:bottom w:val="none" w:sz="0" w:space="0" w:color="auto"/>
        <w:right w:val="none" w:sz="0" w:space="0" w:color="auto"/>
      </w:divBdr>
    </w:div>
    <w:div w:id="337539243">
      <w:marLeft w:val="640"/>
      <w:marRight w:val="0"/>
      <w:marTop w:val="0"/>
      <w:marBottom w:val="0"/>
      <w:divBdr>
        <w:top w:val="none" w:sz="0" w:space="0" w:color="auto"/>
        <w:left w:val="none" w:sz="0" w:space="0" w:color="auto"/>
        <w:bottom w:val="none" w:sz="0" w:space="0" w:color="auto"/>
        <w:right w:val="none" w:sz="0" w:space="0" w:color="auto"/>
      </w:divBdr>
    </w:div>
    <w:div w:id="353116456">
      <w:marLeft w:val="640"/>
      <w:marRight w:val="0"/>
      <w:marTop w:val="0"/>
      <w:marBottom w:val="0"/>
      <w:divBdr>
        <w:top w:val="none" w:sz="0" w:space="0" w:color="auto"/>
        <w:left w:val="none" w:sz="0" w:space="0" w:color="auto"/>
        <w:bottom w:val="none" w:sz="0" w:space="0" w:color="auto"/>
        <w:right w:val="none" w:sz="0" w:space="0" w:color="auto"/>
      </w:divBdr>
    </w:div>
    <w:div w:id="355040855">
      <w:marLeft w:val="640"/>
      <w:marRight w:val="0"/>
      <w:marTop w:val="0"/>
      <w:marBottom w:val="0"/>
      <w:divBdr>
        <w:top w:val="none" w:sz="0" w:space="0" w:color="auto"/>
        <w:left w:val="none" w:sz="0" w:space="0" w:color="auto"/>
        <w:bottom w:val="none" w:sz="0" w:space="0" w:color="auto"/>
        <w:right w:val="none" w:sz="0" w:space="0" w:color="auto"/>
      </w:divBdr>
    </w:div>
    <w:div w:id="410153085">
      <w:marLeft w:val="640"/>
      <w:marRight w:val="0"/>
      <w:marTop w:val="0"/>
      <w:marBottom w:val="0"/>
      <w:divBdr>
        <w:top w:val="none" w:sz="0" w:space="0" w:color="auto"/>
        <w:left w:val="none" w:sz="0" w:space="0" w:color="auto"/>
        <w:bottom w:val="none" w:sz="0" w:space="0" w:color="auto"/>
        <w:right w:val="none" w:sz="0" w:space="0" w:color="auto"/>
      </w:divBdr>
    </w:div>
    <w:div w:id="416710513">
      <w:marLeft w:val="640"/>
      <w:marRight w:val="0"/>
      <w:marTop w:val="0"/>
      <w:marBottom w:val="0"/>
      <w:divBdr>
        <w:top w:val="none" w:sz="0" w:space="0" w:color="auto"/>
        <w:left w:val="none" w:sz="0" w:space="0" w:color="auto"/>
        <w:bottom w:val="none" w:sz="0" w:space="0" w:color="auto"/>
        <w:right w:val="none" w:sz="0" w:space="0" w:color="auto"/>
      </w:divBdr>
    </w:div>
    <w:div w:id="450591740">
      <w:marLeft w:val="640"/>
      <w:marRight w:val="0"/>
      <w:marTop w:val="0"/>
      <w:marBottom w:val="0"/>
      <w:divBdr>
        <w:top w:val="none" w:sz="0" w:space="0" w:color="auto"/>
        <w:left w:val="none" w:sz="0" w:space="0" w:color="auto"/>
        <w:bottom w:val="none" w:sz="0" w:space="0" w:color="auto"/>
        <w:right w:val="none" w:sz="0" w:space="0" w:color="auto"/>
      </w:divBdr>
    </w:div>
    <w:div w:id="456677488">
      <w:marLeft w:val="640"/>
      <w:marRight w:val="0"/>
      <w:marTop w:val="0"/>
      <w:marBottom w:val="0"/>
      <w:divBdr>
        <w:top w:val="none" w:sz="0" w:space="0" w:color="auto"/>
        <w:left w:val="none" w:sz="0" w:space="0" w:color="auto"/>
        <w:bottom w:val="none" w:sz="0" w:space="0" w:color="auto"/>
        <w:right w:val="none" w:sz="0" w:space="0" w:color="auto"/>
      </w:divBdr>
    </w:div>
    <w:div w:id="471945996">
      <w:marLeft w:val="640"/>
      <w:marRight w:val="0"/>
      <w:marTop w:val="0"/>
      <w:marBottom w:val="0"/>
      <w:divBdr>
        <w:top w:val="none" w:sz="0" w:space="0" w:color="auto"/>
        <w:left w:val="none" w:sz="0" w:space="0" w:color="auto"/>
        <w:bottom w:val="none" w:sz="0" w:space="0" w:color="auto"/>
        <w:right w:val="none" w:sz="0" w:space="0" w:color="auto"/>
      </w:divBdr>
    </w:div>
    <w:div w:id="480193158">
      <w:marLeft w:val="640"/>
      <w:marRight w:val="0"/>
      <w:marTop w:val="0"/>
      <w:marBottom w:val="0"/>
      <w:divBdr>
        <w:top w:val="none" w:sz="0" w:space="0" w:color="auto"/>
        <w:left w:val="none" w:sz="0" w:space="0" w:color="auto"/>
        <w:bottom w:val="none" w:sz="0" w:space="0" w:color="auto"/>
        <w:right w:val="none" w:sz="0" w:space="0" w:color="auto"/>
      </w:divBdr>
    </w:div>
    <w:div w:id="483472023">
      <w:marLeft w:val="640"/>
      <w:marRight w:val="0"/>
      <w:marTop w:val="0"/>
      <w:marBottom w:val="0"/>
      <w:divBdr>
        <w:top w:val="none" w:sz="0" w:space="0" w:color="auto"/>
        <w:left w:val="none" w:sz="0" w:space="0" w:color="auto"/>
        <w:bottom w:val="none" w:sz="0" w:space="0" w:color="auto"/>
        <w:right w:val="none" w:sz="0" w:space="0" w:color="auto"/>
      </w:divBdr>
    </w:div>
    <w:div w:id="495418843">
      <w:marLeft w:val="640"/>
      <w:marRight w:val="0"/>
      <w:marTop w:val="0"/>
      <w:marBottom w:val="0"/>
      <w:divBdr>
        <w:top w:val="none" w:sz="0" w:space="0" w:color="auto"/>
        <w:left w:val="none" w:sz="0" w:space="0" w:color="auto"/>
        <w:bottom w:val="none" w:sz="0" w:space="0" w:color="auto"/>
        <w:right w:val="none" w:sz="0" w:space="0" w:color="auto"/>
      </w:divBdr>
    </w:div>
    <w:div w:id="520095293">
      <w:marLeft w:val="640"/>
      <w:marRight w:val="0"/>
      <w:marTop w:val="0"/>
      <w:marBottom w:val="0"/>
      <w:divBdr>
        <w:top w:val="none" w:sz="0" w:space="0" w:color="auto"/>
        <w:left w:val="none" w:sz="0" w:space="0" w:color="auto"/>
        <w:bottom w:val="none" w:sz="0" w:space="0" w:color="auto"/>
        <w:right w:val="none" w:sz="0" w:space="0" w:color="auto"/>
      </w:divBdr>
    </w:div>
    <w:div w:id="549540851">
      <w:marLeft w:val="640"/>
      <w:marRight w:val="0"/>
      <w:marTop w:val="0"/>
      <w:marBottom w:val="0"/>
      <w:divBdr>
        <w:top w:val="none" w:sz="0" w:space="0" w:color="auto"/>
        <w:left w:val="none" w:sz="0" w:space="0" w:color="auto"/>
        <w:bottom w:val="none" w:sz="0" w:space="0" w:color="auto"/>
        <w:right w:val="none" w:sz="0" w:space="0" w:color="auto"/>
      </w:divBdr>
    </w:div>
    <w:div w:id="575554883">
      <w:marLeft w:val="640"/>
      <w:marRight w:val="0"/>
      <w:marTop w:val="0"/>
      <w:marBottom w:val="0"/>
      <w:divBdr>
        <w:top w:val="none" w:sz="0" w:space="0" w:color="auto"/>
        <w:left w:val="none" w:sz="0" w:space="0" w:color="auto"/>
        <w:bottom w:val="none" w:sz="0" w:space="0" w:color="auto"/>
        <w:right w:val="none" w:sz="0" w:space="0" w:color="auto"/>
      </w:divBdr>
    </w:div>
    <w:div w:id="588579701">
      <w:marLeft w:val="640"/>
      <w:marRight w:val="0"/>
      <w:marTop w:val="0"/>
      <w:marBottom w:val="0"/>
      <w:divBdr>
        <w:top w:val="none" w:sz="0" w:space="0" w:color="auto"/>
        <w:left w:val="none" w:sz="0" w:space="0" w:color="auto"/>
        <w:bottom w:val="none" w:sz="0" w:space="0" w:color="auto"/>
        <w:right w:val="none" w:sz="0" w:space="0" w:color="auto"/>
      </w:divBdr>
    </w:div>
    <w:div w:id="599027310">
      <w:marLeft w:val="640"/>
      <w:marRight w:val="0"/>
      <w:marTop w:val="0"/>
      <w:marBottom w:val="0"/>
      <w:divBdr>
        <w:top w:val="none" w:sz="0" w:space="0" w:color="auto"/>
        <w:left w:val="none" w:sz="0" w:space="0" w:color="auto"/>
        <w:bottom w:val="none" w:sz="0" w:space="0" w:color="auto"/>
        <w:right w:val="none" w:sz="0" w:space="0" w:color="auto"/>
      </w:divBdr>
    </w:div>
    <w:div w:id="626550877">
      <w:marLeft w:val="640"/>
      <w:marRight w:val="0"/>
      <w:marTop w:val="0"/>
      <w:marBottom w:val="0"/>
      <w:divBdr>
        <w:top w:val="none" w:sz="0" w:space="0" w:color="auto"/>
        <w:left w:val="none" w:sz="0" w:space="0" w:color="auto"/>
        <w:bottom w:val="none" w:sz="0" w:space="0" w:color="auto"/>
        <w:right w:val="none" w:sz="0" w:space="0" w:color="auto"/>
      </w:divBdr>
    </w:div>
    <w:div w:id="643318655">
      <w:marLeft w:val="640"/>
      <w:marRight w:val="0"/>
      <w:marTop w:val="0"/>
      <w:marBottom w:val="0"/>
      <w:divBdr>
        <w:top w:val="none" w:sz="0" w:space="0" w:color="auto"/>
        <w:left w:val="none" w:sz="0" w:space="0" w:color="auto"/>
        <w:bottom w:val="none" w:sz="0" w:space="0" w:color="auto"/>
        <w:right w:val="none" w:sz="0" w:space="0" w:color="auto"/>
      </w:divBdr>
    </w:div>
    <w:div w:id="651519600">
      <w:marLeft w:val="640"/>
      <w:marRight w:val="0"/>
      <w:marTop w:val="0"/>
      <w:marBottom w:val="0"/>
      <w:divBdr>
        <w:top w:val="none" w:sz="0" w:space="0" w:color="auto"/>
        <w:left w:val="none" w:sz="0" w:space="0" w:color="auto"/>
        <w:bottom w:val="none" w:sz="0" w:space="0" w:color="auto"/>
        <w:right w:val="none" w:sz="0" w:space="0" w:color="auto"/>
      </w:divBdr>
    </w:div>
    <w:div w:id="663510750">
      <w:marLeft w:val="640"/>
      <w:marRight w:val="0"/>
      <w:marTop w:val="0"/>
      <w:marBottom w:val="0"/>
      <w:divBdr>
        <w:top w:val="none" w:sz="0" w:space="0" w:color="auto"/>
        <w:left w:val="none" w:sz="0" w:space="0" w:color="auto"/>
        <w:bottom w:val="none" w:sz="0" w:space="0" w:color="auto"/>
        <w:right w:val="none" w:sz="0" w:space="0" w:color="auto"/>
      </w:divBdr>
    </w:div>
    <w:div w:id="699431466">
      <w:marLeft w:val="640"/>
      <w:marRight w:val="0"/>
      <w:marTop w:val="0"/>
      <w:marBottom w:val="0"/>
      <w:divBdr>
        <w:top w:val="none" w:sz="0" w:space="0" w:color="auto"/>
        <w:left w:val="none" w:sz="0" w:space="0" w:color="auto"/>
        <w:bottom w:val="none" w:sz="0" w:space="0" w:color="auto"/>
        <w:right w:val="none" w:sz="0" w:space="0" w:color="auto"/>
      </w:divBdr>
    </w:div>
    <w:div w:id="701832260">
      <w:marLeft w:val="640"/>
      <w:marRight w:val="0"/>
      <w:marTop w:val="0"/>
      <w:marBottom w:val="0"/>
      <w:divBdr>
        <w:top w:val="none" w:sz="0" w:space="0" w:color="auto"/>
        <w:left w:val="none" w:sz="0" w:space="0" w:color="auto"/>
        <w:bottom w:val="none" w:sz="0" w:space="0" w:color="auto"/>
        <w:right w:val="none" w:sz="0" w:space="0" w:color="auto"/>
      </w:divBdr>
    </w:div>
    <w:div w:id="715734582">
      <w:marLeft w:val="640"/>
      <w:marRight w:val="0"/>
      <w:marTop w:val="0"/>
      <w:marBottom w:val="0"/>
      <w:divBdr>
        <w:top w:val="none" w:sz="0" w:space="0" w:color="auto"/>
        <w:left w:val="none" w:sz="0" w:space="0" w:color="auto"/>
        <w:bottom w:val="none" w:sz="0" w:space="0" w:color="auto"/>
        <w:right w:val="none" w:sz="0" w:space="0" w:color="auto"/>
      </w:divBdr>
    </w:div>
    <w:div w:id="721561573">
      <w:marLeft w:val="640"/>
      <w:marRight w:val="0"/>
      <w:marTop w:val="0"/>
      <w:marBottom w:val="0"/>
      <w:divBdr>
        <w:top w:val="none" w:sz="0" w:space="0" w:color="auto"/>
        <w:left w:val="none" w:sz="0" w:space="0" w:color="auto"/>
        <w:bottom w:val="none" w:sz="0" w:space="0" w:color="auto"/>
        <w:right w:val="none" w:sz="0" w:space="0" w:color="auto"/>
      </w:divBdr>
    </w:div>
    <w:div w:id="741758442">
      <w:marLeft w:val="640"/>
      <w:marRight w:val="0"/>
      <w:marTop w:val="0"/>
      <w:marBottom w:val="0"/>
      <w:divBdr>
        <w:top w:val="none" w:sz="0" w:space="0" w:color="auto"/>
        <w:left w:val="none" w:sz="0" w:space="0" w:color="auto"/>
        <w:bottom w:val="none" w:sz="0" w:space="0" w:color="auto"/>
        <w:right w:val="none" w:sz="0" w:space="0" w:color="auto"/>
      </w:divBdr>
    </w:div>
    <w:div w:id="744692924">
      <w:marLeft w:val="640"/>
      <w:marRight w:val="0"/>
      <w:marTop w:val="0"/>
      <w:marBottom w:val="0"/>
      <w:divBdr>
        <w:top w:val="none" w:sz="0" w:space="0" w:color="auto"/>
        <w:left w:val="none" w:sz="0" w:space="0" w:color="auto"/>
        <w:bottom w:val="none" w:sz="0" w:space="0" w:color="auto"/>
        <w:right w:val="none" w:sz="0" w:space="0" w:color="auto"/>
      </w:divBdr>
    </w:div>
    <w:div w:id="758865366">
      <w:marLeft w:val="640"/>
      <w:marRight w:val="0"/>
      <w:marTop w:val="0"/>
      <w:marBottom w:val="0"/>
      <w:divBdr>
        <w:top w:val="none" w:sz="0" w:space="0" w:color="auto"/>
        <w:left w:val="none" w:sz="0" w:space="0" w:color="auto"/>
        <w:bottom w:val="none" w:sz="0" w:space="0" w:color="auto"/>
        <w:right w:val="none" w:sz="0" w:space="0" w:color="auto"/>
      </w:divBdr>
    </w:div>
    <w:div w:id="760031053">
      <w:marLeft w:val="640"/>
      <w:marRight w:val="0"/>
      <w:marTop w:val="0"/>
      <w:marBottom w:val="0"/>
      <w:divBdr>
        <w:top w:val="none" w:sz="0" w:space="0" w:color="auto"/>
        <w:left w:val="none" w:sz="0" w:space="0" w:color="auto"/>
        <w:bottom w:val="none" w:sz="0" w:space="0" w:color="auto"/>
        <w:right w:val="none" w:sz="0" w:space="0" w:color="auto"/>
      </w:divBdr>
    </w:div>
    <w:div w:id="765466128">
      <w:marLeft w:val="640"/>
      <w:marRight w:val="0"/>
      <w:marTop w:val="0"/>
      <w:marBottom w:val="0"/>
      <w:divBdr>
        <w:top w:val="none" w:sz="0" w:space="0" w:color="auto"/>
        <w:left w:val="none" w:sz="0" w:space="0" w:color="auto"/>
        <w:bottom w:val="none" w:sz="0" w:space="0" w:color="auto"/>
        <w:right w:val="none" w:sz="0" w:space="0" w:color="auto"/>
      </w:divBdr>
    </w:div>
    <w:div w:id="767196118">
      <w:marLeft w:val="640"/>
      <w:marRight w:val="0"/>
      <w:marTop w:val="0"/>
      <w:marBottom w:val="0"/>
      <w:divBdr>
        <w:top w:val="none" w:sz="0" w:space="0" w:color="auto"/>
        <w:left w:val="none" w:sz="0" w:space="0" w:color="auto"/>
        <w:bottom w:val="none" w:sz="0" w:space="0" w:color="auto"/>
        <w:right w:val="none" w:sz="0" w:space="0" w:color="auto"/>
      </w:divBdr>
    </w:div>
    <w:div w:id="777526345">
      <w:marLeft w:val="640"/>
      <w:marRight w:val="0"/>
      <w:marTop w:val="0"/>
      <w:marBottom w:val="0"/>
      <w:divBdr>
        <w:top w:val="none" w:sz="0" w:space="0" w:color="auto"/>
        <w:left w:val="none" w:sz="0" w:space="0" w:color="auto"/>
        <w:bottom w:val="none" w:sz="0" w:space="0" w:color="auto"/>
        <w:right w:val="none" w:sz="0" w:space="0" w:color="auto"/>
      </w:divBdr>
    </w:div>
    <w:div w:id="789711751">
      <w:marLeft w:val="640"/>
      <w:marRight w:val="0"/>
      <w:marTop w:val="0"/>
      <w:marBottom w:val="0"/>
      <w:divBdr>
        <w:top w:val="none" w:sz="0" w:space="0" w:color="auto"/>
        <w:left w:val="none" w:sz="0" w:space="0" w:color="auto"/>
        <w:bottom w:val="none" w:sz="0" w:space="0" w:color="auto"/>
        <w:right w:val="none" w:sz="0" w:space="0" w:color="auto"/>
      </w:divBdr>
    </w:div>
    <w:div w:id="793983565">
      <w:marLeft w:val="640"/>
      <w:marRight w:val="0"/>
      <w:marTop w:val="0"/>
      <w:marBottom w:val="0"/>
      <w:divBdr>
        <w:top w:val="none" w:sz="0" w:space="0" w:color="auto"/>
        <w:left w:val="none" w:sz="0" w:space="0" w:color="auto"/>
        <w:bottom w:val="none" w:sz="0" w:space="0" w:color="auto"/>
        <w:right w:val="none" w:sz="0" w:space="0" w:color="auto"/>
      </w:divBdr>
    </w:div>
    <w:div w:id="802191228">
      <w:marLeft w:val="640"/>
      <w:marRight w:val="0"/>
      <w:marTop w:val="0"/>
      <w:marBottom w:val="0"/>
      <w:divBdr>
        <w:top w:val="none" w:sz="0" w:space="0" w:color="auto"/>
        <w:left w:val="none" w:sz="0" w:space="0" w:color="auto"/>
        <w:bottom w:val="none" w:sz="0" w:space="0" w:color="auto"/>
        <w:right w:val="none" w:sz="0" w:space="0" w:color="auto"/>
      </w:divBdr>
    </w:div>
    <w:div w:id="823081533">
      <w:marLeft w:val="640"/>
      <w:marRight w:val="0"/>
      <w:marTop w:val="0"/>
      <w:marBottom w:val="0"/>
      <w:divBdr>
        <w:top w:val="none" w:sz="0" w:space="0" w:color="auto"/>
        <w:left w:val="none" w:sz="0" w:space="0" w:color="auto"/>
        <w:bottom w:val="none" w:sz="0" w:space="0" w:color="auto"/>
        <w:right w:val="none" w:sz="0" w:space="0" w:color="auto"/>
      </w:divBdr>
    </w:div>
    <w:div w:id="825779399">
      <w:marLeft w:val="640"/>
      <w:marRight w:val="0"/>
      <w:marTop w:val="0"/>
      <w:marBottom w:val="0"/>
      <w:divBdr>
        <w:top w:val="none" w:sz="0" w:space="0" w:color="auto"/>
        <w:left w:val="none" w:sz="0" w:space="0" w:color="auto"/>
        <w:bottom w:val="none" w:sz="0" w:space="0" w:color="auto"/>
        <w:right w:val="none" w:sz="0" w:space="0" w:color="auto"/>
      </w:divBdr>
    </w:div>
    <w:div w:id="828055860">
      <w:marLeft w:val="640"/>
      <w:marRight w:val="0"/>
      <w:marTop w:val="0"/>
      <w:marBottom w:val="0"/>
      <w:divBdr>
        <w:top w:val="none" w:sz="0" w:space="0" w:color="auto"/>
        <w:left w:val="none" w:sz="0" w:space="0" w:color="auto"/>
        <w:bottom w:val="none" w:sz="0" w:space="0" w:color="auto"/>
        <w:right w:val="none" w:sz="0" w:space="0" w:color="auto"/>
      </w:divBdr>
    </w:div>
    <w:div w:id="887304960">
      <w:marLeft w:val="640"/>
      <w:marRight w:val="0"/>
      <w:marTop w:val="0"/>
      <w:marBottom w:val="0"/>
      <w:divBdr>
        <w:top w:val="none" w:sz="0" w:space="0" w:color="auto"/>
        <w:left w:val="none" w:sz="0" w:space="0" w:color="auto"/>
        <w:bottom w:val="none" w:sz="0" w:space="0" w:color="auto"/>
        <w:right w:val="none" w:sz="0" w:space="0" w:color="auto"/>
      </w:divBdr>
    </w:div>
    <w:div w:id="890379965">
      <w:marLeft w:val="640"/>
      <w:marRight w:val="0"/>
      <w:marTop w:val="0"/>
      <w:marBottom w:val="0"/>
      <w:divBdr>
        <w:top w:val="none" w:sz="0" w:space="0" w:color="auto"/>
        <w:left w:val="none" w:sz="0" w:space="0" w:color="auto"/>
        <w:bottom w:val="none" w:sz="0" w:space="0" w:color="auto"/>
        <w:right w:val="none" w:sz="0" w:space="0" w:color="auto"/>
      </w:divBdr>
    </w:div>
    <w:div w:id="890962356">
      <w:marLeft w:val="640"/>
      <w:marRight w:val="0"/>
      <w:marTop w:val="0"/>
      <w:marBottom w:val="0"/>
      <w:divBdr>
        <w:top w:val="none" w:sz="0" w:space="0" w:color="auto"/>
        <w:left w:val="none" w:sz="0" w:space="0" w:color="auto"/>
        <w:bottom w:val="none" w:sz="0" w:space="0" w:color="auto"/>
        <w:right w:val="none" w:sz="0" w:space="0" w:color="auto"/>
      </w:divBdr>
    </w:div>
    <w:div w:id="911231671">
      <w:bodyDiv w:val="1"/>
      <w:marLeft w:val="0"/>
      <w:marRight w:val="0"/>
      <w:marTop w:val="0"/>
      <w:marBottom w:val="0"/>
      <w:divBdr>
        <w:top w:val="none" w:sz="0" w:space="0" w:color="auto"/>
        <w:left w:val="none" w:sz="0" w:space="0" w:color="auto"/>
        <w:bottom w:val="none" w:sz="0" w:space="0" w:color="auto"/>
        <w:right w:val="none" w:sz="0" w:space="0" w:color="auto"/>
      </w:divBdr>
    </w:div>
    <w:div w:id="923032253">
      <w:marLeft w:val="640"/>
      <w:marRight w:val="0"/>
      <w:marTop w:val="0"/>
      <w:marBottom w:val="0"/>
      <w:divBdr>
        <w:top w:val="none" w:sz="0" w:space="0" w:color="auto"/>
        <w:left w:val="none" w:sz="0" w:space="0" w:color="auto"/>
        <w:bottom w:val="none" w:sz="0" w:space="0" w:color="auto"/>
        <w:right w:val="none" w:sz="0" w:space="0" w:color="auto"/>
      </w:divBdr>
    </w:div>
    <w:div w:id="926882683">
      <w:marLeft w:val="640"/>
      <w:marRight w:val="0"/>
      <w:marTop w:val="0"/>
      <w:marBottom w:val="0"/>
      <w:divBdr>
        <w:top w:val="none" w:sz="0" w:space="0" w:color="auto"/>
        <w:left w:val="none" w:sz="0" w:space="0" w:color="auto"/>
        <w:bottom w:val="none" w:sz="0" w:space="0" w:color="auto"/>
        <w:right w:val="none" w:sz="0" w:space="0" w:color="auto"/>
      </w:divBdr>
    </w:div>
    <w:div w:id="931815498">
      <w:marLeft w:val="640"/>
      <w:marRight w:val="0"/>
      <w:marTop w:val="0"/>
      <w:marBottom w:val="0"/>
      <w:divBdr>
        <w:top w:val="none" w:sz="0" w:space="0" w:color="auto"/>
        <w:left w:val="none" w:sz="0" w:space="0" w:color="auto"/>
        <w:bottom w:val="none" w:sz="0" w:space="0" w:color="auto"/>
        <w:right w:val="none" w:sz="0" w:space="0" w:color="auto"/>
      </w:divBdr>
    </w:div>
    <w:div w:id="961106372">
      <w:marLeft w:val="640"/>
      <w:marRight w:val="0"/>
      <w:marTop w:val="0"/>
      <w:marBottom w:val="0"/>
      <w:divBdr>
        <w:top w:val="none" w:sz="0" w:space="0" w:color="auto"/>
        <w:left w:val="none" w:sz="0" w:space="0" w:color="auto"/>
        <w:bottom w:val="none" w:sz="0" w:space="0" w:color="auto"/>
        <w:right w:val="none" w:sz="0" w:space="0" w:color="auto"/>
      </w:divBdr>
    </w:div>
    <w:div w:id="970861517">
      <w:marLeft w:val="640"/>
      <w:marRight w:val="0"/>
      <w:marTop w:val="0"/>
      <w:marBottom w:val="0"/>
      <w:divBdr>
        <w:top w:val="none" w:sz="0" w:space="0" w:color="auto"/>
        <w:left w:val="none" w:sz="0" w:space="0" w:color="auto"/>
        <w:bottom w:val="none" w:sz="0" w:space="0" w:color="auto"/>
        <w:right w:val="none" w:sz="0" w:space="0" w:color="auto"/>
      </w:divBdr>
    </w:div>
    <w:div w:id="986012693">
      <w:marLeft w:val="640"/>
      <w:marRight w:val="0"/>
      <w:marTop w:val="0"/>
      <w:marBottom w:val="0"/>
      <w:divBdr>
        <w:top w:val="none" w:sz="0" w:space="0" w:color="auto"/>
        <w:left w:val="none" w:sz="0" w:space="0" w:color="auto"/>
        <w:bottom w:val="none" w:sz="0" w:space="0" w:color="auto"/>
        <w:right w:val="none" w:sz="0" w:space="0" w:color="auto"/>
      </w:divBdr>
    </w:div>
    <w:div w:id="990985884">
      <w:marLeft w:val="640"/>
      <w:marRight w:val="0"/>
      <w:marTop w:val="0"/>
      <w:marBottom w:val="0"/>
      <w:divBdr>
        <w:top w:val="none" w:sz="0" w:space="0" w:color="auto"/>
        <w:left w:val="none" w:sz="0" w:space="0" w:color="auto"/>
        <w:bottom w:val="none" w:sz="0" w:space="0" w:color="auto"/>
        <w:right w:val="none" w:sz="0" w:space="0" w:color="auto"/>
      </w:divBdr>
      <w:divsChild>
        <w:div w:id="760372347">
          <w:marLeft w:val="640"/>
          <w:marRight w:val="0"/>
          <w:marTop w:val="0"/>
          <w:marBottom w:val="0"/>
          <w:divBdr>
            <w:top w:val="none" w:sz="0" w:space="0" w:color="auto"/>
            <w:left w:val="none" w:sz="0" w:space="0" w:color="auto"/>
            <w:bottom w:val="none" w:sz="0" w:space="0" w:color="auto"/>
            <w:right w:val="none" w:sz="0" w:space="0" w:color="auto"/>
          </w:divBdr>
        </w:div>
        <w:div w:id="1396973892">
          <w:marLeft w:val="640"/>
          <w:marRight w:val="0"/>
          <w:marTop w:val="0"/>
          <w:marBottom w:val="0"/>
          <w:divBdr>
            <w:top w:val="none" w:sz="0" w:space="0" w:color="auto"/>
            <w:left w:val="none" w:sz="0" w:space="0" w:color="auto"/>
            <w:bottom w:val="none" w:sz="0" w:space="0" w:color="auto"/>
            <w:right w:val="none" w:sz="0" w:space="0" w:color="auto"/>
          </w:divBdr>
        </w:div>
        <w:div w:id="747189105">
          <w:marLeft w:val="640"/>
          <w:marRight w:val="0"/>
          <w:marTop w:val="0"/>
          <w:marBottom w:val="0"/>
          <w:divBdr>
            <w:top w:val="none" w:sz="0" w:space="0" w:color="auto"/>
            <w:left w:val="none" w:sz="0" w:space="0" w:color="auto"/>
            <w:bottom w:val="none" w:sz="0" w:space="0" w:color="auto"/>
            <w:right w:val="none" w:sz="0" w:space="0" w:color="auto"/>
          </w:divBdr>
        </w:div>
        <w:div w:id="1774009971">
          <w:marLeft w:val="640"/>
          <w:marRight w:val="0"/>
          <w:marTop w:val="0"/>
          <w:marBottom w:val="0"/>
          <w:divBdr>
            <w:top w:val="none" w:sz="0" w:space="0" w:color="auto"/>
            <w:left w:val="none" w:sz="0" w:space="0" w:color="auto"/>
            <w:bottom w:val="none" w:sz="0" w:space="0" w:color="auto"/>
            <w:right w:val="none" w:sz="0" w:space="0" w:color="auto"/>
          </w:divBdr>
        </w:div>
        <w:div w:id="596642109">
          <w:marLeft w:val="640"/>
          <w:marRight w:val="0"/>
          <w:marTop w:val="0"/>
          <w:marBottom w:val="0"/>
          <w:divBdr>
            <w:top w:val="none" w:sz="0" w:space="0" w:color="auto"/>
            <w:left w:val="none" w:sz="0" w:space="0" w:color="auto"/>
            <w:bottom w:val="none" w:sz="0" w:space="0" w:color="auto"/>
            <w:right w:val="none" w:sz="0" w:space="0" w:color="auto"/>
          </w:divBdr>
        </w:div>
        <w:div w:id="127012435">
          <w:marLeft w:val="640"/>
          <w:marRight w:val="0"/>
          <w:marTop w:val="0"/>
          <w:marBottom w:val="0"/>
          <w:divBdr>
            <w:top w:val="none" w:sz="0" w:space="0" w:color="auto"/>
            <w:left w:val="none" w:sz="0" w:space="0" w:color="auto"/>
            <w:bottom w:val="none" w:sz="0" w:space="0" w:color="auto"/>
            <w:right w:val="none" w:sz="0" w:space="0" w:color="auto"/>
          </w:divBdr>
        </w:div>
        <w:div w:id="736125103">
          <w:marLeft w:val="640"/>
          <w:marRight w:val="0"/>
          <w:marTop w:val="0"/>
          <w:marBottom w:val="0"/>
          <w:divBdr>
            <w:top w:val="none" w:sz="0" w:space="0" w:color="auto"/>
            <w:left w:val="none" w:sz="0" w:space="0" w:color="auto"/>
            <w:bottom w:val="none" w:sz="0" w:space="0" w:color="auto"/>
            <w:right w:val="none" w:sz="0" w:space="0" w:color="auto"/>
          </w:divBdr>
        </w:div>
        <w:div w:id="2045402044">
          <w:marLeft w:val="640"/>
          <w:marRight w:val="0"/>
          <w:marTop w:val="0"/>
          <w:marBottom w:val="0"/>
          <w:divBdr>
            <w:top w:val="none" w:sz="0" w:space="0" w:color="auto"/>
            <w:left w:val="none" w:sz="0" w:space="0" w:color="auto"/>
            <w:bottom w:val="none" w:sz="0" w:space="0" w:color="auto"/>
            <w:right w:val="none" w:sz="0" w:space="0" w:color="auto"/>
          </w:divBdr>
        </w:div>
        <w:div w:id="1293365183">
          <w:marLeft w:val="640"/>
          <w:marRight w:val="0"/>
          <w:marTop w:val="0"/>
          <w:marBottom w:val="0"/>
          <w:divBdr>
            <w:top w:val="none" w:sz="0" w:space="0" w:color="auto"/>
            <w:left w:val="none" w:sz="0" w:space="0" w:color="auto"/>
            <w:bottom w:val="none" w:sz="0" w:space="0" w:color="auto"/>
            <w:right w:val="none" w:sz="0" w:space="0" w:color="auto"/>
          </w:divBdr>
        </w:div>
        <w:div w:id="1341204079">
          <w:marLeft w:val="640"/>
          <w:marRight w:val="0"/>
          <w:marTop w:val="0"/>
          <w:marBottom w:val="0"/>
          <w:divBdr>
            <w:top w:val="none" w:sz="0" w:space="0" w:color="auto"/>
            <w:left w:val="none" w:sz="0" w:space="0" w:color="auto"/>
            <w:bottom w:val="none" w:sz="0" w:space="0" w:color="auto"/>
            <w:right w:val="none" w:sz="0" w:space="0" w:color="auto"/>
          </w:divBdr>
        </w:div>
        <w:div w:id="300501279">
          <w:marLeft w:val="640"/>
          <w:marRight w:val="0"/>
          <w:marTop w:val="0"/>
          <w:marBottom w:val="0"/>
          <w:divBdr>
            <w:top w:val="none" w:sz="0" w:space="0" w:color="auto"/>
            <w:left w:val="none" w:sz="0" w:space="0" w:color="auto"/>
            <w:bottom w:val="none" w:sz="0" w:space="0" w:color="auto"/>
            <w:right w:val="none" w:sz="0" w:space="0" w:color="auto"/>
          </w:divBdr>
        </w:div>
        <w:div w:id="2033996144">
          <w:marLeft w:val="640"/>
          <w:marRight w:val="0"/>
          <w:marTop w:val="0"/>
          <w:marBottom w:val="0"/>
          <w:divBdr>
            <w:top w:val="none" w:sz="0" w:space="0" w:color="auto"/>
            <w:left w:val="none" w:sz="0" w:space="0" w:color="auto"/>
            <w:bottom w:val="none" w:sz="0" w:space="0" w:color="auto"/>
            <w:right w:val="none" w:sz="0" w:space="0" w:color="auto"/>
          </w:divBdr>
        </w:div>
        <w:div w:id="253822610">
          <w:marLeft w:val="640"/>
          <w:marRight w:val="0"/>
          <w:marTop w:val="0"/>
          <w:marBottom w:val="0"/>
          <w:divBdr>
            <w:top w:val="none" w:sz="0" w:space="0" w:color="auto"/>
            <w:left w:val="none" w:sz="0" w:space="0" w:color="auto"/>
            <w:bottom w:val="none" w:sz="0" w:space="0" w:color="auto"/>
            <w:right w:val="none" w:sz="0" w:space="0" w:color="auto"/>
          </w:divBdr>
        </w:div>
        <w:div w:id="1483545514">
          <w:marLeft w:val="640"/>
          <w:marRight w:val="0"/>
          <w:marTop w:val="0"/>
          <w:marBottom w:val="0"/>
          <w:divBdr>
            <w:top w:val="none" w:sz="0" w:space="0" w:color="auto"/>
            <w:left w:val="none" w:sz="0" w:space="0" w:color="auto"/>
            <w:bottom w:val="none" w:sz="0" w:space="0" w:color="auto"/>
            <w:right w:val="none" w:sz="0" w:space="0" w:color="auto"/>
          </w:divBdr>
        </w:div>
        <w:div w:id="1021199956">
          <w:marLeft w:val="640"/>
          <w:marRight w:val="0"/>
          <w:marTop w:val="0"/>
          <w:marBottom w:val="0"/>
          <w:divBdr>
            <w:top w:val="none" w:sz="0" w:space="0" w:color="auto"/>
            <w:left w:val="none" w:sz="0" w:space="0" w:color="auto"/>
            <w:bottom w:val="none" w:sz="0" w:space="0" w:color="auto"/>
            <w:right w:val="none" w:sz="0" w:space="0" w:color="auto"/>
          </w:divBdr>
        </w:div>
        <w:div w:id="641689645">
          <w:marLeft w:val="640"/>
          <w:marRight w:val="0"/>
          <w:marTop w:val="0"/>
          <w:marBottom w:val="0"/>
          <w:divBdr>
            <w:top w:val="none" w:sz="0" w:space="0" w:color="auto"/>
            <w:left w:val="none" w:sz="0" w:space="0" w:color="auto"/>
            <w:bottom w:val="none" w:sz="0" w:space="0" w:color="auto"/>
            <w:right w:val="none" w:sz="0" w:space="0" w:color="auto"/>
          </w:divBdr>
        </w:div>
        <w:div w:id="619841557">
          <w:marLeft w:val="640"/>
          <w:marRight w:val="0"/>
          <w:marTop w:val="0"/>
          <w:marBottom w:val="0"/>
          <w:divBdr>
            <w:top w:val="none" w:sz="0" w:space="0" w:color="auto"/>
            <w:left w:val="none" w:sz="0" w:space="0" w:color="auto"/>
            <w:bottom w:val="none" w:sz="0" w:space="0" w:color="auto"/>
            <w:right w:val="none" w:sz="0" w:space="0" w:color="auto"/>
          </w:divBdr>
        </w:div>
        <w:div w:id="729038391">
          <w:marLeft w:val="640"/>
          <w:marRight w:val="0"/>
          <w:marTop w:val="0"/>
          <w:marBottom w:val="0"/>
          <w:divBdr>
            <w:top w:val="none" w:sz="0" w:space="0" w:color="auto"/>
            <w:left w:val="none" w:sz="0" w:space="0" w:color="auto"/>
            <w:bottom w:val="none" w:sz="0" w:space="0" w:color="auto"/>
            <w:right w:val="none" w:sz="0" w:space="0" w:color="auto"/>
          </w:divBdr>
        </w:div>
        <w:div w:id="475413747">
          <w:marLeft w:val="640"/>
          <w:marRight w:val="0"/>
          <w:marTop w:val="0"/>
          <w:marBottom w:val="0"/>
          <w:divBdr>
            <w:top w:val="none" w:sz="0" w:space="0" w:color="auto"/>
            <w:left w:val="none" w:sz="0" w:space="0" w:color="auto"/>
            <w:bottom w:val="none" w:sz="0" w:space="0" w:color="auto"/>
            <w:right w:val="none" w:sz="0" w:space="0" w:color="auto"/>
          </w:divBdr>
        </w:div>
        <w:div w:id="1468622844">
          <w:marLeft w:val="640"/>
          <w:marRight w:val="0"/>
          <w:marTop w:val="0"/>
          <w:marBottom w:val="0"/>
          <w:divBdr>
            <w:top w:val="none" w:sz="0" w:space="0" w:color="auto"/>
            <w:left w:val="none" w:sz="0" w:space="0" w:color="auto"/>
            <w:bottom w:val="none" w:sz="0" w:space="0" w:color="auto"/>
            <w:right w:val="none" w:sz="0" w:space="0" w:color="auto"/>
          </w:divBdr>
        </w:div>
        <w:div w:id="995567821">
          <w:marLeft w:val="640"/>
          <w:marRight w:val="0"/>
          <w:marTop w:val="0"/>
          <w:marBottom w:val="0"/>
          <w:divBdr>
            <w:top w:val="none" w:sz="0" w:space="0" w:color="auto"/>
            <w:left w:val="none" w:sz="0" w:space="0" w:color="auto"/>
            <w:bottom w:val="none" w:sz="0" w:space="0" w:color="auto"/>
            <w:right w:val="none" w:sz="0" w:space="0" w:color="auto"/>
          </w:divBdr>
        </w:div>
        <w:div w:id="607927646">
          <w:marLeft w:val="640"/>
          <w:marRight w:val="0"/>
          <w:marTop w:val="0"/>
          <w:marBottom w:val="0"/>
          <w:divBdr>
            <w:top w:val="none" w:sz="0" w:space="0" w:color="auto"/>
            <w:left w:val="none" w:sz="0" w:space="0" w:color="auto"/>
            <w:bottom w:val="none" w:sz="0" w:space="0" w:color="auto"/>
            <w:right w:val="none" w:sz="0" w:space="0" w:color="auto"/>
          </w:divBdr>
        </w:div>
        <w:div w:id="1877617121">
          <w:marLeft w:val="640"/>
          <w:marRight w:val="0"/>
          <w:marTop w:val="0"/>
          <w:marBottom w:val="0"/>
          <w:divBdr>
            <w:top w:val="none" w:sz="0" w:space="0" w:color="auto"/>
            <w:left w:val="none" w:sz="0" w:space="0" w:color="auto"/>
            <w:bottom w:val="none" w:sz="0" w:space="0" w:color="auto"/>
            <w:right w:val="none" w:sz="0" w:space="0" w:color="auto"/>
          </w:divBdr>
        </w:div>
        <w:div w:id="988097845">
          <w:marLeft w:val="640"/>
          <w:marRight w:val="0"/>
          <w:marTop w:val="0"/>
          <w:marBottom w:val="0"/>
          <w:divBdr>
            <w:top w:val="none" w:sz="0" w:space="0" w:color="auto"/>
            <w:left w:val="none" w:sz="0" w:space="0" w:color="auto"/>
            <w:bottom w:val="none" w:sz="0" w:space="0" w:color="auto"/>
            <w:right w:val="none" w:sz="0" w:space="0" w:color="auto"/>
          </w:divBdr>
        </w:div>
      </w:divsChild>
    </w:div>
    <w:div w:id="992025629">
      <w:marLeft w:val="640"/>
      <w:marRight w:val="0"/>
      <w:marTop w:val="0"/>
      <w:marBottom w:val="0"/>
      <w:divBdr>
        <w:top w:val="none" w:sz="0" w:space="0" w:color="auto"/>
        <w:left w:val="none" w:sz="0" w:space="0" w:color="auto"/>
        <w:bottom w:val="none" w:sz="0" w:space="0" w:color="auto"/>
        <w:right w:val="none" w:sz="0" w:space="0" w:color="auto"/>
      </w:divBdr>
    </w:div>
    <w:div w:id="992562313">
      <w:marLeft w:val="640"/>
      <w:marRight w:val="0"/>
      <w:marTop w:val="0"/>
      <w:marBottom w:val="0"/>
      <w:divBdr>
        <w:top w:val="none" w:sz="0" w:space="0" w:color="auto"/>
        <w:left w:val="none" w:sz="0" w:space="0" w:color="auto"/>
        <w:bottom w:val="none" w:sz="0" w:space="0" w:color="auto"/>
        <w:right w:val="none" w:sz="0" w:space="0" w:color="auto"/>
      </w:divBdr>
    </w:div>
    <w:div w:id="1003626360">
      <w:marLeft w:val="640"/>
      <w:marRight w:val="0"/>
      <w:marTop w:val="0"/>
      <w:marBottom w:val="0"/>
      <w:divBdr>
        <w:top w:val="none" w:sz="0" w:space="0" w:color="auto"/>
        <w:left w:val="none" w:sz="0" w:space="0" w:color="auto"/>
        <w:bottom w:val="none" w:sz="0" w:space="0" w:color="auto"/>
        <w:right w:val="none" w:sz="0" w:space="0" w:color="auto"/>
      </w:divBdr>
    </w:div>
    <w:div w:id="1020863537">
      <w:bodyDiv w:val="1"/>
      <w:marLeft w:val="0"/>
      <w:marRight w:val="0"/>
      <w:marTop w:val="0"/>
      <w:marBottom w:val="0"/>
      <w:divBdr>
        <w:top w:val="none" w:sz="0" w:space="0" w:color="auto"/>
        <w:left w:val="none" w:sz="0" w:space="0" w:color="auto"/>
        <w:bottom w:val="none" w:sz="0" w:space="0" w:color="auto"/>
        <w:right w:val="none" w:sz="0" w:space="0" w:color="auto"/>
      </w:divBdr>
    </w:div>
    <w:div w:id="1024477385">
      <w:marLeft w:val="640"/>
      <w:marRight w:val="0"/>
      <w:marTop w:val="0"/>
      <w:marBottom w:val="0"/>
      <w:divBdr>
        <w:top w:val="none" w:sz="0" w:space="0" w:color="auto"/>
        <w:left w:val="none" w:sz="0" w:space="0" w:color="auto"/>
        <w:bottom w:val="none" w:sz="0" w:space="0" w:color="auto"/>
        <w:right w:val="none" w:sz="0" w:space="0" w:color="auto"/>
      </w:divBdr>
    </w:div>
    <w:div w:id="1029140423">
      <w:marLeft w:val="640"/>
      <w:marRight w:val="0"/>
      <w:marTop w:val="0"/>
      <w:marBottom w:val="0"/>
      <w:divBdr>
        <w:top w:val="none" w:sz="0" w:space="0" w:color="auto"/>
        <w:left w:val="none" w:sz="0" w:space="0" w:color="auto"/>
        <w:bottom w:val="none" w:sz="0" w:space="0" w:color="auto"/>
        <w:right w:val="none" w:sz="0" w:space="0" w:color="auto"/>
      </w:divBdr>
    </w:div>
    <w:div w:id="1046025723">
      <w:marLeft w:val="640"/>
      <w:marRight w:val="0"/>
      <w:marTop w:val="0"/>
      <w:marBottom w:val="0"/>
      <w:divBdr>
        <w:top w:val="none" w:sz="0" w:space="0" w:color="auto"/>
        <w:left w:val="none" w:sz="0" w:space="0" w:color="auto"/>
        <w:bottom w:val="none" w:sz="0" w:space="0" w:color="auto"/>
        <w:right w:val="none" w:sz="0" w:space="0" w:color="auto"/>
      </w:divBdr>
    </w:div>
    <w:div w:id="1049063255">
      <w:marLeft w:val="640"/>
      <w:marRight w:val="0"/>
      <w:marTop w:val="0"/>
      <w:marBottom w:val="0"/>
      <w:divBdr>
        <w:top w:val="none" w:sz="0" w:space="0" w:color="auto"/>
        <w:left w:val="none" w:sz="0" w:space="0" w:color="auto"/>
        <w:bottom w:val="none" w:sz="0" w:space="0" w:color="auto"/>
        <w:right w:val="none" w:sz="0" w:space="0" w:color="auto"/>
      </w:divBdr>
    </w:div>
    <w:div w:id="1074089875">
      <w:marLeft w:val="640"/>
      <w:marRight w:val="0"/>
      <w:marTop w:val="0"/>
      <w:marBottom w:val="0"/>
      <w:divBdr>
        <w:top w:val="none" w:sz="0" w:space="0" w:color="auto"/>
        <w:left w:val="none" w:sz="0" w:space="0" w:color="auto"/>
        <w:bottom w:val="none" w:sz="0" w:space="0" w:color="auto"/>
        <w:right w:val="none" w:sz="0" w:space="0" w:color="auto"/>
      </w:divBdr>
    </w:div>
    <w:div w:id="1075132402">
      <w:marLeft w:val="640"/>
      <w:marRight w:val="0"/>
      <w:marTop w:val="0"/>
      <w:marBottom w:val="0"/>
      <w:divBdr>
        <w:top w:val="none" w:sz="0" w:space="0" w:color="auto"/>
        <w:left w:val="none" w:sz="0" w:space="0" w:color="auto"/>
        <w:bottom w:val="none" w:sz="0" w:space="0" w:color="auto"/>
        <w:right w:val="none" w:sz="0" w:space="0" w:color="auto"/>
      </w:divBdr>
    </w:div>
    <w:div w:id="1075931863">
      <w:bodyDiv w:val="1"/>
      <w:marLeft w:val="0"/>
      <w:marRight w:val="0"/>
      <w:marTop w:val="0"/>
      <w:marBottom w:val="0"/>
      <w:divBdr>
        <w:top w:val="none" w:sz="0" w:space="0" w:color="auto"/>
        <w:left w:val="none" w:sz="0" w:space="0" w:color="auto"/>
        <w:bottom w:val="none" w:sz="0" w:space="0" w:color="auto"/>
        <w:right w:val="none" w:sz="0" w:space="0" w:color="auto"/>
      </w:divBdr>
    </w:div>
    <w:div w:id="1095638235">
      <w:marLeft w:val="640"/>
      <w:marRight w:val="0"/>
      <w:marTop w:val="0"/>
      <w:marBottom w:val="0"/>
      <w:divBdr>
        <w:top w:val="none" w:sz="0" w:space="0" w:color="auto"/>
        <w:left w:val="none" w:sz="0" w:space="0" w:color="auto"/>
        <w:bottom w:val="none" w:sz="0" w:space="0" w:color="auto"/>
        <w:right w:val="none" w:sz="0" w:space="0" w:color="auto"/>
      </w:divBdr>
    </w:div>
    <w:div w:id="1099368546">
      <w:marLeft w:val="640"/>
      <w:marRight w:val="0"/>
      <w:marTop w:val="0"/>
      <w:marBottom w:val="0"/>
      <w:divBdr>
        <w:top w:val="none" w:sz="0" w:space="0" w:color="auto"/>
        <w:left w:val="none" w:sz="0" w:space="0" w:color="auto"/>
        <w:bottom w:val="none" w:sz="0" w:space="0" w:color="auto"/>
        <w:right w:val="none" w:sz="0" w:space="0" w:color="auto"/>
      </w:divBdr>
    </w:div>
    <w:div w:id="1105269290">
      <w:marLeft w:val="640"/>
      <w:marRight w:val="0"/>
      <w:marTop w:val="0"/>
      <w:marBottom w:val="0"/>
      <w:divBdr>
        <w:top w:val="none" w:sz="0" w:space="0" w:color="auto"/>
        <w:left w:val="none" w:sz="0" w:space="0" w:color="auto"/>
        <w:bottom w:val="none" w:sz="0" w:space="0" w:color="auto"/>
        <w:right w:val="none" w:sz="0" w:space="0" w:color="auto"/>
      </w:divBdr>
    </w:div>
    <w:div w:id="1130899763">
      <w:marLeft w:val="640"/>
      <w:marRight w:val="0"/>
      <w:marTop w:val="0"/>
      <w:marBottom w:val="0"/>
      <w:divBdr>
        <w:top w:val="none" w:sz="0" w:space="0" w:color="auto"/>
        <w:left w:val="none" w:sz="0" w:space="0" w:color="auto"/>
        <w:bottom w:val="none" w:sz="0" w:space="0" w:color="auto"/>
        <w:right w:val="none" w:sz="0" w:space="0" w:color="auto"/>
      </w:divBdr>
    </w:div>
    <w:div w:id="1218738578">
      <w:marLeft w:val="640"/>
      <w:marRight w:val="0"/>
      <w:marTop w:val="0"/>
      <w:marBottom w:val="0"/>
      <w:divBdr>
        <w:top w:val="none" w:sz="0" w:space="0" w:color="auto"/>
        <w:left w:val="none" w:sz="0" w:space="0" w:color="auto"/>
        <w:bottom w:val="none" w:sz="0" w:space="0" w:color="auto"/>
        <w:right w:val="none" w:sz="0" w:space="0" w:color="auto"/>
      </w:divBdr>
    </w:div>
    <w:div w:id="1219054837">
      <w:marLeft w:val="640"/>
      <w:marRight w:val="0"/>
      <w:marTop w:val="0"/>
      <w:marBottom w:val="0"/>
      <w:divBdr>
        <w:top w:val="none" w:sz="0" w:space="0" w:color="auto"/>
        <w:left w:val="none" w:sz="0" w:space="0" w:color="auto"/>
        <w:bottom w:val="none" w:sz="0" w:space="0" w:color="auto"/>
        <w:right w:val="none" w:sz="0" w:space="0" w:color="auto"/>
      </w:divBdr>
    </w:div>
    <w:div w:id="1238053163">
      <w:marLeft w:val="640"/>
      <w:marRight w:val="0"/>
      <w:marTop w:val="0"/>
      <w:marBottom w:val="0"/>
      <w:divBdr>
        <w:top w:val="none" w:sz="0" w:space="0" w:color="auto"/>
        <w:left w:val="none" w:sz="0" w:space="0" w:color="auto"/>
        <w:bottom w:val="none" w:sz="0" w:space="0" w:color="auto"/>
        <w:right w:val="none" w:sz="0" w:space="0" w:color="auto"/>
      </w:divBdr>
    </w:div>
    <w:div w:id="1247232486">
      <w:marLeft w:val="640"/>
      <w:marRight w:val="0"/>
      <w:marTop w:val="0"/>
      <w:marBottom w:val="0"/>
      <w:divBdr>
        <w:top w:val="none" w:sz="0" w:space="0" w:color="auto"/>
        <w:left w:val="none" w:sz="0" w:space="0" w:color="auto"/>
        <w:bottom w:val="none" w:sz="0" w:space="0" w:color="auto"/>
        <w:right w:val="none" w:sz="0" w:space="0" w:color="auto"/>
      </w:divBdr>
    </w:div>
    <w:div w:id="1248610574">
      <w:marLeft w:val="640"/>
      <w:marRight w:val="0"/>
      <w:marTop w:val="0"/>
      <w:marBottom w:val="0"/>
      <w:divBdr>
        <w:top w:val="none" w:sz="0" w:space="0" w:color="auto"/>
        <w:left w:val="none" w:sz="0" w:space="0" w:color="auto"/>
        <w:bottom w:val="none" w:sz="0" w:space="0" w:color="auto"/>
        <w:right w:val="none" w:sz="0" w:space="0" w:color="auto"/>
      </w:divBdr>
    </w:div>
    <w:div w:id="1257011681">
      <w:marLeft w:val="640"/>
      <w:marRight w:val="0"/>
      <w:marTop w:val="0"/>
      <w:marBottom w:val="0"/>
      <w:divBdr>
        <w:top w:val="none" w:sz="0" w:space="0" w:color="auto"/>
        <w:left w:val="none" w:sz="0" w:space="0" w:color="auto"/>
        <w:bottom w:val="none" w:sz="0" w:space="0" w:color="auto"/>
        <w:right w:val="none" w:sz="0" w:space="0" w:color="auto"/>
      </w:divBdr>
    </w:div>
    <w:div w:id="1265116382">
      <w:marLeft w:val="640"/>
      <w:marRight w:val="0"/>
      <w:marTop w:val="0"/>
      <w:marBottom w:val="0"/>
      <w:divBdr>
        <w:top w:val="none" w:sz="0" w:space="0" w:color="auto"/>
        <w:left w:val="none" w:sz="0" w:space="0" w:color="auto"/>
        <w:bottom w:val="none" w:sz="0" w:space="0" w:color="auto"/>
        <w:right w:val="none" w:sz="0" w:space="0" w:color="auto"/>
      </w:divBdr>
    </w:div>
    <w:div w:id="1269120600">
      <w:marLeft w:val="640"/>
      <w:marRight w:val="0"/>
      <w:marTop w:val="0"/>
      <w:marBottom w:val="0"/>
      <w:divBdr>
        <w:top w:val="none" w:sz="0" w:space="0" w:color="auto"/>
        <w:left w:val="none" w:sz="0" w:space="0" w:color="auto"/>
        <w:bottom w:val="none" w:sz="0" w:space="0" w:color="auto"/>
        <w:right w:val="none" w:sz="0" w:space="0" w:color="auto"/>
      </w:divBdr>
    </w:div>
    <w:div w:id="1293708302">
      <w:marLeft w:val="640"/>
      <w:marRight w:val="0"/>
      <w:marTop w:val="0"/>
      <w:marBottom w:val="0"/>
      <w:divBdr>
        <w:top w:val="none" w:sz="0" w:space="0" w:color="auto"/>
        <w:left w:val="none" w:sz="0" w:space="0" w:color="auto"/>
        <w:bottom w:val="none" w:sz="0" w:space="0" w:color="auto"/>
        <w:right w:val="none" w:sz="0" w:space="0" w:color="auto"/>
      </w:divBdr>
    </w:div>
    <w:div w:id="1298339019">
      <w:marLeft w:val="640"/>
      <w:marRight w:val="0"/>
      <w:marTop w:val="0"/>
      <w:marBottom w:val="0"/>
      <w:divBdr>
        <w:top w:val="none" w:sz="0" w:space="0" w:color="auto"/>
        <w:left w:val="none" w:sz="0" w:space="0" w:color="auto"/>
        <w:bottom w:val="none" w:sz="0" w:space="0" w:color="auto"/>
        <w:right w:val="none" w:sz="0" w:space="0" w:color="auto"/>
      </w:divBdr>
    </w:div>
    <w:div w:id="1335690559">
      <w:marLeft w:val="640"/>
      <w:marRight w:val="0"/>
      <w:marTop w:val="0"/>
      <w:marBottom w:val="0"/>
      <w:divBdr>
        <w:top w:val="none" w:sz="0" w:space="0" w:color="auto"/>
        <w:left w:val="none" w:sz="0" w:space="0" w:color="auto"/>
        <w:bottom w:val="none" w:sz="0" w:space="0" w:color="auto"/>
        <w:right w:val="none" w:sz="0" w:space="0" w:color="auto"/>
      </w:divBdr>
    </w:div>
    <w:div w:id="1365986213">
      <w:marLeft w:val="640"/>
      <w:marRight w:val="0"/>
      <w:marTop w:val="0"/>
      <w:marBottom w:val="0"/>
      <w:divBdr>
        <w:top w:val="none" w:sz="0" w:space="0" w:color="auto"/>
        <w:left w:val="none" w:sz="0" w:space="0" w:color="auto"/>
        <w:bottom w:val="none" w:sz="0" w:space="0" w:color="auto"/>
        <w:right w:val="none" w:sz="0" w:space="0" w:color="auto"/>
      </w:divBdr>
    </w:div>
    <w:div w:id="1367369834">
      <w:marLeft w:val="640"/>
      <w:marRight w:val="0"/>
      <w:marTop w:val="0"/>
      <w:marBottom w:val="0"/>
      <w:divBdr>
        <w:top w:val="none" w:sz="0" w:space="0" w:color="auto"/>
        <w:left w:val="none" w:sz="0" w:space="0" w:color="auto"/>
        <w:bottom w:val="none" w:sz="0" w:space="0" w:color="auto"/>
        <w:right w:val="none" w:sz="0" w:space="0" w:color="auto"/>
      </w:divBdr>
    </w:div>
    <w:div w:id="1372729382">
      <w:marLeft w:val="640"/>
      <w:marRight w:val="0"/>
      <w:marTop w:val="0"/>
      <w:marBottom w:val="0"/>
      <w:divBdr>
        <w:top w:val="none" w:sz="0" w:space="0" w:color="auto"/>
        <w:left w:val="none" w:sz="0" w:space="0" w:color="auto"/>
        <w:bottom w:val="none" w:sz="0" w:space="0" w:color="auto"/>
        <w:right w:val="none" w:sz="0" w:space="0" w:color="auto"/>
      </w:divBdr>
    </w:div>
    <w:div w:id="1379359498">
      <w:marLeft w:val="640"/>
      <w:marRight w:val="0"/>
      <w:marTop w:val="0"/>
      <w:marBottom w:val="0"/>
      <w:divBdr>
        <w:top w:val="none" w:sz="0" w:space="0" w:color="auto"/>
        <w:left w:val="none" w:sz="0" w:space="0" w:color="auto"/>
        <w:bottom w:val="none" w:sz="0" w:space="0" w:color="auto"/>
        <w:right w:val="none" w:sz="0" w:space="0" w:color="auto"/>
      </w:divBdr>
    </w:div>
    <w:div w:id="1385522467">
      <w:marLeft w:val="640"/>
      <w:marRight w:val="0"/>
      <w:marTop w:val="0"/>
      <w:marBottom w:val="0"/>
      <w:divBdr>
        <w:top w:val="none" w:sz="0" w:space="0" w:color="auto"/>
        <w:left w:val="none" w:sz="0" w:space="0" w:color="auto"/>
        <w:bottom w:val="none" w:sz="0" w:space="0" w:color="auto"/>
        <w:right w:val="none" w:sz="0" w:space="0" w:color="auto"/>
      </w:divBdr>
    </w:div>
    <w:div w:id="1500656463">
      <w:marLeft w:val="640"/>
      <w:marRight w:val="0"/>
      <w:marTop w:val="0"/>
      <w:marBottom w:val="0"/>
      <w:divBdr>
        <w:top w:val="none" w:sz="0" w:space="0" w:color="auto"/>
        <w:left w:val="none" w:sz="0" w:space="0" w:color="auto"/>
        <w:bottom w:val="none" w:sz="0" w:space="0" w:color="auto"/>
        <w:right w:val="none" w:sz="0" w:space="0" w:color="auto"/>
      </w:divBdr>
    </w:div>
    <w:div w:id="1516193084">
      <w:marLeft w:val="640"/>
      <w:marRight w:val="0"/>
      <w:marTop w:val="0"/>
      <w:marBottom w:val="0"/>
      <w:divBdr>
        <w:top w:val="none" w:sz="0" w:space="0" w:color="auto"/>
        <w:left w:val="none" w:sz="0" w:space="0" w:color="auto"/>
        <w:bottom w:val="none" w:sz="0" w:space="0" w:color="auto"/>
        <w:right w:val="none" w:sz="0" w:space="0" w:color="auto"/>
      </w:divBdr>
    </w:div>
    <w:div w:id="1516260769">
      <w:marLeft w:val="640"/>
      <w:marRight w:val="0"/>
      <w:marTop w:val="0"/>
      <w:marBottom w:val="0"/>
      <w:divBdr>
        <w:top w:val="none" w:sz="0" w:space="0" w:color="auto"/>
        <w:left w:val="none" w:sz="0" w:space="0" w:color="auto"/>
        <w:bottom w:val="none" w:sz="0" w:space="0" w:color="auto"/>
        <w:right w:val="none" w:sz="0" w:space="0" w:color="auto"/>
      </w:divBdr>
    </w:div>
    <w:div w:id="1518691664">
      <w:marLeft w:val="640"/>
      <w:marRight w:val="0"/>
      <w:marTop w:val="0"/>
      <w:marBottom w:val="0"/>
      <w:divBdr>
        <w:top w:val="none" w:sz="0" w:space="0" w:color="auto"/>
        <w:left w:val="none" w:sz="0" w:space="0" w:color="auto"/>
        <w:bottom w:val="none" w:sz="0" w:space="0" w:color="auto"/>
        <w:right w:val="none" w:sz="0" w:space="0" w:color="auto"/>
      </w:divBdr>
    </w:div>
    <w:div w:id="1522235738">
      <w:marLeft w:val="640"/>
      <w:marRight w:val="0"/>
      <w:marTop w:val="0"/>
      <w:marBottom w:val="0"/>
      <w:divBdr>
        <w:top w:val="none" w:sz="0" w:space="0" w:color="auto"/>
        <w:left w:val="none" w:sz="0" w:space="0" w:color="auto"/>
        <w:bottom w:val="none" w:sz="0" w:space="0" w:color="auto"/>
        <w:right w:val="none" w:sz="0" w:space="0" w:color="auto"/>
      </w:divBdr>
    </w:div>
    <w:div w:id="1561938124">
      <w:marLeft w:val="640"/>
      <w:marRight w:val="0"/>
      <w:marTop w:val="0"/>
      <w:marBottom w:val="0"/>
      <w:divBdr>
        <w:top w:val="none" w:sz="0" w:space="0" w:color="auto"/>
        <w:left w:val="none" w:sz="0" w:space="0" w:color="auto"/>
        <w:bottom w:val="none" w:sz="0" w:space="0" w:color="auto"/>
        <w:right w:val="none" w:sz="0" w:space="0" w:color="auto"/>
      </w:divBdr>
    </w:div>
    <w:div w:id="1562861316">
      <w:marLeft w:val="640"/>
      <w:marRight w:val="0"/>
      <w:marTop w:val="0"/>
      <w:marBottom w:val="0"/>
      <w:divBdr>
        <w:top w:val="none" w:sz="0" w:space="0" w:color="auto"/>
        <w:left w:val="none" w:sz="0" w:space="0" w:color="auto"/>
        <w:bottom w:val="none" w:sz="0" w:space="0" w:color="auto"/>
        <w:right w:val="none" w:sz="0" w:space="0" w:color="auto"/>
      </w:divBdr>
    </w:div>
    <w:div w:id="1595284065">
      <w:marLeft w:val="640"/>
      <w:marRight w:val="0"/>
      <w:marTop w:val="0"/>
      <w:marBottom w:val="0"/>
      <w:divBdr>
        <w:top w:val="none" w:sz="0" w:space="0" w:color="auto"/>
        <w:left w:val="none" w:sz="0" w:space="0" w:color="auto"/>
        <w:bottom w:val="none" w:sz="0" w:space="0" w:color="auto"/>
        <w:right w:val="none" w:sz="0" w:space="0" w:color="auto"/>
      </w:divBdr>
    </w:div>
    <w:div w:id="1597440148">
      <w:marLeft w:val="640"/>
      <w:marRight w:val="0"/>
      <w:marTop w:val="0"/>
      <w:marBottom w:val="0"/>
      <w:divBdr>
        <w:top w:val="none" w:sz="0" w:space="0" w:color="auto"/>
        <w:left w:val="none" w:sz="0" w:space="0" w:color="auto"/>
        <w:bottom w:val="none" w:sz="0" w:space="0" w:color="auto"/>
        <w:right w:val="none" w:sz="0" w:space="0" w:color="auto"/>
      </w:divBdr>
    </w:div>
    <w:div w:id="1603491689">
      <w:marLeft w:val="640"/>
      <w:marRight w:val="0"/>
      <w:marTop w:val="0"/>
      <w:marBottom w:val="0"/>
      <w:divBdr>
        <w:top w:val="none" w:sz="0" w:space="0" w:color="auto"/>
        <w:left w:val="none" w:sz="0" w:space="0" w:color="auto"/>
        <w:bottom w:val="none" w:sz="0" w:space="0" w:color="auto"/>
        <w:right w:val="none" w:sz="0" w:space="0" w:color="auto"/>
      </w:divBdr>
    </w:div>
    <w:div w:id="1644579844">
      <w:marLeft w:val="640"/>
      <w:marRight w:val="0"/>
      <w:marTop w:val="0"/>
      <w:marBottom w:val="0"/>
      <w:divBdr>
        <w:top w:val="none" w:sz="0" w:space="0" w:color="auto"/>
        <w:left w:val="none" w:sz="0" w:space="0" w:color="auto"/>
        <w:bottom w:val="none" w:sz="0" w:space="0" w:color="auto"/>
        <w:right w:val="none" w:sz="0" w:space="0" w:color="auto"/>
      </w:divBdr>
    </w:div>
    <w:div w:id="1656958329">
      <w:marLeft w:val="640"/>
      <w:marRight w:val="0"/>
      <w:marTop w:val="0"/>
      <w:marBottom w:val="0"/>
      <w:divBdr>
        <w:top w:val="none" w:sz="0" w:space="0" w:color="auto"/>
        <w:left w:val="none" w:sz="0" w:space="0" w:color="auto"/>
        <w:bottom w:val="none" w:sz="0" w:space="0" w:color="auto"/>
        <w:right w:val="none" w:sz="0" w:space="0" w:color="auto"/>
      </w:divBdr>
    </w:div>
    <w:div w:id="1657807314">
      <w:marLeft w:val="640"/>
      <w:marRight w:val="0"/>
      <w:marTop w:val="0"/>
      <w:marBottom w:val="0"/>
      <w:divBdr>
        <w:top w:val="none" w:sz="0" w:space="0" w:color="auto"/>
        <w:left w:val="none" w:sz="0" w:space="0" w:color="auto"/>
        <w:bottom w:val="none" w:sz="0" w:space="0" w:color="auto"/>
        <w:right w:val="none" w:sz="0" w:space="0" w:color="auto"/>
      </w:divBdr>
    </w:div>
    <w:div w:id="1675299941">
      <w:marLeft w:val="640"/>
      <w:marRight w:val="0"/>
      <w:marTop w:val="0"/>
      <w:marBottom w:val="0"/>
      <w:divBdr>
        <w:top w:val="none" w:sz="0" w:space="0" w:color="auto"/>
        <w:left w:val="none" w:sz="0" w:space="0" w:color="auto"/>
        <w:bottom w:val="none" w:sz="0" w:space="0" w:color="auto"/>
        <w:right w:val="none" w:sz="0" w:space="0" w:color="auto"/>
      </w:divBdr>
    </w:div>
    <w:div w:id="1706364597">
      <w:marLeft w:val="640"/>
      <w:marRight w:val="0"/>
      <w:marTop w:val="0"/>
      <w:marBottom w:val="0"/>
      <w:divBdr>
        <w:top w:val="none" w:sz="0" w:space="0" w:color="auto"/>
        <w:left w:val="none" w:sz="0" w:space="0" w:color="auto"/>
        <w:bottom w:val="none" w:sz="0" w:space="0" w:color="auto"/>
        <w:right w:val="none" w:sz="0" w:space="0" w:color="auto"/>
      </w:divBdr>
    </w:div>
    <w:div w:id="1716657082">
      <w:marLeft w:val="640"/>
      <w:marRight w:val="0"/>
      <w:marTop w:val="0"/>
      <w:marBottom w:val="0"/>
      <w:divBdr>
        <w:top w:val="none" w:sz="0" w:space="0" w:color="auto"/>
        <w:left w:val="none" w:sz="0" w:space="0" w:color="auto"/>
        <w:bottom w:val="none" w:sz="0" w:space="0" w:color="auto"/>
        <w:right w:val="none" w:sz="0" w:space="0" w:color="auto"/>
      </w:divBdr>
    </w:div>
    <w:div w:id="1729373411">
      <w:marLeft w:val="640"/>
      <w:marRight w:val="0"/>
      <w:marTop w:val="0"/>
      <w:marBottom w:val="0"/>
      <w:divBdr>
        <w:top w:val="none" w:sz="0" w:space="0" w:color="auto"/>
        <w:left w:val="none" w:sz="0" w:space="0" w:color="auto"/>
        <w:bottom w:val="none" w:sz="0" w:space="0" w:color="auto"/>
        <w:right w:val="none" w:sz="0" w:space="0" w:color="auto"/>
      </w:divBdr>
    </w:div>
    <w:div w:id="1744791419">
      <w:marLeft w:val="640"/>
      <w:marRight w:val="0"/>
      <w:marTop w:val="0"/>
      <w:marBottom w:val="0"/>
      <w:divBdr>
        <w:top w:val="none" w:sz="0" w:space="0" w:color="auto"/>
        <w:left w:val="none" w:sz="0" w:space="0" w:color="auto"/>
        <w:bottom w:val="none" w:sz="0" w:space="0" w:color="auto"/>
        <w:right w:val="none" w:sz="0" w:space="0" w:color="auto"/>
      </w:divBdr>
    </w:div>
    <w:div w:id="1747722987">
      <w:marLeft w:val="640"/>
      <w:marRight w:val="0"/>
      <w:marTop w:val="0"/>
      <w:marBottom w:val="0"/>
      <w:divBdr>
        <w:top w:val="none" w:sz="0" w:space="0" w:color="auto"/>
        <w:left w:val="none" w:sz="0" w:space="0" w:color="auto"/>
        <w:bottom w:val="none" w:sz="0" w:space="0" w:color="auto"/>
        <w:right w:val="none" w:sz="0" w:space="0" w:color="auto"/>
      </w:divBdr>
    </w:div>
    <w:div w:id="1757163740">
      <w:marLeft w:val="640"/>
      <w:marRight w:val="0"/>
      <w:marTop w:val="0"/>
      <w:marBottom w:val="0"/>
      <w:divBdr>
        <w:top w:val="none" w:sz="0" w:space="0" w:color="auto"/>
        <w:left w:val="none" w:sz="0" w:space="0" w:color="auto"/>
        <w:bottom w:val="none" w:sz="0" w:space="0" w:color="auto"/>
        <w:right w:val="none" w:sz="0" w:space="0" w:color="auto"/>
      </w:divBdr>
    </w:div>
    <w:div w:id="1761439362">
      <w:marLeft w:val="640"/>
      <w:marRight w:val="0"/>
      <w:marTop w:val="0"/>
      <w:marBottom w:val="0"/>
      <w:divBdr>
        <w:top w:val="none" w:sz="0" w:space="0" w:color="auto"/>
        <w:left w:val="none" w:sz="0" w:space="0" w:color="auto"/>
        <w:bottom w:val="none" w:sz="0" w:space="0" w:color="auto"/>
        <w:right w:val="none" w:sz="0" w:space="0" w:color="auto"/>
      </w:divBdr>
    </w:div>
    <w:div w:id="1771393834">
      <w:marLeft w:val="640"/>
      <w:marRight w:val="0"/>
      <w:marTop w:val="0"/>
      <w:marBottom w:val="0"/>
      <w:divBdr>
        <w:top w:val="none" w:sz="0" w:space="0" w:color="auto"/>
        <w:left w:val="none" w:sz="0" w:space="0" w:color="auto"/>
        <w:bottom w:val="none" w:sz="0" w:space="0" w:color="auto"/>
        <w:right w:val="none" w:sz="0" w:space="0" w:color="auto"/>
      </w:divBdr>
    </w:div>
    <w:div w:id="1780370082">
      <w:marLeft w:val="640"/>
      <w:marRight w:val="0"/>
      <w:marTop w:val="0"/>
      <w:marBottom w:val="0"/>
      <w:divBdr>
        <w:top w:val="none" w:sz="0" w:space="0" w:color="auto"/>
        <w:left w:val="none" w:sz="0" w:space="0" w:color="auto"/>
        <w:bottom w:val="none" w:sz="0" w:space="0" w:color="auto"/>
        <w:right w:val="none" w:sz="0" w:space="0" w:color="auto"/>
      </w:divBdr>
    </w:div>
    <w:div w:id="1789010483">
      <w:marLeft w:val="640"/>
      <w:marRight w:val="0"/>
      <w:marTop w:val="0"/>
      <w:marBottom w:val="0"/>
      <w:divBdr>
        <w:top w:val="none" w:sz="0" w:space="0" w:color="auto"/>
        <w:left w:val="none" w:sz="0" w:space="0" w:color="auto"/>
        <w:bottom w:val="none" w:sz="0" w:space="0" w:color="auto"/>
        <w:right w:val="none" w:sz="0" w:space="0" w:color="auto"/>
      </w:divBdr>
    </w:div>
    <w:div w:id="1797022274">
      <w:marLeft w:val="640"/>
      <w:marRight w:val="0"/>
      <w:marTop w:val="0"/>
      <w:marBottom w:val="0"/>
      <w:divBdr>
        <w:top w:val="none" w:sz="0" w:space="0" w:color="auto"/>
        <w:left w:val="none" w:sz="0" w:space="0" w:color="auto"/>
        <w:bottom w:val="none" w:sz="0" w:space="0" w:color="auto"/>
        <w:right w:val="none" w:sz="0" w:space="0" w:color="auto"/>
      </w:divBdr>
    </w:div>
    <w:div w:id="1797026126">
      <w:marLeft w:val="640"/>
      <w:marRight w:val="0"/>
      <w:marTop w:val="0"/>
      <w:marBottom w:val="0"/>
      <w:divBdr>
        <w:top w:val="none" w:sz="0" w:space="0" w:color="auto"/>
        <w:left w:val="none" w:sz="0" w:space="0" w:color="auto"/>
        <w:bottom w:val="none" w:sz="0" w:space="0" w:color="auto"/>
        <w:right w:val="none" w:sz="0" w:space="0" w:color="auto"/>
      </w:divBdr>
    </w:div>
    <w:div w:id="1798254978">
      <w:marLeft w:val="640"/>
      <w:marRight w:val="0"/>
      <w:marTop w:val="0"/>
      <w:marBottom w:val="0"/>
      <w:divBdr>
        <w:top w:val="none" w:sz="0" w:space="0" w:color="auto"/>
        <w:left w:val="none" w:sz="0" w:space="0" w:color="auto"/>
        <w:bottom w:val="none" w:sz="0" w:space="0" w:color="auto"/>
        <w:right w:val="none" w:sz="0" w:space="0" w:color="auto"/>
      </w:divBdr>
    </w:div>
    <w:div w:id="1802846340">
      <w:marLeft w:val="640"/>
      <w:marRight w:val="0"/>
      <w:marTop w:val="0"/>
      <w:marBottom w:val="0"/>
      <w:divBdr>
        <w:top w:val="none" w:sz="0" w:space="0" w:color="auto"/>
        <w:left w:val="none" w:sz="0" w:space="0" w:color="auto"/>
        <w:bottom w:val="none" w:sz="0" w:space="0" w:color="auto"/>
        <w:right w:val="none" w:sz="0" w:space="0" w:color="auto"/>
      </w:divBdr>
    </w:div>
    <w:div w:id="1821653080">
      <w:marLeft w:val="640"/>
      <w:marRight w:val="0"/>
      <w:marTop w:val="0"/>
      <w:marBottom w:val="0"/>
      <w:divBdr>
        <w:top w:val="none" w:sz="0" w:space="0" w:color="auto"/>
        <w:left w:val="none" w:sz="0" w:space="0" w:color="auto"/>
        <w:bottom w:val="none" w:sz="0" w:space="0" w:color="auto"/>
        <w:right w:val="none" w:sz="0" w:space="0" w:color="auto"/>
      </w:divBdr>
    </w:div>
    <w:div w:id="1826119226">
      <w:marLeft w:val="640"/>
      <w:marRight w:val="0"/>
      <w:marTop w:val="0"/>
      <w:marBottom w:val="0"/>
      <w:divBdr>
        <w:top w:val="none" w:sz="0" w:space="0" w:color="auto"/>
        <w:left w:val="none" w:sz="0" w:space="0" w:color="auto"/>
        <w:bottom w:val="none" w:sz="0" w:space="0" w:color="auto"/>
        <w:right w:val="none" w:sz="0" w:space="0" w:color="auto"/>
      </w:divBdr>
    </w:div>
    <w:div w:id="1847287026">
      <w:marLeft w:val="640"/>
      <w:marRight w:val="0"/>
      <w:marTop w:val="0"/>
      <w:marBottom w:val="0"/>
      <w:divBdr>
        <w:top w:val="none" w:sz="0" w:space="0" w:color="auto"/>
        <w:left w:val="none" w:sz="0" w:space="0" w:color="auto"/>
        <w:bottom w:val="none" w:sz="0" w:space="0" w:color="auto"/>
        <w:right w:val="none" w:sz="0" w:space="0" w:color="auto"/>
      </w:divBdr>
    </w:div>
    <w:div w:id="1864244693">
      <w:marLeft w:val="640"/>
      <w:marRight w:val="0"/>
      <w:marTop w:val="0"/>
      <w:marBottom w:val="0"/>
      <w:divBdr>
        <w:top w:val="none" w:sz="0" w:space="0" w:color="auto"/>
        <w:left w:val="none" w:sz="0" w:space="0" w:color="auto"/>
        <w:bottom w:val="none" w:sz="0" w:space="0" w:color="auto"/>
        <w:right w:val="none" w:sz="0" w:space="0" w:color="auto"/>
      </w:divBdr>
    </w:div>
    <w:div w:id="1882472059">
      <w:marLeft w:val="640"/>
      <w:marRight w:val="0"/>
      <w:marTop w:val="0"/>
      <w:marBottom w:val="0"/>
      <w:divBdr>
        <w:top w:val="none" w:sz="0" w:space="0" w:color="auto"/>
        <w:left w:val="none" w:sz="0" w:space="0" w:color="auto"/>
        <w:bottom w:val="none" w:sz="0" w:space="0" w:color="auto"/>
        <w:right w:val="none" w:sz="0" w:space="0" w:color="auto"/>
      </w:divBdr>
    </w:div>
    <w:div w:id="1894344834">
      <w:marLeft w:val="640"/>
      <w:marRight w:val="0"/>
      <w:marTop w:val="0"/>
      <w:marBottom w:val="0"/>
      <w:divBdr>
        <w:top w:val="none" w:sz="0" w:space="0" w:color="auto"/>
        <w:left w:val="none" w:sz="0" w:space="0" w:color="auto"/>
        <w:bottom w:val="none" w:sz="0" w:space="0" w:color="auto"/>
        <w:right w:val="none" w:sz="0" w:space="0" w:color="auto"/>
      </w:divBdr>
    </w:div>
    <w:div w:id="1909729053">
      <w:marLeft w:val="640"/>
      <w:marRight w:val="0"/>
      <w:marTop w:val="0"/>
      <w:marBottom w:val="0"/>
      <w:divBdr>
        <w:top w:val="none" w:sz="0" w:space="0" w:color="auto"/>
        <w:left w:val="none" w:sz="0" w:space="0" w:color="auto"/>
        <w:bottom w:val="none" w:sz="0" w:space="0" w:color="auto"/>
        <w:right w:val="none" w:sz="0" w:space="0" w:color="auto"/>
      </w:divBdr>
    </w:div>
    <w:div w:id="1934781154">
      <w:marLeft w:val="640"/>
      <w:marRight w:val="0"/>
      <w:marTop w:val="0"/>
      <w:marBottom w:val="0"/>
      <w:divBdr>
        <w:top w:val="none" w:sz="0" w:space="0" w:color="auto"/>
        <w:left w:val="none" w:sz="0" w:space="0" w:color="auto"/>
        <w:bottom w:val="none" w:sz="0" w:space="0" w:color="auto"/>
        <w:right w:val="none" w:sz="0" w:space="0" w:color="auto"/>
      </w:divBdr>
    </w:div>
    <w:div w:id="1957521240">
      <w:marLeft w:val="640"/>
      <w:marRight w:val="0"/>
      <w:marTop w:val="0"/>
      <w:marBottom w:val="0"/>
      <w:divBdr>
        <w:top w:val="none" w:sz="0" w:space="0" w:color="auto"/>
        <w:left w:val="none" w:sz="0" w:space="0" w:color="auto"/>
        <w:bottom w:val="none" w:sz="0" w:space="0" w:color="auto"/>
        <w:right w:val="none" w:sz="0" w:space="0" w:color="auto"/>
      </w:divBdr>
    </w:div>
    <w:div w:id="1968008938">
      <w:bodyDiv w:val="1"/>
      <w:marLeft w:val="0"/>
      <w:marRight w:val="0"/>
      <w:marTop w:val="0"/>
      <w:marBottom w:val="0"/>
      <w:divBdr>
        <w:top w:val="none" w:sz="0" w:space="0" w:color="auto"/>
        <w:left w:val="none" w:sz="0" w:space="0" w:color="auto"/>
        <w:bottom w:val="none" w:sz="0" w:space="0" w:color="auto"/>
        <w:right w:val="none" w:sz="0" w:space="0" w:color="auto"/>
      </w:divBdr>
    </w:div>
    <w:div w:id="1969431751">
      <w:marLeft w:val="640"/>
      <w:marRight w:val="0"/>
      <w:marTop w:val="0"/>
      <w:marBottom w:val="0"/>
      <w:divBdr>
        <w:top w:val="none" w:sz="0" w:space="0" w:color="auto"/>
        <w:left w:val="none" w:sz="0" w:space="0" w:color="auto"/>
        <w:bottom w:val="none" w:sz="0" w:space="0" w:color="auto"/>
        <w:right w:val="none" w:sz="0" w:space="0" w:color="auto"/>
      </w:divBdr>
    </w:div>
    <w:div w:id="1973558795">
      <w:marLeft w:val="640"/>
      <w:marRight w:val="0"/>
      <w:marTop w:val="0"/>
      <w:marBottom w:val="0"/>
      <w:divBdr>
        <w:top w:val="none" w:sz="0" w:space="0" w:color="auto"/>
        <w:left w:val="none" w:sz="0" w:space="0" w:color="auto"/>
        <w:bottom w:val="none" w:sz="0" w:space="0" w:color="auto"/>
        <w:right w:val="none" w:sz="0" w:space="0" w:color="auto"/>
      </w:divBdr>
    </w:div>
    <w:div w:id="2092584791">
      <w:marLeft w:val="640"/>
      <w:marRight w:val="0"/>
      <w:marTop w:val="0"/>
      <w:marBottom w:val="0"/>
      <w:divBdr>
        <w:top w:val="none" w:sz="0" w:space="0" w:color="auto"/>
        <w:left w:val="none" w:sz="0" w:space="0" w:color="auto"/>
        <w:bottom w:val="none" w:sz="0" w:space="0" w:color="auto"/>
        <w:right w:val="none" w:sz="0" w:space="0" w:color="auto"/>
      </w:divBdr>
    </w:div>
    <w:div w:id="2102946292">
      <w:marLeft w:val="640"/>
      <w:marRight w:val="0"/>
      <w:marTop w:val="0"/>
      <w:marBottom w:val="0"/>
      <w:divBdr>
        <w:top w:val="none" w:sz="0" w:space="0" w:color="auto"/>
        <w:left w:val="none" w:sz="0" w:space="0" w:color="auto"/>
        <w:bottom w:val="none" w:sz="0" w:space="0" w:color="auto"/>
        <w:right w:val="none" w:sz="0" w:space="0" w:color="auto"/>
      </w:divBdr>
    </w:div>
    <w:div w:id="2121491363">
      <w:marLeft w:val="640"/>
      <w:marRight w:val="0"/>
      <w:marTop w:val="0"/>
      <w:marBottom w:val="0"/>
      <w:divBdr>
        <w:top w:val="none" w:sz="0" w:space="0" w:color="auto"/>
        <w:left w:val="none" w:sz="0" w:space="0" w:color="auto"/>
        <w:bottom w:val="none" w:sz="0" w:space="0" w:color="auto"/>
        <w:right w:val="none" w:sz="0" w:space="0" w:color="auto"/>
      </w:divBdr>
    </w:div>
    <w:div w:id="2135513042">
      <w:marLeft w:val="640"/>
      <w:marRight w:val="0"/>
      <w:marTop w:val="0"/>
      <w:marBottom w:val="0"/>
      <w:divBdr>
        <w:top w:val="none" w:sz="0" w:space="0" w:color="auto"/>
        <w:left w:val="none" w:sz="0" w:space="0" w:color="auto"/>
        <w:bottom w:val="none" w:sz="0" w:space="0" w:color="auto"/>
        <w:right w:val="none" w:sz="0" w:space="0" w:color="auto"/>
      </w:divBdr>
    </w:div>
    <w:div w:id="2136288983">
      <w:marLeft w:val="640"/>
      <w:marRight w:val="0"/>
      <w:marTop w:val="0"/>
      <w:marBottom w:val="0"/>
      <w:divBdr>
        <w:top w:val="none" w:sz="0" w:space="0" w:color="auto"/>
        <w:left w:val="none" w:sz="0" w:space="0" w:color="auto"/>
        <w:bottom w:val="none" w:sz="0" w:space="0" w:color="auto"/>
        <w:right w:val="none" w:sz="0" w:space="0" w:color="auto"/>
      </w:divBdr>
    </w:div>
    <w:div w:id="2137793804">
      <w:marLeft w:val="64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4.png"/><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5.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3EB3CDA1-11AF-4AA3-899F-69E7D4CD8004}"/>
      </w:docPartPr>
      <w:docPartBody>
        <w:p w:rsidR="00A56434" w:rsidRDefault="003442DF">
          <w:r w:rsidRPr="008042E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2DF"/>
    <w:rsid w:val="001C12C3"/>
    <w:rsid w:val="0022012C"/>
    <w:rsid w:val="002954FD"/>
    <w:rsid w:val="003442DF"/>
    <w:rsid w:val="003A331F"/>
    <w:rsid w:val="003F3D45"/>
    <w:rsid w:val="00481173"/>
    <w:rsid w:val="004834AB"/>
    <w:rsid w:val="0051543A"/>
    <w:rsid w:val="007173E4"/>
    <w:rsid w:val="0078319D"/>
    <w:rsid w:val="007B53E3"/>
    <w:rsid w:val="00806B3D"/>
    <w:rsid w:val="00996981"/>
    <w:rsid w:val="009A0679"/>
    <w:rsid w:val="00A15B39"/>
    <w:rsid w:val="00A56434"/>
    <w:rsid w:val="00AC26F5"/>
    <w:rsid w:val="00AE4F85"/>
    <w:rsid w:val="00B003EA"/>
    <w:rsid w:val="00C83830"/>
    <w:rsid w:val="00CA6BD4"/>
    <w:rsid w:val="00CD7D52"/>
    <w:rsid w:val="00D6138F"/>
    <w:rsid w:val="00D64412"/>
    <w:rsid w:val="00D841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7D52"/>
    <w:rPr>
      <w:color w:val="666666"/>
    </w:rPr>
  </w:style>
  <w:style w:type="paragraph" w:customStyle="1" w:styleId="98E62744A26F41559560DC0366204237">
    <w:name w:val="98E62744A26F41559560DC0366204237"/>
    <w:rsid w:val="00D6138F"/>
  </w:style>
  <w:style w:type="paragraph" w:customStyle="1" w:styleId="51169155F3844E0F98C3ED762FD80E1B">
    <w:name w:val="51169155F3844E0F98C3ED762FD80E1B"/>
    <w:rsid w:val="00D6138F"/>
  </w:style>
  <w:style w:type="paragraph" w:customStyle="1" w:styleId="67CA1592CE334325AED5B6B9C75C18CD">
    <w:name w:val="67CA1592CE334325AED5B6B9C75C18CD"/>
    <w:rsid w:val="00D613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 dockstate="right" visibility="0" width="407" row="1">
    <wetp:webextensionref xmlns:r="http://schemas.openxmlformats.org/officeDocument/2006/relationships" r:id="rId3"/>
  </wetp:taskpane>
</wetp:taskpanes>
</file>

<file path=word/webextensions/webextension1.xml><?xml version="1.0" encoding="utf-8"?>
<we:webextension xmlns:we="http://schemas.microsoft.com/office/webextensions/webextension/2010/11" id="{CC533A8E-5CF6-4735-897A-84E6D1CA2D24}">
  <we:reference id="wa104381909" version="3.23.0.0" store="en-US" storeType="OMEX"/>
  <we:alternateReferences>
    <we:reference id="wa104381909" version="3.23.0.0" store="wa104381909"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F09B1122-A119-47DF-8F0E-C9F390A40DE6}">
  <we:reference id="wa104382081" version="1.55.1.0" store="en-US" storeType="OMEX"/>
  <we:alternateReferences>
    <we:reference id="WA104382081" version="1.55.1.0" store="WA104382081" storeType="OMEX"/>
  </we:alternateReferences>
  <we:properties>
    <we:property name="MENDELEY_BIBLIOGRAPHY_IS_DIRTY" value="true"/>
    <we:property name="MENDELEY_BIBLIOGRAPHY_LAST_MODIFIED" value="1781849744112"/>
    <we:property name="MENDELEY_CITATIONS" value="[{&quot;citationID&quot;:&quot;MENDELEY_CITATION_b6ed051f-28d5-49d3-925d-a98e9e4d3440&quot;,&quot;properties&quot;:{&quot;noteIndex&quot;:0},&quot;isEdited&quot;:false,&quot;manualOverride&quot;:{&quot;isManuallyOverridden&quot;:true,&quot;citeprocText&quot;:&quot;[Bada25]&quot;,&quot;manualOverrideText&quot;:&quot;[BPS25]&quot;},&quot;citationTag&quot;:&quot;MENDELEY_CITATION_v3_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&quot;,&quot;citationItems&quot;:[{&quot;id&quot;:&quot;550884d3-8d3a-342d-bb78-30a179ae9ddd&quot;,&quot;itemData&quot;:{&quot;type&quot;:&quot;book&quot;,&quot;id&quot;:&quot;550884d3-8d3a-342d-bb78-30a179ae9ddd&quot;,&quot;title&quot;:&quot;Statistik Transportasi Darat 2024&quot;,&quot;author&quot;:[{&quot;family&quot;:&quot;Badan Pusat Statistik&quot;,&quot;given&quot;:&quot;&quot;,&quot;parse-names&quot;:false,&quot;dropping-particle&quot;:&quot;&quot;,&quot;non-dropping-particle&quot;:&quot;&quot;}],&quot;issued&quot;:{&quot;date-parts&quot;:[[2025]]},&quot;publisher-place&quot;:&quot;Jakarta&quot;,&quot;publisher&quot;:&quot;Badan Pusat Statistik&quot;,&quot;container-title-short&quot;:&quot;&quot;},&quot;isTemporary&quot;:false}]},{&quot;citationID&quot;:&quot;MENDELEY_CITATION_3a4c0c23-3a0b-4f41-83fa-6427f7c64aef&quot;,&quot;properties&quot;:{&quot;noteIndex&quot;:0},&quot;isEdited&quot;:false,&quot;manualOverride&quot;:{&quot;isManuallyOverridden&quot;:true,&quot;citeprocText&quot;:&quot;[Raja06]&quot;,&quot;manualOverrideText&quot;:&quot;[RAJ06]&quot;},&quot;citationTag&quot;:&quot;MENDELEY_CITATION_v3_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&quot;,&quot;citationItems&quot;:[{&quot;id&quot;:&quot;b61843a9-1532-34f2-a7ff-442f5cba99b5&quot;,&quot;itemData&quot;:{&quot;type&quot;:&quot;book&quot;,&quot;id&quot;:&quot;b61843a9-1532-34f2-a7ff-442f5cba99b5&quot;,&quot;title&quot;:&quot;Vehicle dynamics and control&quot;,&quot;author&quot;:[{&quot;family&quot;:&quot;Rajamani&quot;,&quot;given&quot;:&quot;Rajesh&quot;,&quot;parse-names&quot;:false,&quot;dropping-particle&quot;:&quot;&quot;,&quot;non-dropping-particle&quot;:&quot;&quot;}],&quot;issued&quot;:{&quot;date-parts&quot;:[[2006]]},&quot;publisher&quot;:&quot;Springer&quot;,&quot;container-title-short&quot;:&quot;&quot;},&quot;isTemporary&quot;:false}]},{&quot;citationID&quot;:&quot;MENDELEY_CITATION_f4cff884-aec5-45ac-8c94-0325e5aa8500&quot;,&quot;properties&quot;:{&quot;noteIndex&quot;:0},&quot;isEdited&quot;:false,&quot;manualOverride&quot;:{&quot;isManuallyOverridden&quot;:true,&quot;citeprocText&quot;:&quot;[Gill21]&quot;,&quot;manualOverrideText&quot;:&quot;[GIL21]&quot;},&quot;citationTag&quot;:&quot;MENDELEY_CITATION_v3_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&quot;,&quot;citationItems&quot;:[{&quot;id&quot;:&quot;7ab329f4-487d-3b26-8159-2e3c3ca5b46d&quot;,&quot;itemData&quot;:{&quot;type&quot;:&quot;book&quot;,&quot;id&quot;:&quot;7ab329f4-487d-3b26-8159-2e3c3ca5b46d&quot;,&quot;title&quot;:&quot;Fundamentals of vehicle dynamics&quot;,&quot;author&quot;:[{&quot;family&quot;:&quot;Gillespie&quot;,&quot;given&quot;:&quot;Thomas&quot;,&quot;parse-names&quot;:false,&quot;dropping-particle&quot;:&quot;&quot;,&quot;non-dropping-particle&quot;:&quot;&quot;}],&quot;issued&quot;:{&quot;date-parts&quot;:[[2021]]},&quot;publisher&quot;:&quot;SAE international&quot;,&quot;container-title-short&quot;:&quot;&quot;},&quot;isTemporary&quot;:false}]},{&quot;citationID&quot;:&quot;MENDELEY_CITATION_36743b1e-cbd4-47e8-b6c5-0caab72f5f35&quot;,&quot;properties&quot;:{&quot;noteIndex&quot;:0},&quot;isEdited&quot;:false,&quot;manualOverride&quot;:{&quot;isManuallyOverridden&quot;:true,&quot;citeprocText&quot;:&quot;[Pusa25]&quot;,&quot;manualOverrideText&quot;:&quot;[PUS25]&quot;},&quot;citationTag&quot;:&quot;MENDELEY_CITATION_v3_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&quot;,&quot;citationItems&quot;:[{&quot;id&quot;:&quot;d02474ad-2478-3507-9c08-bfbb1e3c9cdf&quot;,&quot;itemData&quot;:{&quot;type&quot;:&quot;webpage&quot;,&quot;id&quot;:&quot;d02474ad-2478-3507-9c08-bfbb1e3c9cdf&quot;,&quot;title&quot;:&quot;Data Laka Lantas - Truk Berat / Tronton Periode 2022-2025&quot;,&quot;author&quot;:[{&quot;family&quot;:&quot;Pusat Informasi Kriminal Nasional (Pusiknas) Polri&quot;,&quot;given&quot;:&quot;&quot;,&quot;parse-names&quot;:false,&quot;dropping-particle&quot;:&quot;&quot;,&quot;non-dropping-particle&quot;:&quot;&quot;}],&quot;container-title&quot;:&quot;Korps Lalu Lintas Kepolisian Republik Indonesia&quot;,&quot;issued&quot;:{&quot;date-parts&quot;:[[2025]]},&quot;container-title-short&quot;:&quot;&quot;},&quot;isTemporary&quot;:false}]},{&quot;citationID&quot;:&quot;MENDELEY_CITATION_028a14f3-2bf6-4dc9-aeb4-9d5dbc5ba706&quot;,&quot;properties&quot;:{&quot;noteIndex&quot;:0},&quot;isEdited&quot;:false,&quot;manualOverride&quot;:{&quot;isManuallyOverridden&quot;:true,&quot;citeprocText&quot;:&quot;[BTDF16]&quot;,&quot;manualOverrideText&quot;:&quot;[BOJ16]&quot;},&quot;citationItems&quot;:[{&quot;id&quot;:&quot;d00d6cdf-5bea-3515-a091-5b3c300f9234&quot;,&quot;itemData&quot;:{&quot;type&quot;:&quot;article-journal&quot;,&quot;id&quot;:&quot;d00d6cdf-5bea-3515-a091-5b3c300f9234&quot;,&quot;title&quot;:&quot;End to end learning for self-driving cars&quot;,&quot;author&quot;:[{&quot;family&quot;:&quot;Bojarski&quot;,&quot;given&quot;:&quot;Mariusz&quot;,&quot;parse-names&quot;:false,&quot;dropping-particle&quot;:&quot;&quot;,&quot;non-dropping-particle&quot;:&quot;&quot;},{&quot;family&quot;:&quot;Testa&quot;,&quot;given&quot;:&quot;Davide&quot;,&quot;parse-names&quot;:false,&quot;dropping-particle&quot;:&quot;&quot;,&quot;non-dropping-particle&quot;:&quot;Del&quot;},{&quot;family&quot;:&quot;Dworakowski&quot;,&quot;given&quot;:&quot;Daniel&quot;,&quot;parse-names&quot;:false,&quot;dropping-particle&quot;:&quot;&quot;,&quot;non-dropping-particle&quot;:&quot;&quot;},{&quot;family&quot;:&quot;Firner&quot;,&quot;given&quot;:&quot;Bernhard&quot;,&quot;parse-names&quot;:false,&quot;dropping-particle&quot;:&quot;&quot;,&quot;non-dropping-particle&quot;:&quot;&quot;},{&quot;family&quot;:&quot;Flepp&quot;,&quot;given&quot;:&quot;Beat&quot;,&quot;parse-names&quot;:false,&quot;dropping-particle&quot;:&quot;&quot;,&quot;non-dropping-particle&quot;:&quot;&quot;},{&quot;family&quot;:&quot;Goyal&quot;,&quot;given&quot;:&quot;Prasoon&quot;,&quot;parse-names&quot;:false,&quot;dropping-particle&quot;:&quot;&quot;,&quot;non-dropping-particle&quot;:&quot;&quot;},{&quot;family&quot;:&quot;Jackel&quot;,&quot;given&quot;:&quot;Lawrence D&quot;,&quot;parse-names&quot;:false,&quot;dropping-particle&quot;:&quot;&quot;,&quot;non-dropping-particle&quot;:&quot;&quot;},{&quot;family&quot;:&quot;Monfort&quot;,&quot;given&quot;:&quot;Mathew&quot;,&quot;parse-names&quot;:false,&quot;dropping-particle&quot;:&quot;&quot;,&quot;non-dropping-particle&quot;:&quot;&quot;},{&quot;family&quot;:&quot;Muller&quot;,&quot;given&quot;:&quot;Urs&quot;,&quot;parse-names&quot;:false,&quot;dropping-particle&quot;:&quot;&quot;,&quot;non-dropping-particle&quot;:&quot;&quot;},{&quot;family&quot;:&quot;Zhang&quot;,&quot;given&quot;:&quot;Jiakai&quot;,&quot;parse-names&quot;:false,&quot;dropping-particle&quot;:&quot;&quot;,&quot;non-dropping-particle&quot;:&quot;&quot;},{&quot;family&quot;:&quot;others&quot;,&quot;given&quot;:&quot;&quot;,&quot;parse-names&quot;:false,&quot;dropping-particle&quot;:&quot;&quot;,&quot;non-dropping-particle&quot;:&quot;&quot;}],&quot;container-title&quot;:&quot;arXiv preprint arXiv:1604.07316&quot;,&quot;issued&quot;:{&quot;date-parts&quot;:[[2016]]},&quot;container-title-short&quot;:&quot;&quot;},&quot;isTemporary&quot;:false}],&quot;citationTag&quot;:&quot;MENDELEY_CITATION_v3_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&quot;},{&quot;citationID&quot;:&quot;MENDELEY_CITATION_6ea3ef95-873a-45bd-b375-798e33d76f9f&quot;,&quot;properties&quot;:{&quot;noteIndex&quot;:0},&quot;isEdited&quot;:false,&quot;manualOverride&quot;:{&quot;isManuallyOverridden&quot;:true,&quot;citeprocText&quot;:&quot;[BTDF16]&quot;,&quot;manualOverrideText&quot;:&quot;[BOJ16]&quot;},&quot;citationItems&quot;:[{&quot;id&quot;:&quot;d00d6cdf-5bea-3515-a091-5b3c300f9234&quot;,&quot;itemData&quot;:{&quot;type&quot;:&quot;article-journal&quot;,&quot;id&quot;:&quot;d00d6cdf-5bea-3515-a091-5b3c300f9234&quot;,&quot;title&quot;:&quot;End to end learning for self-driving cars&quot;,&quot;author&quot;:[{&quot;family&quot;:&quot;Bojarski&quot;,&quot;given&quot;:&quot;Mariusz&quot;,&quot;parse-names&quot;:false,&quot;dropping-particle&quot;:&quot;&quot;,&quot;non-dropping-particle&quot;:&quot;&quot;},{&quot;family&quot;:&quot;Testa&quot;,&quot;given&quot;:&quot;Davide&quot;,&quot;parse-names&quot;:false,&quot;dropping-particle&quot;:&quot;&quot;,&quot;non-dropping-particle&quot;:&quot;Del&quot;},{&quot;family&quot;:&quot;Dworakowski&quot;,&quot;given&quot;:&quot;Daniel&quot;,&quot;parse-names&quot;:false,&quot;dropping-particle&quot;:&quot;&quot;,&quot;non-dropping-particle&quot;:&quot;&quot;},{&quot;family&quot;:&quot;Firner&quot;,&quot;given&quot;:&quot;Bernhard&quot;,&quot;parse-names&quot;:false,&quot;dropping-particle&quot;:&quot;&quot;,&quot;non-dropping-particle&quot;:&quot;&quot;},{&quot;family&quot;:&quot;Flepp&quot;,&quot;given&quot;:&quot;Beat&quot;,&quot;parse-names&quot;:false,&quot;dropping-particle&quot;:&quot;&quot;,&quot;non-dropping-particle&quot;:&quot;&quot;},{&quot;family&quot;:&quot;Goyal&quot;,&quot;given&quot;:&quot;Prasoon&quot;,&quot;parse-names&quot;:false,&quot;dropping-particle&quot;:&quot;&quot;,&quot;non-dropping-particle&quot;:&quot;&quot;},{&quot;family&quot;:&quot;Jackel&quot;,&quot;given&quot;:&quot;Lawrence D&quot;,&quot;parse-names&quot;:false,&quot;dropping-particle&quot;:&quot;&quot;,&quot;non-dropping-particle&quot;:&quot;&quot;},{&quot;family&quot;:&quot;Monfort&quot;,&quot;given&quot;:&quot;Mathew&quot;,&quot;parse-names&quot;:false,&quot;dropping-particle&quot;:&quot;&quot;,&quot;non-dropping-particle&quot;:&quot;&quot;},{&quot;family&quot;:&quot;Muller&quot;,&quot;given&quot;:&quot;Urs&quot;,&quot;parse-names&quot;:false,&quot;dropping-particle&quot;:&quot;&quot;,&quot;non-dropping-particle&quot;:&quot;&quot;},{&quot;family&quot;:&quot;Zhang&quot;,&quot;given&quot;:&quot;Jiakai&quot;,&quot;parse-names&quot;:false,&quot;dropping-particle&quot;:&quot;&quot;,&quot;non-dropping-particle&quot;:&quot;&quot;},{&quot;family&quot;:&quot;others&quot;,&quot;given&quot;:&quot;&quot;,&quot;parse-names&quot;:false,&quot;dropping-particle&quot;:&quot;&quot;,&quot;non-dropping-particle&quot;:&quot;&quot;}],&quot;container-title&quot;:&quot;arXiv preprint arXiv:1604.07316&quot;,&quot;issued&quot;:{&quot;date-parts&quot;:[[2016]]},&quot;container-title-short&quot;:&quot;&quot;},&quot;isTemporary&quot;:false}],&quot;citationTag&quot;:&quot;MENDELEY_CITATION_v3_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&quot;},{&quot;citationID&quot;:&quot;MENDELEY_CITATION_fda435ac-5ea3-420a-9181-dabb421686b7&quot;,&quot;properties&quot;:{&quot;noteIndex&quot;:0},&quot;isEdited&quot;:false,&quot;manualOverride&quot;:{&quot;isManuallyOverridden&quot;:true,&quot;citeprocText&quot;:&quot;[MKSR15]&quot;,&quot;manualOverrideText&quot;:&quot;[MKS15]&quot;},&quot;citationTag&quot;:&quot;MENDELEY_CITATION_v3_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&quot;,&quot;citationItems&quot;:[{&quot;id&quot;:&quot;e35466c2-d67a-358d-9279-936393a6c315&quot;,&quot;itemData&quot;:{&quot;type&quot;:&quot;article-journal&quot;,&quot;id&quot;:&quot;e35466c2-d67a-358d-9279-936393a6c315&quot;,&quot;title&quot;:&quot;Human-level control through deep reinforcement learning&quot;,&quot;author&quot;:[{&quot;family&quot;:&quot;Mnih&quot;,&quot;given&quot;:&quot;Volodymyr&quot;,&quot;parse-names&quot;:false,&quot;dropping-particle&quot;:&quot;&quot;,&quot;non-dropping-particle&quot;:&quot;&quot;},{&quot;family&quot;:&quot;Kavukcuoglu&quot;,&quot;given&quot;:&quot;Koray&quot;,&quot;parse-names&quot;:false,&quot;dropping-particle&quot;:&quot;&quot;,&quot;non-dropping-particle&quot;:&quot;&quot;},{&quot;family&quot;:&quot;Silver&quot;,&quot;given&quot;:&quot;David&quot;,&quot;parse-names&quot;:false,&quot;dropping-particle&quot;:&quot;&quot;,&quot;non-dropping-particle&quot;:&quot;&quot;},{&quot;family&quot;:&quot;Rusu&quot;,&quot;given&quot;:&quot;Andrei A&quot;,&quot;parse-names&quot;:false,&quot;dropping-particle&quot;:&quot;&quot;,&quot;non-dropping-particle&quot;:&quot;&quot;},{&quot;family&quot;:&quot;Veness&quot;,&quot;given&quot;:&quot;Joel&quot;,&quot;parse-names&quot;:false,&quot;dropping-particle&quot;:&quot;&quot;,&quot;non-dropping-particle&quot;:&quot;&quot;},{&quot;family&quot;:&quot;Bellemare&quot;,&quot;given&quot;:&quot;Marc G&quot;,&quot;parse-names&quot;:false,&quot;dropping-particle&quot;:&quot;&quot;,&quot;non-dropping-particle&quot;:&quot;&quot;},{&quot;family&quot;:&quot;Graves&quot;,&quot;given&quot;:&quot;Alex&quot;,&quot;parse-names&quot;:false,&quot;dropping-particle&quot;:&quot;&quot;,&quot;non-dropping-particle&quot;:&quot;&quot;},{&quot;family&quot;:&quot;Riedmiller&quot;,&quot;given&quot;:&quot;Martin&quot;,&quot;parse-names&quot;:false,&quot;dropping-particle&quot;:&quot;&quot;,&quot;non-dropping-particle&quot;:&quot;&quot;},{&quot;family&quot;:&quot;Fidjeland&quot;,&quot;given&quot;:&quot;Andreas K&quot;,&quot;parse-names&quot;:false,&quot;dropping-particle&quot;:&quot;&quot;,&quot;non-dropping-particle&quot;:&quot;&quot;},{&quot;family&quot;:&quot;Ostrovski&quot;,&quot;given&quot;:&quot;Georg&quot;,&quot;parse-names&quot;:false,&quot;dropping-particle&quot;:&quot;&quot;,&quot;non-dropping-particle&quot;:&quot;&quot;},{&quot;family&quot;:&quot;others&quot;,&quot;given&quot;:&quot;&quot;,&quot;parse-names&quot;:false,&quot;dropping-particle&quot;:&quot;&quot;,&quot;non-dropping-particle&quot;:&quot;&quot;}],&quot;container-title&quot;:&quot;nature&quot;,&quot;issued&quot;:{&quot;date-parts&quot;:[[2015]]},&quot;page&quot;:&quot;529-533&quot;,&quot;publisher&quot;:&quot;Nature Publishing Group&quot;,&quot;issue&quot;:&quot;7540&quot;,&quot;volume&quot;:&quot;518&quot;,&quot;container-title-short&quot;:&quot;Nature&quot;},&quot;isTemporary&quot;:false}]},{&quot;citationID&quot;:&quot;MENDELEY_CITATION_afa19ac1-3131-4a9b-9d82-bc1e683935f8&quot;,&quot;properties&quot;:{&quot;noteIndex&quot;:0},&quot;isEdited&quot;:false,&quot;manualOverride&quot;:{&quot;isManuallyOverridden&quot;:true,&quot;citeprocText&quot;:&quot;[HaGS16]&quot;,&quot;manualOverrideText&quot;:&quot;[HMV16]&quot;},&quot;citationTag&quot;:&quot;MENDELEY_CITATION_v3_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&quot;,&quot;citationItems&quot;:[{&quot;id&quot;:&quot;8f8c9e7e-c876-30c3-9251-1896a5d990f3&quot;,&quot;itemData&quot;:{&quot;type&quot;:&quot;paper-conference&quot;,&quot;id&quot;:&quot;8f8c9e7e-c876-30c3-9251-1896a5d990f3&quot;,&quot;title&quot;:&quot;Deep reinforcement learning with double q-learning&quot;,&quot;author&quot;:[{&quot;family&quot;:&quot;Hasselt&quot;,&quot;given&quot;:&quot;Hado&quot;,&quot;parse-names&quot;:false,&quot;dropping-particle&quot;:&quot;&quot;,&quot;non-dropping-particle&quot;:&quot;Van&quot;},{&quot;family&quot;:&quot;Guez&quot;,&quot;given&quot;:&quot;Arthur&quot;,&quot;parse-names&quot;:false,&quot;dropping-particle&quot;:&quot;&quot;,&quot;non-dropping-particle&quot;:&quot;&quot;},{&quot;family&quot;:&quot;Silver&quot;,&quot;given&quot;:&quot;David&quot;,&quot;parse-names&quot;:false,&quot;dropping-particle&quot;:&quot;&quot;,&quot;non-dropping-particle&quot;:&quot;&quot;}],&quot;container-title&quot;:&quot;Proceedings of the AAAI conference on artificial intelligence&quot;,&quot;issued&quot;:{&quot;date-parts&quot;:[[2016]]},&quot;issue&quot;:&quot;1&quot;,&quot;volume&quot;:&quot;30&quot;,&quot;container-title-short&quot;:&quot;&quot;},&quot;isTemporary&quot;:false}]},{&quot;citationID&quot;:&quot;MENDELEY_CITATION_fc53ce7e-8662-43c6-84db-0662c7ee4363&quot;,&quot;properties&quot;:{&quot;noteIndex&quot;:0},&quot;isEdited&quot;:false,&quot;manualOverride&quot;:{&quot;isManuallyOverridden&quot;:true,&quot;citeprocText&quot;:&quot;[AnRi18]&quot;,&quot;manualOverrideText&quot;:&quot;[ANR18]&quot;},&quot;citationTag&quot;:&quot;MENDELEY_CITATION_v3_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&quot;,&quot;citationItems&quot;:[{&quot;id&quot;:&quot;aa7934e5-ab45-32f4-979d-c37b7324c50b&quot;,&quot;itemData&quot;:{&quot;type&quot;:&quot;article-journal&quot;,&quot;id&quot;:&quot;aa7934e5-ab45-32f4-979d-c37b7324c50b&quot;,&quot;title&quot;:&quot;Reinforcement learning: an introduction&quot;,&quot;author&quot;:[{&quot;family&quot;:&quot;Andrew&quot;,&quot;given&quot;:&quot;Barto&quot;,&quot;parse-names&quot;:false,&quot;dropping-particle&quot;:&quot;&quot;,&quot;non-dropping-particle&quot;:&quot;&quot;},{&quot;family&quot;:&quot;Richard S&quot;,&quot;given&quot;:&quot;Sutton&quot;,&quot;parse-names&quot;:false,&quot;dropping-particle&quot;:&quot;&quot;,&quot;non-dropping-particle&quot;:&quot;&quot;}],&quot;issued&quot;:{&quot;date-parts&quot;:[[2018]]},&quot;publisher&quot;:&quot;The MIT Press&quot;,&quot;container-title-short&quot;:&quot;&quot;},&quot;isTemporary&quot;:false}]},{&quot;citationID&quot;:&quot;MENDELEY_CITATION_edc409a8-2f7c-4856-8569-cd3d177a84f2&quot;,&quot;properties&quot;:{&quot;noteIndex&quot;:0},&quot;isEdited&quot;:false,&quot;manualOverride&quot;:{&quot;isManuallyOverridden&quot;:true,&quot;citeprocText&quot;:&quot;[AnRi18]&quot;,&quot;manualOverrideText&quot;:&quot;[ANR18]&quot;},&quot;citationTag&quot;:&quot;MENDELEY_CITATION_v3_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&quot;,&quot;citationItems&quot;:[{&quot;id&quot;:&quot;aa7934e5-ab45-32f4-979d-c37b7324c50b&quot;,&quot;itemData&quot;:{&quot;type&quot;:&quot;article-journal&quot;,&quot;id&quot;:&quot;aa7934e5-ab45-32f4-979d-c37b7324c50b&quot;,&quot;title&quot;:&quot;Reinforcement learning: an introduction&quot;,&quot;author&quot;:[{&quot;family&quot;:&quot;Andrew&quot;,&quot;given&quot;:&quot;Barto&quot;,&quot;parse-names&quot;:false,&quot;dropping-particle&quot;:&quot;&quot;,&quot;non-dropping-particle&quot;:&quot;&quot;},{&quot;family&quot;:&quot;Richard S&quot;,&quot;given&quot;:&quot;Sutton&quot;,&quot;parse-names&quot;:false,&quot;dropping-particle&quot;:&quot;&quot;,&quot;non-dropping-particle&quot;:&quot;&quot;}],&quot;issued&quot;:{&quot;date-parts&quot;:[[2018]]},&quot;publisher&quot;:&quot;The MIT Press&quot;,&quot;container-title-short&quot;:&quot;&quot;},&quot;isTemporary&quot;:false}]},{&quot;citationID&quot;:&quot;MENDELEY_CITATION_f3d6e96e-1b8f-485c-85cc-99abd7a88814&quot;,&quot;properties&quot;:{&quot;noteIndex&quot;:0},&quot;isEdited&quot;:false,&quot;manualOverride&quot;:{&quot;isManuallyOverridden&quot;:true,&quot;citeprocText&quot;:&quot;[DRCL17]&quot;,&quot;manualOverrideText&quot;:&quot;[DRC17]&quot;},&quot;citationTag&quot;:&quot;MENDELEY_CITATION_v3_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&quot;,&quot;citationItems&quot;:[{&quot;id&quot;:&quot;b30614e6-e272-331c-9ee1-5dcfb4da6401&quot;,&quot;itemData&quot;:{&quot;type&quot;:&quot;paper-conference&quot;,&quot;id&quot;:&quot;b30614e6-e272-331c-9ee1-5dcfb4da6401&quot;,&quot;title&quot;:&quot;CARLA: An open urban driving simulator&quot;,&quot;author&quot;:[{&quot;family&quot;:&quot;Dosovitskiy&quot;,&quot;given&quot;:&quot;Alexey&quot;,&quot;parse-names&quot;:false,&quot;dropping-particle&quot;:&quot;&quot;,&quot;non-dropping-particle&quot;:&quot;&quot;},{&quot;family&quot;:&quot;Ros&quot;,&quot;given&quot;:&quot;German&quot;,&quot;parse-names&quot;:false,&quot;dropping-particle&quot;:&quot;&quot;,&quot;non-dropping-particle&quot;:&quot;&quot;},{&quot;family&quot;:&quot;Codevilla&quot;,&quot;given&quot;:&quot;Felipe&quot;,&quot;parse-names&quot;:false,&quot;dropping-particle&quot;:&quot;&quot;,&quot;non-dropping-particle&quot;:&quot;&quot;},{&quot;family&quot;:&quot;Lopez&quot;,&quot;given&quot;:&quot;Antonio&quot;,&quot;parse-names&quot;:false,&quot;dropping-particle&quot;:&quot;&quot;,&quot;non-dropping-particle&quot;:&quot;&quot;},{&quot;family&quot;:&quot;Koltun&quot;,&quot;given&quot;:&quot;Vladlen&quot;,&quot;parse-names&quot;:false,&quot;dropping-particle&quot;:&quot;&quot;,&quot;non-dropping-particle&quot;:&quot;&quot;}],&quot;container-title&quot;:&quot;Conference on robot learning&quot;,&quot;issued&quot;:{&quot;date-parts&quot;:[[2017]]},&quot;page&quot;:&quot;1-16&quot;,&quot;container-title-short&quot;:&quot;&quot;},&quot;isTemporary&quot;:false}]},{&quot;citationID&quot;:&quot;MENDELEY_CITATION_d6680e94-d6c1-4c0c-b032-47ef3eef060f&quot;,&quot;properties&quot;:{&quot;noteIndex&quot;:0},&quot;isEdited&quot;:false,&quot;manualOverride&quot;:{&quot;isManuallyOverridden&quot;:true,&quot;citeprocText&quot;:&quot;[KHJM19]&quot;,&quot;manualOverrideText&quot;:&quot;[KHJ19]&quot;},&quot;citationTag&quot;:&quot;MENDELEY_CITATION_v3_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&quot;,&quot;citationItems&quot;:[{&quot;id&quot;:&quot;f5889e60-205c-3d04-8d14-578507f207d7&quot;,&quot;itemData&quot;:{&quot;type&quot;:&quot;paper-conference&quot;,&quot;id&quot;:&quot;f5889e60-205c-3d04-8d14-578507f207d7&quot;,&quot;title&quot;:&quot;Learning to drive in a day&quot;,&quot;author&quot;:[{&quot;family&quot;:&quot;Kendall&quot;,&quot;given&quot;:&quot;Alex&quot;,&quot;parse-names&quot;:false,&quot;dropping-particle&quot;:&quot;&quot;,&quot;non-dropping-particle&quot;:&quot;&quot;},{&quot;family&quot;:&quot;Hawke&quot;,&quot;given&quot;:&quot;Jeffrey&quot;,&quot;parse-names&quot;:false,&quot;dropping-particle&quot;:&quot;&quot;,&quot;non-dropping-particle&quot;:&quot;&quot;},{&quot;family&quot;:&quot;Janz&quot;,&quot;given&quot;:&quot;David&quot;,&quot;parse-names&quot;:false,&quot;dropping-particle&quot;:&quot;&quot;,&quot;non-dropping-particle&quot;:&quot;&quot;},{&quot;family&quot;:&quot;Mazur&quot;,&quot;given&quot;:&quot;Przemyslaw&quot;,&quot;parse-names&quot;:false,&quot;dropping-particle&quot;:&quot;&quot;,&quot;non-dropping-particle&quot;:&quot;&quot;},{&quot;family&quot;:&quot;Reda&quot;,&quot;given&quot;:&quot;Daniele&quot;,&quot;parse-names&quot;:false,&quot;dropping-particle&quot;:&quot;&quot;,&quot;non-dropping-particle&quot;:&quot;&quot;},{&quot;family&quot;:&quot;Allen&quot;,&quot;given&quot;:&quot;John-Mark&quot;,&quot;parse-names&quot;:false,&quot;dropping-particle&quot;:&quot;&quot;,&quot;non-dropping-particle&quot;:&quot;&quot;},{&quot;family&quot;:&quot;Lam&quot;,&quot;given&quot;:&quot;Vinh-Dieu&quot;,&quot;parse-names&quot;:false,&quot;dropping-particle&quot;:&quot;&quot;,&quot;non-dropping-particle&quot;:&quot;&quot;},{&quot;family&quot;:&quot;Bewley&quot;,&quot;given&quot;:&quot;Alex&quot;,&quot;parse-names&quot;:false,&quot;dropping-particle&quot;:&quot;&quot;,&quot;non-dropping-particle&quot;:&quot;&quot;},{&quot;family&quot;:&quot;Shah&quot;,&quot;given&quot;:&quot;Amar&quot;,&quot;parse-names&quot;:false,&quot;dropping-particle&quot;:&quot;&quot;,&quot;non-dropping-particle&quot;:&quot;&quot;}],&quot;container-title&quot;:&quot;2019 international conference on robotics and automation (ICRA)&quot;,&quot;issued&quot;:{&quot;date-parts&quot;:[[2019]]},&quot;page&quot;:&quot;8248-8254&quot;,&quot;container-title-short&quot;:&quot;&quot;},&quot;isTemporary&quot;:false}]},{&quot;citationID&quot;:&quot;MENDELEY_CITATION_8d44e883-319d-4fcd-b588-37f4ceba9437&quot;,&quot;properties&quot;:{&quot;noteIndex&quot;:0},&quot;isEdited&quot;:false,&quot;manualOverride&quot;:{&quot;isManuallyOverridden&quot;:true,&quot;citeprocText&quot;:&quot;[MaSu24]&quot;,&quot;manualOverrideText&quot;:&quot;[MAS24]&quot;},&quot;citationTag&quot;:&quot;MENDELEY_CITATION_v3_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&quot;,&quot;citationItems&quot;:[{&quot;id&quot;:&quot;e4b447b4-a117-3367-ab2c-717909a922d1&quot;,&quot;itemData&quot;:{&quot;type&quot;:&quot;article-journal&quot;,&quot;id&quot;:&quot;e4b447b4-a117-3367-ab2c-717909a922d1&quot;,&quot;title&quot;:&quot;Penerapan Sistem Automatic Emergency Braking Pada Agen Autonomous Driving: Berbasis Proximal Policy Optimization&quot;,&quot;author&quot;:[{&quot;family&quot;:&quot;Mawardi&quot;,&quot;given&quot;:&quot;Fauzan Nursalma&quot;,&quot;parse-names&quot;:false,&quot;dropping-particle&quot;:&quot;&quot;,&quot;non-dropping-particle&quot;:&quot;&quot;},{&quot;family&quot;:&quot;Supeno&quot;,&quot;given&quot;:&quot;Handoko&quot;,&quot;parse-names&quot;:false,&quot;dropping-particle&quot;:&quot;&quot;,&quot;non-dropping-particle&quot;:&quot;&quot;}],&quot;container-title&quot;:&quot;JURNAL PASUNDAN INFORMATIKA&quot;,&quot;issued&quot;:{&quot;date-parts&quot;:[[2024]]},&quot;issue&quot;:&quot;2&quot;,&quot;volume&quot;:&quot;3&quot;,&quot;container-title-short&quot;:&quot;&quot;},&quot;isTemporary&quot;:false}]},{&quot;citationID&quot;:&quot;MENDELEY_CITATION_c5196b5d-87d7-4a36-b093-1a81d2504281&quot;,&quot;properties&quot;:{&quot;noteIndex&quot;:0},&quot;isEdited&quot;:false,&quot;manualOverride&quot;:{&quot;isManuallyOverridden&quot;:true,&quot;citeprocText&quot;:&quot;[PuSu25]&quot;,&quot;manualOverrideText&quot;:&quot;[PUS25]&quot;},&quot;citationTag&quot;:&quot;MENDELEY_CITATION_v3_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&quot;,&quot;citationItems&quot;:[{&quot;id&quot;:&quot;b1c679f2-f109-3f31-9384-897ae701f38d&quot;,&quot;itemData&quot;:{&quot;type&quot;:&quot;article-journal&quot;,&quot;id&quot;:&quot;b1c679f2-f109-3f31-9384-897ae701f38d&quot;,&quot;title&quot;:&quot;Pengembangan Automatic Emergency Braking (AEB) pada Autonomous Driving Menggunakan Deep Q–Learning dengan PER&quot;,&quot;author&quot;:[{&quot;family&quot;:&quot;Putra&quot;,&quot;given&quot;:&quot;Kevin Anggara&quot;,&quot;parse-names&quot;:false,&quot;dropping-particle&quot;:&quot;&quot;,&quot;non-dropping-particle&quot;:&quot;&quot;},{&quot;family&quot;:&quot;Supeno&quot;,&quot;given&quot;:&quot;Handoko&quot;,&quot;parse-names&quot;:false,&quot;dropping-particle&quot;:&quot;&quot;,&quot;non-dropping-particle&quot;:&quot;&quot;}],&quot;container-title&quot;:&quot;JURNAL PASUNDAN INFORMATIKA&quot;,&quot;issued&quot;:{&quot;date-parts&quot;:[[2025]]},&quot;issue&quot;:&quot;1&quot;,&quot;volume&quot;:&quot;4&quot;,&quot;container-title-short&quot;:&quot;&quot;},&quot;isTemporary&quot;:false}]},{&quot;citationID&quot;:&quot;MENDELEY_CITATION_af0104a9-161b-4e3b-81c9-eeb3c354d8e3&quot;,&quot;properties&quot;:{&quot;noteIndex&quot;:0},&quot;isEdited&quot;:false,&quot;manualOverride&quot;:{&quot;isManuallyOverridden&quot;:true,&quot;citeprocText&quot;:&quot;[MKSR15]&quot;,&quot;manualOverrideText&quot;:&quot;[MKS15]&quot;},&quot;citationTag&quot;:&quot;MENDELEY_CITATION_v3_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&quot;,&quot;citationItems&quot;:[{&quot;id&quot;:&quot;e35466c2-d67a-358d-9279-936393a6c315&quot;,&quot;itemData&quot;:{&quot;type&quot;:&quot;article-journal&quot;,&quot;id&quot;:&quot;e35466c2-d67a-358d-9279-936393a6c315&quot;,&quot;title&quot;:&quot;Human-level control through deep reinforcement learning&quot;,&quot;author&quot;:[{&quot;family&quot;:&quot;Mnih&quot;,&quot;given&quot;:&quot;Volodymyr&quot;,&quot;parse-names&quot;:false,&quot;dropping-particle&quot;:&quot;&quot;,&quot;non-dropping-particle&quot;:&quot;&quot;},{&quot;family&quot;:&quot;Kavukcuoglu&quot;,&quot;given&quot;:&quot;Koray&quot;,&quot;parse-names&quot;:false,&quot;dropping-particle&quot;:&quot;&quot;,&quot;non-dropping-particle&quot;:&quot;&quot;},{&quot;family&quot;:&quot;Silver&quot;,&quot;given&quot;:&quot;David&quot;,&quot;parse-names&quot;:false,&quot;dropping-particle&quot;:&quot;&quot;,&quot;non-dropping-particle&quot;:&quot;&quot;},{&quot;family&quot;:&quot;Rusu&quot;,&quot;given&quot;:&quot;Andrei A&quot;,&quot;parse-names&quot;:false,&quot;dropping-particle&quot;:&quot;&quot;,&quot;non-dropping-particle&quot;:&quot;&quot;},{&quot;family&quot;:&quot;Veness&quot;,&quot;given&quot;:&quot;Joel&quot;,&quot;parse-names&quot;:false,&quot;dropping-particle&quot;:&quot;&quot;,&quot;non-dropping-particle&quot;:&quot;&quot;},{&quot;family&quot;:&quot;Bellemare&quot;,&quot;given&quot;:&quot;Marc G&quot;,&quot;parse-names&quot;:false,&quot;dropping-particle&quot;:&quot;&quot;,&quot;non-dropping-particle&quot;:&quot;&quot;},{&quot;family&quot;:&quot;Graves&quot;,&quot;given&quot;:&quot;Alex&quot;,&quot;parse-names&quot;:false,&quot;dropping-particle&quot;:&quot;&quot;,&quot;non-dropping-particle&quot;:&quot;&quot;},{&quot;family&quot;:&quot;Riedmiller&quot;,&quot;given&quot;:&quot;Martin&quot;,&quot;parse-names&quot;:false,&quot;dropping-particle&quot;:&quot;&quot;,&quot;non-dropping-particle&quot;:&quot;&quot;},{&quot;family&quot;:&quot;Fidjeland&quot;,&quot;given&quot;:&quot;Andreas K&quot;,&quot;parse-names&quot;:false,&quot;dropping-particle&quot;:&quot;&quot;,&quot;non-dropping-particle&quot;:&quot;&quot;},{&quot;family&quot;:&quot;Ostrovski&quot;,&quot;given&quot;:&quot;Georg&quot;,&quot;parse-names&quot;:false,&quot;dropping-particle&quot;:&quot;&quot;,&quot;non-dropping-particle&quot;:&quot;&quot;},{&quot;family&quot;:&quot;others&quot;,&quot;given&quot;:&quot;&quot;,&quot;parse-names&quot;:false,&quot;dropping-particle&quot;:&quot;&quot;,&quot;non-dropping-particle&quot;:&quot;&quot;}],&quot;container-title&quot;:&quot;nature&quot;,&quot;issued&quot;:{&quot;date-parts&quot;:[[2015]]},&quot;page&quot;:&quot;529-533&quot;,&quot;publisher&quot;:&quot;Nature Publishing Group&quot;,&quot;issue&quot;:&quot;7540&quot;,&quot;volume&quot;:&quot;518&quot;,&quot;container-title-short&quot;:&quot;Nature&quot;},&quot;isTemporary&quot;:false}]},{&quot;citationID&quot;:&quot;MENDELEY_CITATION_dcef2708-f8e0-4e22-8f3d-33b244c6f1c8&quot;,&quot;properties&quot;:{&quot;noteIndex&quot;:0},&quot;isEdited&quot;:false,&quot;manualOverride&quot;:{&quot;isManuallyOverridden&quot;:true,&quot;citeprocText&quot;:&quot;[HaGS16]&quot;,&quot;manualOverrideText&quot;:&quot;[VGS16]&quot;},&quot;citationTag&quot;:&quot;MENDELEY_CITATION_v3_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&quot;,&quot;citationItems&quot;:[{&quot;id&quot;:&quot;8f8c9e7e-c876-30c3-9251-1896a5d990f3&quot;,&quot;itemData&quot;:{&quot;type&quot;:&quot;paper-conference&quot;,&quot;id&quot;:&quot;8f8c9e7e-c876-30c3-9251-1896a5d990f3&quot;,&quot;title&quot;:&quot;Deep reinforcement learning with double q-learning&quot;,&quot;author&quot;:[{&quot;family&quot;:&quot;Hasselt&quot;,&quot;given&quot;:&quot;Hado&quot;,&quot;parse-names&quot;:false,&quot;dropping-particle&quot;:&quot;&quot;,&quot;non-dropping-particle&quot;:&quot;Van&quot;},{&quot;family&quot;:&quot;Guez&quot;,&quot;given&quot;:&quot;Arthur&quot;,&quot;parse-names&quot;:false,&quot;dropping-particle&quot;:&quot;&quot;,&quot;non-dropping-particle&quot;:&quot;&quot;},{&quot;family&quot;:&quot;Silver&quot;,&quot;given&quot;:&quot;David&quot;,&quot;parse-names&quot;:false,&quot;dropping-particle&quot;:&quot;&quot;,&quot;non-dropping-particle&quot;:&quot;&quot;}],&quot;container-title&quot;:&quot;Proceedings of the AAAI conference on artificial intelligence&quot;,&quot;issued&quot;:{&quot;date-parts&quot;:[[2016]]},&quot;issue&quot;:&quot;1&quot;,&quot;volume&quot;:&quot;30&quot;,&quot;container-title-short&quot;:&quot;&quot;},&quot;isTemporary&quot;:false}]},{&quot;citationID&quot;:&quot;MENDELEY_CITATION_6b148e51-01f3-4c1b-baaf-babbd6b94627&quot;,&quot;properties&quot;:{&quot;noteIndex&quot;:0},&quot;isEdited&quot;:false,&quot;manualOverride&quot;:{&quot;isManuallyOverridden&quot;:true,&quot;citeprocText&quot;:&quot;[AnRi18]&quot;,&quot;manualOverrideText&quot;:&quot;[ANR18]&quot;},&quot;citationTag&quot;:&quot;MENDELEY_CITATION_v3_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&quot;,&quot;citationItems&quot;:[{&quot;id&quot;:&quot;aa7934e5-ab45-32f4-979d-c37b7324c50b&quot;,&quot;itemData&quot;:{&quot;type&quot;:&quot;article-journal&quot;,&quot;id&quot;:&quot;aa7934e5-ab45-32f4-979d-c37b7324c50b&quot;,&quot;title&quot;:&quot;Reinforcement learning: an introduction&quot;,&quot;author&quot;:[{&quot;family&quot;:&quot;Andrew&quot;,&quot;given&quot;:&quot;Barto&quot;,&quot;parse-names&quot;:false,&quot;dropping-particle&quot;:&quot;&quot;,&quot;non-dropping-particle&quot;:&quot;&quot;},{&quot;family&quot;:&quot;Richard S&quot;,&quot;given&quot;:&quot;Sutton&quot;,&quot;parse-names&quot;:false,&quot;dropping-particle&quot;:&quot;&quot;,&quot;non-dropping-particle&quot;:&quot;&quot;}],&quot;issued&quot;:{&quot;date-parts&quot;:[[2018]]},&quot;publisher&quot;:&quot;The MIT Press&quot;,&quot;container-title-short&quot;:&quot;&quot;},&quot;isTemporary&quot;:false}]},{&quot;citationID&quot;:&quot;MENDELEY_CITATION_8bf69fbb-fedc-4493-9749-6a813dfe6899&quot;,&quot;properties&quot;:{&quot;noteIndex&quot;:0},&quot;isEdited&quot;:false,&quot;manualOverride&quot;:{&quot;isManuallyOverridden&quot;:true,&quot;citeprocText&quot;:&quot;[BTDF16]&quot;,&quot;manualOverrideText&quot;:&quot;[BTD16]&quot;},&quot;citationTag&quot;:&quot;MENDELEY_CITATION_v3_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&quot;,&quot;citationItems&quot;:[{&quot;id&quot;:&quot;d00d6cdf-5bea-3515-a091-5b3c300f9234&quot;,&quot;itemData&quot;:{&quot;type&quot;:&quot;article-journal&quot;,&quot;id&quot;:&quot;d00d6cdf-5bea-3515-a091-5b3c300f9234&quot;,&quot;title&quot;:&quot;End to end learning for self-driving cars&quot;,&quot;author&quot;:[{&quot;family&quot;:&quot;Bojarski&quot;,&quot;given&quot;:&quot;Mariusz&quot;,&quot;parse-names&quot;:false,&quot;dropping-particle&quot;:&quot;&quot;,&quot;non-dropping-particle&quot;:&quot;&quot;},{&quot;family&quot;:&quot;Testa&quot;,&quot;given&quot;:&quot;Davide&quot;,&quot;parse-names&quot;:false,&quot;dropping-particle&quot;:&quot;&quot;,&quot;non-dropping-particle&quot;:&quot;Del&quot;},{&quot;family&quot;:&quot;Dworakowski&quot;,&quot;given&quot;:&quot;Daniel&quot;,&quot;parse-names&quot;:false,&quot;dropping-particle&quot;:&quot;&quot;,&quot;non-dropping-particle&quot;:&quot;&quot;},{&quot;family&quot;:&quot;Firner&quot;,&quot;given&quot;:&quot;Bernhard&quot;,&quot;parse-names&quot;:false,&quot;dropping-particle&quot;:&quot;&quot;,&quot;non-dropping-particle&quot;:&quot;&quot;},{&quot;family&quot;:&quot;Flepp&quot;,&quot;given&quot;:&quot;Beat&quot;,&quot;parse-names&quot;:false,&quot;dropping-particle&quot;:&quot;&quot;,&quot;non-dropping-particle&quot;:&quot;&quot;},{&quot;family&quot;:&quot;Goyal&quot;,&quot;given&quot;:&quot;Prasoon&quot;,&quot;parse-names&quot;:false,&quot;dropping-particle&quot;:&quot;&quot;,&quot;non-dropping-particle&quot;:&quot;&quot;},{&quot;family&quot;:&quot;Jackel&quot;,&quot;given&quot;:&quot;Lawrence D&quot;,&quot;parse-names&quot;:false,&quot;dropping-particle&quot;:&quot;&quot;,&quot;non-dropping-particle&quot;:&quot;&quot;},{&quot;family&quot;:&quot;Monfort&quot;,&quot;given&quot;:&quot;Mathew&quot;,&quot;parse-names&quot;:false,&quot;dropping-particle&quot;:&quot;&quot;,&quot;non-dropping-particle&quot;:&quot;&quot;},{&quot;family&quot;:&quot;Muller&quot;,&quot;given&quot;:&quot;Urs&quot;,&quot;parse-names&quot;:false,&quot;dropping-particle&quot;:&quot;&quot;,&quot;non-dropping-particle&quot;:&quot;&quot;},{&quot;family&quot;:&quot;Zhang&quot;,&quot;given&quot;:&quot;Jiakai&quot;,&quot;parse-names&quot;:false,&quot;dropping-particle&quot;:&quot;&quot;,&quot;non-dropping-particle&quot;:&quot;&quot;},{&quot;family&quot;:&quot;others&quot;,&quot;given&quot;:&quot;&quot;,&quot;parse-names&quot;:false,&quot;dropping-particle&quot;:&quot;&quot;,&quot;non-dropping-particle&quot;:&quot;&quot;}],&quot;container-title&quot;:&quot;arXiv preprint arXiv:1604.07316&quot;,&quot;issued&quot;:{&quot;date-parts&quot;:[[2016]]},&quot;container-title-short&quot;:&quot;&quot;},&quot;isTemporary&quot;:false}]},{&quot;citationID&quot;:&quot;MENDELEY_CITATION_291feef3-424e-4b7f-b600-64961d7263c0&quot;,&quot;properties&quot;:{&quot;noteIndex&quot;:0},&quot;isEdited&quot;:false,&quot;manualOverride&quot;:{&quot;isManuallyOverridden&quot;:true,&quot;citeprocText&quot;:&quot;[Mich04]&quot;,&quot;manualOverrideText&quot;:&quot;[MIC04]&quot;},&quot;citationTag&quot;:&quot;MENDELEY_CITATION_v3_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&quot;,&quot;citationItems&quot;:[{&quot;id&quot;:&quot;ea15fe31-b5e0-39b2-ba1e-be55683e3e13&quot;,&quot;itemData&quot;:{&quot;type&quot;:&quot;article-journal&quot;,&quot;id&quot;:&quot;ea15fe31-b5e0-39b2-ba1e-be55683e3e13&quot;,&quot;title&quot;:&quot;Cyberbotics ltd. webots™: professional mobile robot simulation&quot;,&quot;author&quot;:[{&quot;family&quot;:&quot;Michel&quot;,&quot;given&quot;:&quot;Olivier&quot;,&quot;parse-names&quot;:false,&quot;dropping-particle&quot;:&quot;&quot;,&quot;non-dropping-particle&quot;:&quot;&quot;}],&quot;container-title&quot;:&quot;International Journal of Advanced Robotic Systems&quot;,&quot;issued&quot;:{&quot;date-parts&quot;:[[2004]]},&quot;page&quot;:&quot;5&quot;,&quot;publisher&quot;:&quot;SAGE Publications Sage UK: London, England&quot;,&quot;issue&quot;:&quot;1&quot;,&quot;volume&quot;:&quot;1&quot;,&quot;container-title-short&quot;:&quot;Int. J. Adv. Robot. Syst.&quot;},&quot;isTemporary&quot;:false}]},{&quot;citationID&quot;:&quot;MENDELEY_CITATION_713274e9-bfc4-42df-b20a-d6ba04f98c1f&quot;,&quot;properties&quot;:{&quot;noteIndex&quot;:0},&quot;isEdited&quot;:false,&quot;manualOverride&quot;:{&quot;isManuallyOverridden&quot;:true,&quot;citeprocText&quot;:&quot;[RHGK21]&quot;,&quot;manualOverrideText&quot;:&quot;[RHG21]&quot;},&quot;citationTag&quot;:&quot;MENDELEY_CITATION_v3_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&quot;,&quot;citationItems&quot;:[{&quot;id&quot;:&quot;f90d0a05-4b2c-39a5-903b-d88cefff2b43&quot;,&quot;itemData&quot;:{&quot;type&quot;:&quot;article-journal&quot;,&quot;id&quot;:&quot;f90d0a05-4b2c-39a5-903b-d88cefff2b43&quot;,&quot;title&quot;:&quot;Stable-baselines3: Reliable reinforcement learning implementations&quot;,&quot;author&quot;:[{&quot;family&quot;:&quot;Raffin&quot;,&quot;given&quot;:&quot;Antonin&quot;,&quot;parse-names&quot;:false,&quot;dropping-particle&quot;:&quot;&quot;,&quot;non-dropping-particle&quot;:&quot;&quot;},{&quot;family&quot;:&quot;Hill&quot;,&quot;given&quot;:&quot;Ashley&quot;,&quot;parse-names&quot;:false,&quot;dropping-particle&quot;:&quot;&quot;,&quot;non-dropping-particle&quot;:&quot;&quot;},{&quot;family&quot;:&quot;Gleave&quot;,&quot;given&quot;:&quot;Adam&quot;,&quot;parse-names&quot;:false,&quot;dropping-particle&quot;:&quot;&quot;,&quot;non-dropping-particle&quot;:&quot;&quot;},{&quot;family&quot;:&quot;Kanervisto&quot;,&quot;given&quot;:&quot;Anssi&quot;,&quot;parse-names&quot;:false,&quot;dropping-particle&quot;:&quot;&quot;,&quot;non-dropping-particle&quot;:&quot;&quot;},{&quot;family&quot;:&quot;Ernestus&quot;,&quot;given&quot;:&quot;Maximilian&quot;,&quot;parse-names&quot;:false,&quot;dropping-particle&quot;:&quot;&quot;,&quot;non-dropping-particle&quot;:&quot;&quot;},{&quot;family&quot;:&quot;Dormann&quot;,&quot;given&quot;:&quot;Noah&quot;,&quot;parse-names&quot;:false,&quot;dropping-particle&quot;:&quot;&quot;,&quot;non-dropping-particle&quot;:&quot;&quot;}],&quot;container-title&quot;:&quot;Journal of machine learning research&quot;,&quot;issued&quot;:{&quot;date-parts&quot;:[[2021]]},&quot;page&quot;:&quot;1-8&quot;,&quot;issue&quot;:&quot;268&quot;,&quot;volume&quot;:&quot;22&quot;,&quot;container-title-short&quot;:&quot;&quot;},&quot;isTemporary&quot;:false}]},{&quot;citationID&quot;:&quot;MENDELEY_CITATION_510effb7-8b04-4ee7-adbc-2e367d35618b&quot;,&quot;properties&quot;:{&quot;noteIndex&quot;:0},&quot;isEdited&quot;:false,&quot;manualOverride&quot;:{&quot;isManuallyOverridden&quot;:true,&quot;citeprocText&quot;:&quot;[Good16]&quot;,&quot;manualOverrideText&quot;:&quot;[GOO16]&quot;},&quot;citationTag&quot;:&quot;MENDELEY_CITATION_v3_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&quot;,&quot;citationItems&quot;:[{&quot;id&quot;:&quot;a953a2a4-f32f-384e-bbb4-ae77d5120975&quot;,&quot;itemData&quot;:{&quot;type&quot;:&quot;article&quot;,&quot;id&quot;:&quot;a953a2a4-f32f-384e-bbb4-ae77d5120975&quot;,&quot;title&quot;:&quot;Deep learning&quot;,&quot;author&quot;:[{&quot;family&quot;:&quot;Goodfellow&quot;,&quot;given&quot;:&quot;Ian&quot;,&quot;parse-names&quot;:false,&quot;dropping-particle&quot;:&quot;&quot;,&quot;non-dropping-particle&quot;:&quot;&quot;}],&quot;issued&quot;:{&quot;date-parts&quot;:[[2016]]},&quot;publisher&quot;:&quot;MIT press&quot;,&quot;container-title-short&quot;:&quot;&quot;},&quot;isTemporary&quot;:false}]},{&quot;citationID&quot;:&quot;MENDELEY_CITATION_8d75799f-89d4-4480-b7ad-86e06f3d6c51&quot;,&quot;properties&quot;:{&quot;noteIndex&quot;:0},&quot;isEdited&quot;:false,&quot;manualOverride&quot;:{&quot;isManuallyOverridden&quot;:true,&quot;citeprocText&quot;:&quot;[AnRi18]&quot;,&quot;manualOverrideText&quot;:&quot;[ANR18]&quot;},&quot;citationTag&quot;:&quot;MENDELEY_CITATION_v3_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&quot;,&quot;citationItems&quot;:[{&quot;id&quot;:&quot;aa7934e5-ab45-32f4-979d-c37b7324c50b&quot;,&quot;itemData&quot;:{&quot;type&quot;:&quot;article-journal&quot;,&quot;id&quot;:&quot;aa7934e5-ab45-32f4-979d-c37b7324c50b&quot;,&quot;title&quot;:&quot;Reinforcement learning: an introduction&quot;,&quot;author&quot;:[{&quot;family&quot;:&quot;Andrew&quot;,&quot;given&quot;:&quot;Barto&quot;,&quot;parse-names&quot;:false,&quot;dropping-particle&quot;:&quot;&quot;,&quot;non-dropping-particle&quot;:&quot;&quot;},{&quot;family&quot;:&quot;Richard S&quot;,&quot;given&quot;:&quot;Sutton&quot;,&quot;parse-names&quot;:false,&quot;dropping-particle&quot;:&quot;&quot;,&quot;non-dropping-particle&quot;:&quot;&quot;}],&quot;issued&quot;:{&quot;date-parts&quot;:[[2018]]},&quot;publisher&quot;:&quot;The MIT Press&quot;,&quot;container-title-short&quot;:&quot;&quot;},&quot;isTemporary&quot;:false}]},{&quot;citationID&quot;:&quot;MENDELEY_CITATION_87d9c38e-5a23-47bb-bdf5-4e2c9b4f568f&quot;,&quot;properties&quot;:{&quot;noteIndex&quot;:0},&quot;isEdited&quot;:false,&quot;manualOverride&quot;:{&quot;isManuallyOverridden&quot;:true,&quot;citeprocText&quot;:&quot;[Good16]&quot;,&quot;manualOverrideText&quot;:&quot;[GOO16]&quot;},&quot;citationTag&quot;:&quot;MENDELEY_CITATION_v3_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&quot;,&quot;citationItems&quot;:[{&quot;id&quot;:&quot;a953a2a4-f32f-384e-bbb4-ae77d5120975&quot;,&quot;itemData&quot;:{&quot;type&quot;:&quot;article&quot;,&quot;id&quot;:&quot;a953a2a4-f32f-384e-bbb4-ae77d5120975&quot;,&quot;title&quot;:&quot;Deep learning&quot;,&quot;author&quot;:[{&quot;family&quot;:&quot;Goodfellow&quot;,&quot;given&quot;:&quot;Ian&quot;,&quot;parse-names&quot;:false,&quot;dropping-particle&quot;:&quot;&quot;,&quot;non-dropping-particle&quot;:&quot;&quot;}],&quot;issued&quot;:{&quot;date-parts&quot;:[[2016]]},&quot;publisher&quot;:&quot;MIT press&quot;,&quot;container-title-short&quot;:&quot;&quot;},&quot;isTemporary&quot;:false}]},{&quot;citationID&quot;:&quot;MENDELEY_CITATION_2a581cbf-fdff-4aad-ab1b-8d5cf895cdb9&quot;,&quot;properties&quot;:{&quot;noteIndex&quot;:0},&quot;isEdited&quot;:false,&quot;manualOverride&quot;:{&quot;isManuallyOverridden&quot;:true,&quot;citeprocText&quot;:&quot;[BTDF16]&quot;,&quot;manualOverrideText&quot;:&quot;[BOJ16]&quot;},&quot;citationTag&quot;:&quot;MENDELEY_CITATION_v3_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&quot;,&quot;citationItems&quot;:[{&quot;id&quot;:&quot;d00d6cdf-5bea-3515-a091-5b3c300f9234&quot;,&quot;itemData&quot;:{&quot;type&quot;:&quot;article-journal&quot;,&quot;id&quot;:&quot;d00d6cdf-5bea-3515-a091-5b3c300f9234&quot;,&quot;title&quot;:&quot;End to end learning for self-driving cars&quot;,&quot;author&quot;:[{&quot;family&quot;:&quot;Bojarski&quot;,&quot;given&quot;:&quot;Mariusz&quot;,&quot;parse-names&quot;:false,&quot;dropping-particle&quot;:&quot;&quot;,&quot;non-dropping-particle&quot;:&quot;&quot;},{&quot;family&quot;:&quot;Testa&quot;,&quot;given&quot;:&quot;Davide&quot;,&quot;parse-names&quot;:false,&quot;dropping-particle&quot;:&quot;&quot;,&quot;non-dropping-particle&quot;:&quot;Del&quot;},{&quot;family&quot;:&quot;Dworakowski&quot;,&quot;given&quot;:&quot;Daniel&quot;,&quot;parse-names&quot;:false,&quot;dropping-particle&quot;:&quot;&quot;,&quot;non-dropping-particle&quot;:&quot;&quot;},{&quot;family&quot;:&quot;Firner&quot;,&quot;given&quot;:&quot;Bernhard&quot;,&quot;parse-names&quot;:false,&quot;dropping-particle&quot;:&quot;&quot;,&quot;non-dropping-particle&quot;:&quot;&quot;},{&quot;family&quot;:&quot;Flepp&quot;,&quot;given&quot;:&quot;Beat&quot;,&quot;parse-names&quot;:false,&quot;dropping-particle&quot;:&quot;&quot;,&quot;non-dropping-particle&quot;:&quot;&quot;},{&quot;family&quot;:&quot;Goyal&quot;,&quot;given&quot;:&quot;Prasoon&quot;,&quot;parse-names&quot;:false,&quot;dropping-particle&quot;:&quot;&quot;,&quot;non-dropping-particle&quot;:&quot;&quot;},{&quot;family&quot;:&quot;Jackel&quot;,&quot;given&quot;:&quot;Lawrence D&quot;,&quot;parse-names&quot;:false,&quot;dropping-particle&quot;:&quot;&quot;,&quot;non-dropping-particle&quot;:&quot;&quot;},{&quot;family&quot;:&quot;Monfort&quot;,&quot;given&quot;:&quot;Mathew&quot;,&quot;parse-names&quot;:false,&quot;dropping-particle&quot;:&quot;&quot;,&quot;non-dropping-particle&quot;:&quot;&quot;},{&quot;family&quot;:&quot;Muller&quot;,&quot;given&quot;:&quot;Urs&quot;,&quot;parse-names&quot;:false,&quot;dropping-particle&quot;:&quot;&quot;,&quot;non-dropping-particle&quot;:&quot;&quot;},{&quot;family&quot;:&quot;Zhang&quot;,&quot;given&quot;:&quot;Jiakai&quot;,&quot;parse-names&quot;:false,&quot;dropping-particle&quot;:&quot;&quot;,&quot;non-dropping-particle&quot;:&quot;&quot;},{&quot;family&quot;:&quot;others&quot;,&quot;given&quot;:&quot;&quot;,&quot;parse-names&quot;:false,&quot;dropping-particle&quot;:&quot;&quot;,&quot;non-dropping-particle&quot;:&quot;&quot;}],&quot;container-title&quot;:&quot;arXiv preprint arXiv:1604.07316&quot;,&quot;issued&quot;:{&quot;date-parts&quot;:[[2016]]},&quot;container-title-short&quot;:&quot;&quot;},&quot;isTemporary&quot;:false}]},{&quot;citationID&quot;:&quot;MENDELEY_CITATION_d5e88877-cb92-4765-9a65-6f3f27bef5c5&quot;,&quot;properties&quot;:{&quot;noteIndex&quot;:0},&quot;isEdited&quot;:false,&quot;manualOverride&quot;:{&quot;isManuallyOverridden&quot;:true,&quot;citeprocText&quot;:&quot;[Good16]&quot;,&quot;manualOverrideText&quot;:&quot;[GOO16]&quot;},&quot;citationTag&quot;:&quot;MENDELEY_CITATION_v3_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&quot;,&quot;citationItems&quot;:[{&quot;id&quot;:&quot;a953a2a4-f32f-384e-bbb4-ae77d5120975&quot;,&quot;itemData&quot;:{&quot;type&quot;:&quot;article&quot;,&quot;id&quot;:&quot;a953a2a4-f32f-384e-bbb4-ae77d5120975&quot;,&quot;title&quot;:&quot;Deep learning&quot;,&quot;author&quot;:[{&quot;family&quot;:&quot;Goodfellow&quot;,&quot;given&quot;:&quot;Ian&quot;,&quot;parse-names&quot;:false,&quot;dropping-particle&quot;:&quot;&quot;,&quot;non-dropping-particle&quot;:&quot;&quot;}],&quot;issued&quot;:{&quot;date-parts&quot;:[[2016]]},&quot;publisher&quot;:&quot;MIT press&quot;,&quot;container-title-short&quot;:&quot;&quot;},&quot;isTemporary&quot;:false}]},{&quot;citationID&quot;:&quot;MENDELEY_CITATION_a08cabec-307d-4d8c-bede-3f4cef5f2607&quot;,&quot;properties&quot;:{&quot;noteIndex&quot;:0},&quot;isEdited&quot;:false,&quot;manualOverride&quot;:{&quot;isManuallyOverridden&quot;:true,&quot;citeprocText&quot;:&quot;[AnRi18]&quot;,&quot;manualOverrideText&quot;:&quot;[ANR18]&quot;},&quot;citationTag&quot;:&quot;MENDELEY_CITATION_v3_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&quot;,&quot;citationItems&quot;:[{&quot;id&quot;:&quot;aa7934e5-ab45-32f4-979d-c37b7324c50b&quot;,&quot;itemData&quot;:{&quot;type&quot;:&quot;article-journal&quot;,&quot;id&quot;:&quot;aa7934e5-ab45-32f4-979d-c37b7324c50b&quot;,&quot;title&quot;:&quot;Reinforcement learning: an introduction&quot;,&quot;author&quot;:[{&quot;family&quot;:&quot;Andrew&quot;,&quot;given&quot;:&quot;Barto&quot;,&quot;parse-names&quot;:false,&quot;dropping-particle&quot;:&quot;&quot;,&quot;non-dropping-particle&quot;:&quot;&quot;},{&quot;family&quot;:&quot;Richard S&quot;,&quot;given&quot;:&quot;Sutton&quot;,&quot;parse-names&quot;:false,&quot;dropping-particle&quot;:&quot;&quot;,&quot;non-dropping-particle&quot;:&quot;&quot;}],&quot;issued&quot;:{&quot;date-parts&quot;:[[2018]]},&quot;publisher&quot;:&quot;The MIT Press&quot;,&quot;container-title-short&quot;:&quot;&quot;},&quot;isTemporary&quot;:false}]},{&quot;citationID&quot;:&quot;MENDELEY_CITATION_f21fd909-33e0-48db-93f2-c0fc39d3d198&quot;,&quot;properties&quot;:{&quot;noteIndex&quot;:0},&quot;isEdited&quot;:false,&quot;manualOverride&quot;:{&quot;isManuallyOverridden&quot;:true,&quot;citeprocText&quot;:&quot;[Bell72]&quot;,&quot;manualOverrideText&quot;:&quot;[BEL72]&quot;},&quot;citationTag&quot;:&quot;MENDELEY_CITATION_v3_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&quot;,&quot;citationItems&quot;:[{&quot;id&quot;:&quot;6a1e8a26-7af5-37b2-b5ca-a96f38fc3db0&quot;,&quot;itemData&quot;:{&quot;type&quot;:&quot;book&quot;,&quot;id&quot;:&quot;6a1e8a26-7af5-37b2-b5ca-a96f38fc3db0&quot;,&quot;title&quot;:&quot;Dynamic programming&quot;,&quot;author&quot;:[{&quot;family&quot;:&quot;Bellman&quot;,&quot;given&quot;:&quot;Richard.&quot;,&quot;parse-names&quot;:false,&quot;dropping-particle&quot;:&quot;&quot;,&quot;non-dropping-particle&quot;:&quot;&quot;}],&quot;ISBN&quot;:&quot;069107951X&quot;,&quot;issued&quot;:{&quot;date-parts&quot;:[[1972]]},&quot;number-of-pages&quot;:&quot;342&quot;,&quot;abstract&quot;:&quot;\&quot;A Rand Corporation research study.\&quot;. &quot;,&quot;publisher&quot;:&quot;Princeton University Press&quot;,&quot;container-title-short&quot;:&quot;&quot;},&quot;isTemporary&quot;:false}]},{&quot;citationID&quot;:&quot;MENDELEY_CITATION_553fa47f-eefa-4a43-b51d-32aa424f4fcb&quot;,&quot;properties&quot;:{&quot;noteIndex&quot;:0},&quot;isEdited&quot;:false,&quot;manualOverride&quot;:{&quot;isManuallyOverridden&quot;:true,&quot;citeprocText&quot;:&quot;[AnRi18]&quot;,&quot;manualOverrideText&quot;:&quot;[ANR18]&quot;},&quot;citationTag&quot;:&quot;MENDELEY_CITATION_v3_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&quot;,&quot;citationItems&quot;:[{&quot;id&quot;:&quot;aa7934e5-ab45-32f4-979d-c37b7324c50b&quot;,&quot;itemData&quot;:{&quot;type&quot;:&quot;article-journal&quot;,&quot;id&quot;:&quot;aa7934e5-ab45-32f4-979d-c37b7324c50b&quot;,&quot;title&quot;:&quot;Reinforcement learning: an introduction&quot;,&quot;author&quot;:[{&quot;family&quot;:&quot;Andrew&quot;,&quot;given&quot;:&quot;Barto&quot;,&quot;parse-names&quot;:false,&quot;dropping-particle&quot;:&quot;&quot;,&quot;non-dropping-particle&quot;:&quot;&quot;},{&quot;family&quot;:&quot;Richard S&quot;,&quot;given&quot;:&quot;Sutton&quot;,&quot;parse-names&quot;:false,&quot;dropping-particle&quot;:&quot;&quot;,&quot;non-dropping-particle&quot;:&quot;&quot;}],&quot;issued&quot;:{&quot;date-parts&quot;:[[2018]]},&quot;publisher&quot;:&quot;The MIT Press&quot;,&quot;container-title-short&quot;:&quot;&quot;},&quot;isTemporary&quot;:false}]},{&quot;citationID&quot;:&quot;MENDELEY_CITATION_6c05ed92-b000-454b-9f06-85e5dcd9219b&quot;,&quot;properties&quot;:{&quot;noteIndex&quot;:0},&quot;isEdited&quot;:false,&quot;manualOverride&quot;:{&quot;isManuallyOverridden&quot;:true,&quot;citeprocText&quot;:&quot;[WaOt89]&quot;,&quot;manualOverrideText&quot;:&quot;[WAT89]&quot;},&quot;citationTag&quot;:&quot;MENDELEY_CITATION_v3_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&quot;,&quot;citationItems&quot;:[{&quot;id&quot;:&quot;bdd27c10-2f2f-3259-a40c-b4a6b2768c6e&quot;,&quot;itemData&quot;:{&quot;type&quot;:&quot;article-journal&quot;,&quot;id&quot;:&quot;bdd27c10-2f2f-3259-a40c-b4a6b2768c6e&quot;,&quot;title&quot;:&quot;Learning from delayed rewards&quot;,&quot;author&quot;:[{&quot;family&quot;:&quot;Watkins&quot;,&quot;given&quot;:&quot;Christopher John Cornish Hellaby&quot;,&quot;parse-names&quot;:false,&quot;dropping-particle&quot;:&quot;&quot;,&quot;non-dropping-particle&quot;:&quot;&quot;},{&quot;family&quot;:&quot;others&quot;,&quot;given&quot;:&quot;&quot;,&quot;parse-names&quot;:false,&quot;dropping-particle&quot;:&quot;&quot;,&quot;non-dropping-particle&quot;:&quot;&quot;}],&quot;issued&quot;:{&quot;date-parts&quot;:[[1989]]},&quot;publisher&quot;:&quot;King's College, Cambridge United Kingdom&quot;,&quot;container-title-short&quot;:&quot;&quot;},&quot;isTemporary&quot;:false}]},{&quot;citationID&quot;:&quot;MENDELEY_CITATION_d62dc456-4d43-4ec3-8b3c-451b39aae213&quot;,&quot;properties&quot;:{&quot;noteIndex&quot;:0},&quot;isEdited&quot;:false,&quot;manualOverride&quot;:{&quot;isManuallyOverridden&quot;:true,&quot;citeprocText&quot;:&quot;[MKSR15]&quot;,&quot;manualOverrideText&quot;:&quot;[MKS15]&quot;},&quot;citationTag&quot;:&quot;MENDELEY_CITATION_v3_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&quot;,&quot;citationItems&quot;:[{&quot;id&quot;:&quot;e35466c2-d67a-358d-9279-936393a6c315&quot;,&quot;itemData&quot;:{&quot;type&quot;:&quot;article-journal&quot;,&quot;id&quot;:&quot;e35466c2-d67a-358d-9279-936393a6c315&quot;,&quot;title&quot;:&quot;Human-level control through deep reinforcement learning&quot;,&quot;author&quot;:[{&quot;family&quot;:&quot;Mnih&quot;,&quot;given&quot;:&quot;Volodymyr&quot;,&quot;parse-names&quot;:false,&quot;dropping-particle&quot;:&quot;&quot;,&quot;non-dropping-particle&quot;:&quot;&quot;},{&quot;family&quot;:&quot;Kavukcuoglu&quot;,&quot;given&quot;:&quot;Koray&quot;,&quot;parse-names&quot;:false,&quot;dropping-particle&quot;:&quot;&quot;,&quot;non-dropping-particle&quot;:&quot;&quot;},{&quot;family&quot;:&quot;Silver&quot;,&quot;given&quot;:&quot;David&quot;,&quot;parse-names&quot;:false,&quot;dropping-particle&quot;:&quot;&quot;,&quot;non-dropping-particle&quot;:&quot;&quot;},{&quot;family&quot;:&quot;Rusu&quot;,&quot;given&quot;:&quot;Andrei A&quot;,&quot;parse-names&quot;:false,&quot;dropping-particle&quot;:&quot;&quot;,&quot;non-dropping-particle&quot;:&quot;&quot;},{&quot;family&quot;:&quot;Veness&quot;,&quot;given&quot;:&quot;Joel&quot;,&quot;parse-names&quot;:false,&quot;dropping-particle&quot;:&quot;&quot;,&quot;non-dropping-particle&quot;:&quot;&quot;},{&quot;family&quot;:&quot;Bellemare&quot;,&quot;given&quot;:&quot;Marc G&quot;,&quot;parse-names&quot;:false,&quot;dropping-particle&quot;:&quot;&quot;,&quot;non-dropping-particle&quot;:&quot;&quot;},{&quot;family&quot;:&quot;Graves&quot;,&quot;given&quot;:&quot;Alex&quot;,&quot;parse-names&quot;:false,&quot;dropping-particle&quot;:&quot;&quot;,&quot;non-dropping-particle&quot;:&quot;&quot;},{&quot;family&quot;:&quot;Riedmiller&quot;,&quot;given&quot;:&quot;Martin&quot;,&quot;parse-names&quot;:false,&quot;dropping-particle&quot;:&quot;&quot;,&quot;non-dropping-particle&quot;:&quot;&quot;},{&quot;family&quot;:&quot;Fidjeland&quot;,&quot;given&quot;:&quot;Andreas K&quot;,&quot;parse-names&quot;:false,&quot;dropping-particle&quot;:&quot;&quot;,&quot;non-dropping-particle&quot;:&quot;&quot;},{&quot;family&quot;:&quot;Ostrovski&quot;,&quot;given&quot;:&quot;Georg&quot;,&quot;parse-names&quot;:false,&quot;dropping-particle&quot;:&quot;&quot;,&quot;non-dropping-particle&quot;:&quot;&quot;},{&quot;family&quot;:&quot;others&quot;,&quot;given&quot;:&quot;&quot;,&quot;parse-names&quot;:false,&quot;dropping-particle&quot;:&quot;&quot;,&quot;non-dropping-particle&quot;:&quot;&quot;}],&quot;container-title&quot;:&quot;nature&quot;,&quot;issued&quot;:{&quot;date-parts&quot;:[[2015]]},&quot;page&quot;:&quot;529-533&quot;,&quot;publisher&quot;:&quot;Nature Publishing Group&quot;,&quot;issue&quot;:&quot;7540&quot;,&quot;volume&quot;:&quot;518&quot;,&quot;container-title-short&quot;:&quot;Nature&quot;},&quot;isTemporary&quot;:false}]},{&quot;citationID&quot;:&quot;MENDELEY_CITATION_1b4ef45f-973c-4d50-951a-151e5bde7a41&quot;,&quot;properties&quot;:{&quot;noteIndex&quot;:0},&quot;isEdited&quot;:false,&quot;manualOverride&quot;:{&quot;isManuallyOverridden&quot;:true,&quot;citeprocText&quot;:&quot;[HaGS16]&quot;,&quot;manualOverrideText&quot;:&quot;[VGS16]&quot;},&quot;citationTag&quot;:&quot;MENDELEY_CITATION_v3_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&quot;,&quot;citationItems&quot;:[{&quot;id&quot;:&quot;8f8c9e7e-c876-30c3-9251-1896a5d990f3&quot;,&quot;itemData&quot;:{&quot;type&quot;:&quot;paper-conference&quot;,&quot;id&quot;:&quot;8f8c9e7e-c876-30c3-9251-1896a5d990f3&quot;,&quot;title&quot;:&quot;Deep reinforcement learning with double q-learning&quot;,&quot;author&quot;:[{&quot;family&quot;:&quot;Hasselt&quot;,&quot;given&quot;:&quot;Hado&quot;,&quot;parse-names&quot;:false,&quot;dropping-particle&quot;:&quot;&quot;,&quot;non-dropping-particle&quot;:&quot;Van&quot;},{&quot;family&quot;:&quot;Guez&quot;,&quot;given&quot;:&quot;Arthur&quot;,&quot;parse-names&quot;:false,&quot;dropping-particle&quot;:&quot;&quot;,&quot;non-dropping-particle&quot;:&quot;&quot;},{&quot;family&quot;:&quot;Silver&quot;,&quot;given&quot;:&quot;David&quot;,&quot;parse-names&quot;:false,&quot;dropping-particle&quot;:&quot;&quot;,&quot;non-dropping-particle&quot;:&quot;&quot;}],&quot;container-title&quot;:&quot;Proceedings of the AAAI conference on artificial intelligence&quot;,&quot;issued&quot;:{&quot;date-parts&quot;:[[2016]]},&quot;issue&quot;:&quot;1&quot;,&quot;volume&quot;:&quot;30&quot;,&quot;container-title-short&quot;:&quot;&quot;},&quot;isTemporary&quot;:false}]},{&quot;citationID&quot;:&quot;MENDELEY_CITATION_8e6af760-2cac-48dc-a8c5-a3b68e6b32cb&quot;,&quot;properties&quot;:{&quot;noteIndex&quot;:0},&quot;isEdited&quot;:false,&quot;manualOverride&quot;:{&quot;isManuallyOverridden&quot;:true,&quot;citeprocText&quot;:&quot;[AnRi18]&quot;,&quot;manualOverrideText&quot;:&quot;[ANR18]&quot;},&quot;citationTag&quot;:&quot;MENDELEY_CITATION_v3_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&quot;,&quot;citationItems&quot;:[{&quot;id&quot;:&quot;aa7934e5-ab45-32f4-979d-c37b7324c50b&quot;,&quot;itemData&quot;:{&quot;type&quot;:&quot;article-journal&quot;,&quot;id&quot;:&quot;aa7934e5-ab45-32f4-979d-c37b7324c50b&quot;,&quot;title&quot;:&quot;Reinforcement learning: an introduction&quot;,&quot;author&quot;:[{&quot;family&quot;:&quot;Andrew&quot;,&quot;given&quot;:&quot;Barto&quot;,&quot;parse-names&quot;:false,&quot;dropping-particle&quot;:&quot;&quot;,&quot;non-dropping-particle&quot;:&quot;&quot;},{&quot;family&quot;:&quot;Richard S&quot;,&quot;given&quot;:&quot;Sutton&quot;,&quot;parse-names&quot;:false,&quot;dropping-particle&quot;:&quot;&quot;,&quot;non-dropping-particle&quot;:&quot;&quot;}],&quot;issued&quot;:{&quot;date-parts&quot;:[[2018]]},&quot;publisher&quot;:&quot;The MIT Press&quot;,&quot;container-title-short&quot;:&quot;&quot;},&quot;isTemporary&quot;:false}]},{&quot;citationID&quot;:&quot;MENDELEY_CITATION_1209f3e3-f61b-4c47-b524-45573cfab105&quot;,&quot;properties&quot;:{&quot;noteIndex&quot;:0},&quot;isEdited&quot;:false,&quot;manualOverride&quot;:{&quot;isManuallyOverridden&quot;:true,&quot;citeprocText&quot;:&quot;[HMHS18]&quot;,&quot;manualOverrideText&quot;:&quot;[HMV18]&quot;},&quot;citationTag&quot;:&quot;MENDELEY_CITATION_v3_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&quot;,&quot;citationItems&quot;:[{&quot;id&quot;:&quot;251f8361-ea5c-330b-802d-c54e10f8d811&quot;,&quot;itemData&quot;:{&quot;type&quot;:&quot;paper-conference&quot;,&quot;id&quot;:&quot;251f8361-ea5c-330b-802d-c54e10f8d811&quot;,&quot;title&quot;:&quot;Rainbow: Combining improvements in deep reinforcement learning&quot;,&quot;author&quot;:[{&quot;family&quot;:&quot;Hessel&quot;,&quot;given&quot;:&quot;Matteo&quot;,&quot;parse-names&quot;:false,&quot;dropping-particle&quot;:&quot;&quot;,&quot;non-dropping-particle&quot;:&quot;&quot;},{&quot;family&quot;:&quot;Modayil&quot;,&quot;given&quot;:&quot;Joseph&quot;,&quot;parse-names&quot;:false,&quot;dropping-particle&quot;:&quot;&quot;,&quot;non-dropping-particle&quot;:&quot;&quot;},{&quot;family&quot;:&quot;Hasselt&quot;,&quot;given&quot;:&quot;Hado&quot;,&quot;parse-names&quot;:false,&quot;dropping-particle&quot;:&quot;&quot;,&quot;non-dropping-particle&quot;:&quot;Van&quot;},{&quot;family&quot;:&quot;Schaul&quot;,&quot;given&quot;:&quot;Tom&quot;,&quot;parse-names&quot;:false,&quot;dropping-particle&quot;:&quot;&quot;,&quot;non-dropping-particle&quot;:&quot;&quot;},{&quot;family&quot;:&quot;Ostrovski&quot;,&quot;given&quot;:&quot;Georg&quot;,&quot;parse-names&quot;:false,&quot;dropping-particle&quot;:&quot;&quot;,&quot;non-dropping-particle&quot;:&quot;&quot;},{&quot;family&quot;:&quot;Dabney&quot;,&quot;given&quot;:&quot;Will&quot;,&quot;parse-names&quot;:false,&quot;dropping-particle&quot;:&quot;&quot;,&quot;non-dropping-particle&quot;:&quot;&quot;},{&quot;family&quot;:&quot;Horgan&quot;,&quot;given&quot;:&quot;Dan&quot;,&quot;parse-names&quot;:false,&quot;dropping-particle&quot;:&quot;&quot;,&quot;non-dropping-particle&quot;:&quot;&quot;},{&quot;family&quot;:&quot;Piot&quot;,&quot;given&quot;:&quot;Bilal&quot;,&quot;parse-names&quot;:false,&quot;dropping-particle&quot;:&quot;&quot;,&quot;non-dropping-particle&quot;:&quot;&quot;},{&quot;family&quot;:&quot;Azar&quot;,&quot;given&quot;:&quot;Mohammad&quot;,&quot;parse-names&quot;:false,&quot;dropping-particle&quot;:&quot;&quot;,&quot;non-dropping-particle&quot;:&quot;&quot;},{&quot;family&quot;:&quot;Silver&quot;,&quot;given&quot;:&quot;David&quot;,&quot;parse-names&quot;:false,&quot;dropping-particle&quot;:&quot;&quot;,&quot;non-dropping-particle&quot;:&quot;&quot;}],&quot;container-title&quot;:&quot;Proceedings of the AAAI conference on artificial intelligence&quot;,&quot;issued&quot;:{&quot;date-parts&quot;:[[2018]]},&quot;issue&quot;:&quot;1&quot;,&quot;volume&quot;:&quot;32&quot;,&quot;container-title-short&quot;:&quot;&quot;},&quot;isTemporary&quot;:false}]},{&quot;citationID&quot;:&quot;MENDELEY_CITATION_92f97aa2-3226-4eae-bb09-05d8ce4abc51&quot;,&quot;properties&quot;:{&quot;noteIndex&quot;:0},&quot;isEdited&quot;:false,&quot;manualOverride&quot;:{&quot;isManuallyOverridden&quot;:false,&quot;citeprocText&quot;:&quot;[Good16]&quot;,&quot;manualOverrideText&quot;:&quot;&quot;},&quot;citationTag&quot;:&quot;MENDELEY_CITATION_v3_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&quot;,&quot;citationItems&quot;:[{&quot;id&quot;:&quot;a953a2a4-f32f-384e-bbb4-ae77d5120975&quot;,&quot;itemData&quot;:{&quot;type&quot;:&quot;article&quot;,&quot;id&quot;:&quot;a953a2a4-f32f-384e-bbb4-ae77d5120975&quot;,&quot;title&quot;:&quot;Deep learning&quot;,&quot;author&quot;:[{&quot;family&quot;:&quot;Goodfellow&quot;,&quot;given&quot;:&quot;Ian&quot;,&quot;parse-names&quot;:false,&quot;dropping-particle&quot;:&quot;&quot;,&quot;non-dropping-particle&quot;:&quot;&quot;}],&quot;issued&quot;:{&quot;date-parts&quot;:[[2016]]},&quot;publisher&quot;:&quot;MIT press&quot;,&quot;container-title-short&quot;:&quot;&quot;},&quot;isTemporary&quot;:false}]},{&quot;citationID&quot;:&quot;MENDELEY_CITATION_e6a86dfb-d487-4ef4-add9-951e17a7d092&quot;,&quot;properties&quot;:{&quot;noteIndex&quot;:0},&quot;isEdited&quot;:false,&quot;manualOverride&quot;:{&quot;isManuallyOverridden&quot;:true,&quot;citeprocText&quot;:&quot;[LBBH98]&quot;,&quot;manualOverrideText&quot;:&quot;[LBB98]&quot;},&quot;citationTag&quot;:&quot;MENDELEY_CITATION_v3_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&quot;,&quot;citationItems&quot;:[{&quot;id&quot;:&quot;9caa761b-71d0-3678-b57a-776403f9e5a7&quot;,&quot;itemData&quot;:{&quot;type&quot;:&quot;article-journal&quot;,&quot;id&quot;:&quot;9caa761b-71d0-3678-b57a-776403f9e5a7&quot;,&quot;title&quot;:&quot;Gradient-based learning applied to document recognition&quot;,&quot;author&quot;:[{&quot;family&quot;:&quot;LeCun&quot;,&quot;given&quot;:&quot;Yann&quot;,&quot;parse-names&quot;:false,&quot;dropping-particle&quot;:&quot;&quot;,&quot;non-dropping-particle&quot;:&quot;&quot;},{&quot;family&quot;:&quot;Bottou&quot;,&quot;given&quot;:&quot;Léon&quot;,&quot;parse-names&quot;:false,&quot;dropping-particle&quot;:&quot;&quot;,&quot;non-dropping-particle&quot;:&quot;&quot;},{&quot;family&quot;:&quot;Bengio&quot;,&quot;given&quot;:&quot;Yoshua&quot;,&quot;parse-names&quot;:false,&quot;dropping-particle&quot;:&quot;&quot;,&quot;non-dropping-particle&quot;:&quot;&quot;},{&quot;family&quot;:&quot;Haffner&quot;,&quot;given&quot;:&quot;Patrick&quot;,&quot;parse-names&quot;:false,&quot;dropping-particle&quot;:&quot;&quot;,&quot;non-dropping-particle&quot;:&quot;&quot;}],&quot;container-title&quot;:&quot;Proceedings of the IEEE&quot;,&quot;issued&quot;:{&quot;date-parts&quot;:[[1998]]},&quot;page&quot;:&quot;2278-2324&quot;,&quot;publisher&quot;:&quot;Ieee&quot;,&quot;issue&quot;:&quot;11&quot;,&quot;volume&quot;:&quot;86&quot;,&quot;container-title-short&quot;:&quot;&quot;},&quot;isTemporary&quot;:false}]},{&quot;citationID&quot;:&quot;MENDELEY_CITATION_feee515c-cb67-4bc8-bdd2-235ced15ce57&quot;,&quot;properties&quot;:{&quot;noteIndex&quot;:0},&quot;isEdited&quot;:false,&quot;manualOverride&quot;:{&quot;isManuallyOverridden&quot;:true,&quot;citeprocText&quot;:&quot;[Pome88]&quot;,&quot;manualOverrideText&quot;:&quot;[POM88]&quot;},&quot;citationTag&quot;:&quot;MENDELEY_CITATION_v3_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&quot;,&quot;citationItems&quot;:[{&quot;id&quot;:&quot;d8af6425-42fa-3834-958d-3a14e431ce2d&quot;,&quot;itemData&quot;:{&quot;type&quot;:&quot;article-journal&quot;,&quot;id&quot;:&quot;d8af6425-42fa-3834-958d-3a14e431ce2d&quot;,&quot;title&quot;:&quot;Alvinn: An autonomous land vehicle in a neural network&quot;,&quot;author&quot;:[{&quot;family&quot;:&quot;Pomerleau&quot;,&quot;given&quot;:&quot;Dean A&quot;,&quot;parse-names&quot;:false,&quot;dropping-particle&quot;:&quot;&quot;,&quot;non-dropping-particle&quot;:&quot;&quot;}],&quot;container-title&quot;:&quot;Advances in neural information processing systems&quot;,&quot;issued&quot;:{&quot;date-parts&quot;:[[1988]]},&quot;volume&quot;:&quot;1&quot;,&quot;container-title-short&quot;:&quot;Adv. Neural Inf. Process. Syst.&quot;},&quot;isTemporary&quot;:false}]},{&quot;citationID&quot;:&quot;MENDELEY_CITATION_dc96624b-c10a-438c-b48b-d2ff0e4b8b74&quot;,&quot;properties&quot;:{&quot;noteIndex&quot;:0},&quot;isEdited&quot;:false,&quot;manualOverride&quot;:{&quot;isManuallyOverridden&quot;:true,&quot;citeprocText&quot;:&quot;[BTDF16]&quot;,&quot;manualOverrideText&quot;:&quot;[BOJ16]&quot;},&quot;citationTag&quot;:&quot;MENDELEY_CITATION_v3_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&quot;,&quot;citationItems&quot;:[{&quot;id&quot;:&quot;d00d6cdf-5bea-3515-a091-5b3c300f9234&quot;,&quot;itemData&quot;:{&quot;type&quot;:&quot;article-journal&quot;,&quot;id&quot;:&quot;d00d6cdf-5bea-3515-a091-5b3c300f9234&quot;,&quot;title&quot;:&quot;End to end learning for self-driving cars&quot;,&quot;author&quot;:[{&quot;family&quot;:&quot;Bojarski&quot;,&quot;given&quot;:&quot;Mariusz&quot;,&quot;parse-names&quot;:false,&quot;dropping-particle&quot;:&quot;&quot;,&quot;non-dropping-particle&quot;:&quot;&quot;},{&quot;family&quot;:&quot;Testa&quot;,&quot;given&quot;:&quot;Davide&quot;,&quot;parse-names&quot;:false,&quot;dropping-particle&quot;:&quot;&quot;,&quot;non-dropping-particle&quot;:&quot;Del&quot;},{&quot;family&quot;:&quot;Dworakowski&quot;,&quot;given&quot;:&quot;Daniel&quot;,&quot;parse-names&quot;:false,&quot;dropping-particle&quot;:&quot;&quot;,&quot;non-dropping-particle&quot;:&quot;&quot;},{&quot;family&quot;:&quot;Firner&quot;,&quot;given&quot;:&quot;Bernhard&quot;,&quot;parse-names&quot;:false,&quot;dropping-particle&quot;:&quot;&quot;,&quot;non-dropping-particle&quot;:&quot;&quot;},{&quot;family&quot;:&quot;Flepp&quot;,&quot;given&quot;:&quot;Beat&quot;,&quot;parse-names&quot;:false,&quot;dropping-particle&quot;:&quot;&quot;,&quot;non-dropping-particle&quot;:&quot;&quot;},{&quot;family&quot;:&quot;Goyal&quot;,&quot;given&quot;:&quot;Prasoon&quot;,&quot;parse-names&quot;:false,&quot;dropping-particle&quot;:&quot;&quot;,&quot;non-dropping-particle&quot;:&quot;&quot;},{&quot;family&quot;:&quot;Jackel&quot;,&quot;given&quot;:&quot;Lawrence D&quot;,&quot;parse-names&quot;:false,&quot;dropping-particle&quot;:&quot;&quot;,&quot;non-dropping-particle&quot;:&quot;&quot;},{&quot;family&quot;:&quot;Monfort&quot;,&quot;given&quot;:&quot;Mathew&quot;,&quot;parse-names&quot;:false,&quot;dropping-particle&quot;:&quot;&quot;,&quot;non-dropping-particle&quot;:&quot;&quot;},{&quot;family&quot;:&quot;Muller&quot;,&quot;given&quot;:&quot;Urs&quot;,&quot;parse-names&quot;:false,&quot;dropping-particle&quot;:&quot;&quot;,&quot;non-dropping-particle&quot;:&quot;&quot;},{&quot;family&quot;:&quot;Zhang&quot;,&quot;given&quot;:&quot;Jiakai&quot;,&quot;parse-names&quot;:false,&quot;dropping-particle&quot;:&quot;&quot;,&quot;non-dropping-particle&quot;:&quot;&quot;},{&quot;family&quot;:&quot;others&quot;,&quot;given&quot;:&quot;&quot;,&quot;parse-names&quot;:false,&quot;dropping-particle&quot;:&quot;&quot;,&quot;non-dropping-particle&quot;:&quot;&quot;}],&quot;container-title&quot;:&quot;arXiv preprint arXiv:1604.07316&quot;,&quot;issued&quot;:{&quot;date-parts&quot;:[[2016]]},&quot;container-title-short&quot;:&quot;&quot;},&quot;isTemporary&quot;:false}]},{&quot;citationID&quot;:&quot;MENDELEY_CITATION_a2eb28c9-865f-4fd6-88e8-e6df3229eb5c&quot;,&quot;properties&quot;:{&quot;noteIndex&quot;:0},&quot;isEdited&quot;:false,&quot;manualOverride&quot;:{&quot;isManuallyOverridden&quot;:true,&quot;citeprocText&quot;:&quot;[BNVB13]&quot;,&quot;manualOverrideText&quot;:&quot;[BNV13]&quot;},&quot;citationTag&quot;:&quot;MENDELEY_CITATION_v3_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&quot;,&quot;citationItems&quot;:[{&quot;id&quot;:&quot;bcffd936-fea3-3a0c-8984-205897014d34&quot;,&quot;itemData&quot;:{&quot;type&quot;:&quot;article-journal&quot;,&quot;id&quot;:&quot;bcffd936-fea3-3a0c-8984-205897014d34&quot;,&quot;title&quot;:&quot;The arcade learning environment: An evaluation platform for general agents&quot;,&quot;author&quot;:[{&quot;family&quot;:&quot;Bellemare&quot;,&quot;given&quot;:&quot;Marc G&quot;,&quot;parse-names&quot;:false,&quot;dropping-particle&quot;:&quot;&quot;,&quot;non-dropping-particle&quot;:&quot;&quot;},{&quot;family&quot;:&quot;Naddaf&quot;,&quot;given&quot;:&quot;Yavar&quot;,&quot;parse-names&quot;:false,&quot;dropping-particle&quot;:&quot;&quot;,&quot;non-dropping-particle&quot;:&quot;&quot;},{&quot;family&quot;:&quot;Veness&quot;,&quot;given&quot;:&quot;Joel&quot;,&quot;parse-names&quot;:false,&quot;dropping-particle&quot;:&quot;&quot;,&quot;non-dropping-particle&quot;:&quot;&quot;},{&quot;family&quot;:&quot;Bowling&quot;,&quot;given&quot;:&quot;Michael&quot;,&quot;parse-names&quot;:false,&quot;dropping-particle&quot;:&quot;&quot;,&quot;non-dropping-particle&quot;:&quot;&quot;}],&quot;container-title&quot;:&quot;Journal of artificial intelligence research&quot;,&quot;issued&quot;:{&quot;date-parts&quot;:[[2013]]},&quot;page&quot;:&quot;253-279&quot;,&quot;volume&quot;:&quot;47&quot;,&quot;container-title-short&quot;:&quot;&quot;},&quot;isTemporary&quot;:false}]},{&quot;citationID&quot;:&quot;MENDELEY_CITATION_a3fac0d8-bb7b-4a62-9221-91774a3b59df&quot;,&quot;properties&quot;:{&quot;noteIndex&quot;:0},&quot;isEdited&quot;:false,&quot;manualOverride&quot;:{&quot;isManuallyOverridden&quot;:true,&quot;citeprocText&quot;:&quot;[BCPS16]&quot;,&quot;manualOverrideText&quot;:&quot;[BCP16]&quot;},&quot;citationTag&quot;:&quot;MENDELEY_CITATION_v3_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&quot;,&quot;citationItems&quot;:[{&quot;id&quot;:&quot;880495db-600a-3721-8ec0-0f1987604a7a&quot;,&quot;itemData&quot;:{&quot;type&quot;:&quot;article-journal&quot;,&quot;id&quot;:&quot;880495db-600a-3721-8ec0-0f1987604a7a&quot;,&quot;title&quot;:&quot;Openai gym&quot;,&quot;author&quot;:[{&quot;family&quot;:&quot;Brockman&quot;,&quot;given&quot;:&quot;Greg&quot;,&quot;parse-names&quot;:false,&quot;dropping-particle&quot;:&quot;&quot;,&quot;non-dropping-particle&quot;:&quot;&quot;},{&quot;family&quot;:&quot;Cheung&quot;,&quot;given&quot;:&quot;Vicki&quot;,&quot;parse-names&quot;:false,&quot;dropping-particle&quot;:&quot;&quot;,&quot;non-dropping-particle&quot;:&quot;&quot;},{&quot;family&quot;:&quot;Pettersson&quot;,&quot;given&quot;:&quot;Ludwig&quot;,&quot;parse-names&quot;:false,&quot;dropping-particle&quot;:&quot;&quot;,&quot;non-dropping-particle&quot;:&quot;&quot;},{&quot;family&quot;:&quot;Schneider&quot;,&quot;given&quot;:&quot;Jonas&quot;,&quot;parse-names&quot;:false,&quot;dropping-particle&quot;:&quot;&quot;,&quot;non-dropping-particle&quot;:&quot;&quot;},{&quot;family&quot;:&quot;Schulman&quot;,&quot;given&quot;:&quot;John&quot;,&quot;parse-names&quot;:false,&quot;dropping-particle&quot;:&quot;&quot;,&quot;non-dropping-particle&quot;:&quot;&quot;},{&quot;family&quot;:&quot;Tang&quot;,&quot;given&quot;:&quot;Jie&quot;,&quot;parse-names&quot;:false,&quot;dropping-particle&quot;:&quot;&quot;,&quot;non-dropping-particle&quot;:&quot;&quot;},{&quot;family&quot;:&quot;Zaremba&quot;,&quot;given&quot;:&quot;Wojciech&quot;,&quot;parse-names&quot;:false,&quot;dropping-particle&quot;:&quot;&quot;,&quot;non-dropping-particle&quot;:&quot;&quot;}],&quot;container-title&quot;:&quot;arXiv preprint arXiv:1606.01540&quot;,&quot;issued&quot;:{&quot;date-parts&quot;:[[2016]]},&quot;container-title-short&quot;:&quot;&quot;},&quot;isTemporary&quot;:false}]},{&quot;citationID&quot;:&quot;MENDELEY_CITATION_a7c57b63-65db-4279-8dcb-a6eeb77ae411&quot;,&quot;properties&quot;:{&quot;noteIndex&quot;:0},&quot;isEdited&quot;:false,&quot;manualOverride&quot;:{&quot;isManuallyOverridden&quot;:true,&quot;citeprocText&quot;:&quot;[Mich04]&quot;,&quot;manualOverrideText&quot;:&quot;[MIC04]&quot;},&quot;citationTag&quot;:&quot;MENDELEY_CITATION_v3_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&quot;,&quot;citationItems&quot;:[{&quot;id&quot;:&quot;ea15fe31-b5e0-39b2-ba1e-be55683e3e13&quot;,&quot;itemData&quot;:{&quot;type&quot;:&quot;article-journal&quot;,&quot;id&quot;:&quot;ea15fe31-b5e0-39b2-ba1e-be55683e3e13&quot;,&quot;title&quot;:&quot;Cyberbotics ltd. webots™: professional mobile robot simulation&quot;,&quot;author&quot;:[{&quot;family&quot;:&quot;Michel&quot;,&quot;given&quot;:&quot;Olivier&quot;,&quot;parse-names&quot;:false,&quot;dropping-particle&quot;:&quot;&quot;,&quot;non-dropping-particle&quot;:&quot;&quot;}],&quot;container-title&quot;:&quot;International Journal of Advanced Robotic Systems&quot;,&quot;issued&quot;:{&quot;date-parts&quot;:[[2004]]},&quot;page&quot;:&quot;5&quot;,&quot;publisher&quot;:&quot;SAGE Publications Sage UK: London, England&quot;,&quot;issue&quot;:&quot;1&quot;,&quot;volume&quot;:&quot;1&quot;,&quot;container-title-short&quot;:&quot;Int. J. Adv. Robot. Syst.&quot;},&quot;isTemporary&quot;:false}]},{&quot;citationID&quot;:&quot;MENDELEY_CITATION_6358c75c-028c-42f6-ad44-f06833ac3dc6&quot;,&quot;properties&quot;:{&quot;noteIndex&quot;:0},&quot;isEdited&quot;:false,&quot;manualOverride&quot;:{&quot;isManuallyOverridden&quot;:true,&quot;citeprocText&quot;:&quot;[PGML19]&quot;,&quot;manualOverrideText&quot;:&quot;[PGM19]&quot;},&quot;citationTag&quot;:&quot;MENDELEY_CITATION_v3_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&quot;,&quot;citationItems&quot;:[{&quot;id&quot;:&quot;8f411ea9-65ac-3ce5-86b2-c469f6aafbc6&quot;,&quot;itemData&quot;:{&quot;type&quot;:&quot;article-journal&quot;,&quot;id&quot;:&quot;8f411ea9-65ac-3ce5-86b2-c469f6aafbc6&quot;,&quot;title&quot;:&quot;Pytorch: An imperative style, high-performance deep learning library&quot;,&quot;author&quot;:[{&quot;family&quot;:&quot;Paszke&quot;,&quot;given&quot;:&quot;Adam&quot;,&quot;parse-names&quot;:false,&quot;dropping-particle&quot;:&quot;&quot;,&quot;non-dropping-particle&quot;:&quot;&quot;},{&quot;family&quot;:&quot;Gross&quot;,&quot;given&quot;:&quot;Sam&quot;,&quot;parse-names&quot;:false,&quot;dropping-particle&quot;:&quot;&quot;,&quot;non-dropping-particle&quot;:&quot;&quot;},{&quot;family&quot;:&quot;Massa&quot;,&quot;given&quot;:&quot;Francisco&quot;,&quot;parse-names&quot;:false,&quot;dropping-particle&quot;:&quot;&quot;,&quot;non-dropping-particle&quot;:&quot;&quot;},{&quot;family&quot;:&quot;Lerer&quot;,&quot;given&quot;:&quot;Adam&quot;,&quot;parse-names&quot;:false,&quot;dropping-particle&quot;:&quot;&quot;,&quot;non-dropping-particle&quot;:&quot;&quot;},{&quot;family&quot;:&quot;Bradbury&quot;,&quot;given&quot;:&quot;James&quot;,&quot;parse-names&quot;:false,&quot;dropping-particle&quot;:&quot;&quot;,&quot;non-dropping-particle&quot;:&quot;&quot;},{&quot;family&quot;:&quot;Chanan&quot;,&quot;given&quot;:&quot;Gregory&quot;,&quot;parse-names&quot;:false,&quot;dropping-particle&quot;:&quot;&quot;,&quot;non-dropping-particle&quot;:&quot;&quot;},{&quot;family&quot;:&quot;Killeen&quot;,&quot;given&quot;:&quot;Trevor&quot;,&quot;parse-names&quot;:false,&quot;dropping-particle&quot;:&quot;&quot;,&quot;non-dropping-particle&quot;:&quot;&quot;},{&quot;family&quot;:&quot;Lin&quot;,&quot;given&quot;:&quot;Zeming&quot;,&quot;parse-names&quot;:false,&quot;dropping-particle&quot;:&quot;&quot;,&quot;non-dropping-particle&quot;:&quot;&quot;},{&quot;family&quot;:&quot;Gimelshein&quot;,&quot;given&quot;:&quot;Natalia&quot;,&quot;parse-names&quot;:false,&quot;dropping-particle&quot;:&quot;&quot;,&quot;non-dropping-particle&quot;:&quot;&quot;},{&quot;family&quot;:&quot;Antiga&quot;,&quot;given&quot;:&quot;Luca&quot;,&quot;parse-names&quot;:false,&quot;dropping-particle&quot;:&quot;&quot;,&quot;non-dropping-particle&quot;:&quot;&quot;},{&quot;family&quot;:&quot;others&quot;,&quot;given&quot;:&quot;&quot;,&quot;parse-names&quot;:false,&quot;dropping-particle&quot;:&quot;&quot;,&quot;non-dropping-particle&quot;:&quot;&quot;}],&quot;container-title&quot;:&quot;Advances in neural information processing systems&quot;,&quot;issued&quot;:{&quot;date-parts&quot;:[[2019]]},&quot;volume&quot;:&quot;32&quot;,&quot;container-title-short&quot;:&quot;Adv. Neural Inf. Process. Syst.&quot;},&quot;isTemporary&quot;:false}]},{&quot;citationID&quot;:&quot;MENDELEY_CITATION_940634ec-a603-45a5-b092-1dff81d19bda&quot;,&quot;properties&quot;:{&quot;noteIndex&quot;:0},&quot;isEdited&quot;:false,&quot;manualOverride&quot;:{&quot;isManuallyOverridden&quot;:true,&quot;citeprocText&quot;:&quot;[RHGK21]&quot;,&quot;manualOverrideText&quot;:&quot;[RHG21]&quot;},&quot;citationTag&quot;:&quot;MENDELEY_CITATION_v3_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&quot;,&quot;citationItems&quot;:[{&quot;id&quot;:&quot;f90d0a05-4b2c-39a5-903b-d88cefff2b43&quot;,&quot;itemData&quot;:{&quot;type&quot;:&quot;article-journal&quot;,&quot;id&quot;:&quot;f90d0a05-4b2c-39a5-903b-d88cefff2b43&quot;,&quot;title&quot;:&quot;Stable-baselines3: Reliable reinforcement learning implementations&quot;,&quot;author&quot;:[{&quot;family&quot;:&quot;Raffin&quot;,&quot;given&quot;:&quot;Antonin&quot;,&quot;parse-names&quot;:false,&quot;dropping-particle&quot;:&quot;&quot;,&quot;non-dropping-particle&quot;:&quot;&quot;},{&quot;family&quot;:&quot;Hill&quot;,&quot;given&quot;:&quot;Ashley&quot;,&quot;parse-names&quot;:false,&quot;dropping-particle&quot;:&quot;&quot;,&quot;non-dropping-particle&quot;:&quot;&quot;},{&quot;family&quot;:&quot;Gleave&quot;,&quot;given&quot;:&quot;Adam&quot;,&quot;parse-names&quot;:false,&quot;dropping-particle&quot;:&quot;&quot;,&quot;non-dropping-particle&quot;:&quot;&quot;},{&quot;family&quot;:&quot;Kanervisto&quot;,&quot;given&quot;:&quot;Anssi&quot;,&quot;parse-names&quot;:false,&quot;dropping-particle&quot;:&quot;&quot;,&quot;non-dropping-particle&quot;:&quot;&quot;},{&quot;family&quot;:&quot;Ernestus&quot;,&quot;given&quot;:&quot;Maximilian&quot;,&quot;parse-names&quot;:false,&quot;dropping-particle&quot;:&quot;&quot;,&quot;non-dropping-particle&quot;:&quot;&quot;},{&quot;family&quot;:&quot;Dormann&quot;,&quot;given&quot;:&quot;Noah&quot;,&quot;parse-names&quot;:false,&quot;dropping-particle&quot;:&quot;&quot;,&quot;non-dropping-particle&quot;:&quot;&quot;}],&quot;container-title&quot;:&quot;Journal of machine learning research&quot;,&quot;issued&quot;:{&quot;date-parts&quot;:[[2021]]},&quot;page&quot;:&quot;1-8&quot;,&quot;issue&quot;:&quot;268&quot;,&quot;volume&quot;:&quot;22&quot;,&quot;container-title-short&quot;:&quot;&quot;},&quot;isTemporary&quot;:false}]},{&quot;citationID&quot;:&quot;MENDELEY_CITATION_ce6ddae0-2e8b-4423-9c4b-3e8780be9c1d&quot;,&quot;properties&quot;:{&quot;noteIndex&quot;:0},&quot;isEdited&quot;:false,&quot;manualOverride&quot;:{&quot;isManuallyOverridden&quot;:true,&quot;citeprocText&quot;:&quot;[BCPS16]&quot;,&quot;manualOverrideText&quot;:&quot;[BCPS1]&quot;},&quot;citationTag&quot;:&quot;MENDELEY_CITATION_v3_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&quot;,&quot;citationItems&quot;:[{&quot;id&quot;:&quot;880495db-600a-3721-8ec0-0f1987604a7a&quot;,&quot;itemData&quot;:{&quot;type&quot;:&quot;article-journal&quot;,&quot;id&quot;:&quot;880495db-600a-3721-8ec0-0f1987604a7a&quot;,&quot;title&quot;:&quot;Openai gym&quot;,&quot;author&quot;:[{&quot;family&quot;:&quot;Brockman&quot;,&quot;given&quot;:&quot;Greg&quot;,&quot;parse-names&quot;:false,&quot;dropping-particle&quot;:&quot;&quot;,&quot;non-dropping-particle&quot;:&quot;&quot;},{&quot;family&quot;:&quot;Cheung&quot;,&quot;given&quot;:&quot;Vicki&quot;,&quot;parse-names&quot;:false,&quot;dropping-particle&quot;:&quot;&quot;,&quot;non-dropping-particle&quot;:&quot;&quot;},{&quot;family&quot;:&quot;Pettersson&quot;,&quot;given&quot;:&quot;Ludwig&quot;,&quot;parse-names&quot;:false,&quot;dropping-particle&quot;:&quot;&quot;,&quot;non-dropping-particle&quot;:&quot;&quot;},{&quot;family&quot;:&quot;Schneider&quot;,&quot;given&quot;:&quot;Jonas&quot;,&quot;parse-names&quot;:false,&quot;dropping-particle&quot;:&quot;&quot;,&quot;non-dropping-particle&quot;:&quot;&quot;},{&quot;family&quot;:&quot;Schulman&quot;,&quot;given&quot;:&quot;John&quot;,&quot;parse-names&quot;:false,&quot;dropping-particle&quot;:&quot;&quot;,&quot;non-dropping-particle&quot;:&quot;&quot;},{&quot;family&quot;:&quot;Tang&quot;,&quot;given&quot;:&quot;Jie&quot;,&quot;parse-names&quot;:false,&quot;dropping-particle&quot;:&quot;&quot;,&quot;non-dropping-particle&quot;:&quot;&quot;},{&quot;family&quot;:&quot;Zaremba&quot;,&quot;given&quot;:&quot;Wojciech&quot;,&quot;parse-names&quot;:false,&quot;dropping-particle&quot;:&quot;&quot;,&quot;non-dropping-particle&quot;:&quot;&quot;}],&quot;container-title&quot;:&quot;arXiv preprint arXiv:1606.01540&quot;,&quot;issued&quot;:{&quot;date-parts&quot;:[[2016]]},&quot;container-title-short&quot;:&quot;&quot;},&quot;isTemporary&quot;:false}]},{&quot;citationID&quot;:&quot;MENDELEY_CITATION_af0691d9-fa6c-49af-8537-8fe289508669&quot;,&quot;properties&quot;:{&quot;noteIndex&quot;:0},&quot;isEdited&quot;:false,&quot;manualOverride&quot;:{&quot;isManuallyOverridden&quot;:true,&quot;citeprocText&quot;:&quot;[AABB16]&quot;,&quot;manualOverrideText&quot;:&quot;[AAB16]&quot;},&quot;citationTag&quot;:&quot;MENDELEY_CITATION_v3_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&quot;,&quot;citationItems&quot;:[{&quot;id&quot;:&quot;17018bf9-0f21-323a-b744-e850780a48b7&quot;,&quot;itemData&quot;:{&quot;type&quot;:&quot;article-journal&quot;,&quot;id&quot;:&quot;17018bf9-0f21-323a-b744-e850780a48b7&quot;,&quot;title&quot;:&quot;TensorFlow: Large-Scale Machine Learning on Heterogeneous Distributed Systems&quot;,&quot;author&quot;:[{&quot;family&quot;:&quot;Abadi&quot;,&quot;given&quot;:&quot;Martín&quot;,&quot;parse-names&quot;:false,&quot;dropping-particle&quot;:&quot;&quot;,&quot;non-dropping-particle&quot;:&quot;&quot;},{&quot;family&quot;:&quot;Agarwal&quot;,&quot;given&quot;:&quot;Ashish&quot;,&quot;parse-names&quot;:false,&quot;dropping-particle&quot;:&quot;&quot;,&quot;non-dropping-particle&quot;:&quot;&quot;},{&quot;family&quot;:&quot;Barham&quot;,&quot;given&quot;:&quot;Paul&quot;,&quot;parse-names&quot;:false,&quot;dropping-particle&quot;:&quot;&quot;,&quot;non-dropping-particle&quot;:&quot;&quot;},{&quot;family&quot;:&quot;Brevdo&quot;,&quot;given&quot;:&quot;Eugene&quot;,&quot;parse-names&quot;:false,&quot;dropping-particle&quot;:&quot;&quot;,&quot;non-dropping-particle&quot;:&quot;&quot;},{&quot;family&quot;:&quot;Chen&quot;,&quot;given&quot;:&quot;Zhifeng&quot;,&quot;parse-names&quot;:false,&quot;dropping-particle&quot;:&quot;&quot;,&quot;non-dropping-particle&quot;:&quot;&quot;},{&quot;family&quot;:&quot;Citro&quot;,&quot;given&quot;:&quot;Craig&quot;,&quot;parse-names&quot;:false,&quot;dropping-particle&quot;:&quot;&quot;,&quot;non-dropping-particle&quot;:&quot;&quot;},{&quot;family&quot;:&quot;Corrado&quot;,&quot;given&quot;:&quot;G.s&quot;,&quot;parse-names&quot;:false,&quot;dropping-particle&quot;:&quot;&quot;,&quot;non-dropping-particle&quot;:&quot;&quot;},{&quot;family&quot;:&quot;Davis&quot;,&quot;given&quot;:&quot;Andy&quot;,&quot;parse-names&quot;:false,&quot;dropping-particle&quot;:&quot;&quot;,&quot;non-dropping-particle&quot;:&quot;&quot;},{&quot;family&quot;:&quot;Dean&quot;,&quot;given&quot;:&quot;Jeffrey&quot;,&quot;parse-names&quot;:false,&quot;dropping-particle&quot;:&quot;&quot;,&quot;non-dropping-particle&quot;:&quot;&quot;},{&quot;family&quot;:&quot;Devin&quot;,&quot;given&quot;:&quot;Matthieu&quot;,&quot;parse-names&quot;:false,&quot;dropping-particle&quot;:&quot;&quot;,&quot;non-dropping-particle&quot;:&quot;&quot;},{&quot;family&quot;:&quot;Ghemawat&quot;,&quot;given&quot;:&quot;Sanjay&quot;,&quot;parse-names&quot;:false,&quot;dropping-particle&quot;:&quot;&quot;,&quot;non-dropping-particle&quot;:&quot;&quot;},{&quot;family&quot;:&quot;Goodfellow&quot;,&quot;given&quot;:&quot;Ian&quot;,&quot;parse-names&quot;:false,&quot;dropping-particle&quot;:&quot;&quot;,&quot;non-dropping-particle&quot;:&quot;&quot;},{&quot;family&quot;:&quot;Harp&quot;,&quot;given&quot;:&quot;Andrew&quot;,&quot;parse-names&quot;:false,&quot;dropping-particle&quot;:&quot;&quot;,&quot;non-dropping-particle&quot;:&quot;&quot;},{&quot;family&quot;:&quot;Irving&quot;,&quot;given&quot;:&quot;Geoffrey&quot;,&quot;parse-names&quot;:false,&quot;dropping-particle&quot;:&quot;&quot;,&quot;non-dropping-particle&quot;:&quot;&quot;},{&quot;family&quot;:&quot;Isard&quot;,&quot;given&quot;:&quot;Michael&quot;,&quot;parse-names&quot;:false,&quot;dropping-particle&quot;:&quot;&quot;,&quot;non-dropping-particle&quot;:&quot;&quot;},{&quot;family&quot;:&quot;Jia&quot;,&quot;given&quot;:&quot;Yangqing&quot;,&quot;parse-names&quot;:false,&quot;dropping-particle&quot;:&quot;&quot;,&quot;non-dropping-particle&quot;:&quot;&quot;},{&quot;family&quot;:&quot;Jozefowicz&quot;,&quot;given&quot;:&quot;Rafal&quot;,&quot;parse-names&quot;:false,&quot;dropping-particle&quot;:&quot;&quot;,&quot;non-dropping-particle&quot;:&quot;&quot;},{&quot;family&quot;:&quot;Kaiser&quot;,&quot;given&quot;:&quot;Lukasz&quot;,&quot;parse-names&quot;:false,&quot;dropping-particle&quot;:&quot;&quot;,&quot;non-dropping-particle&quot;:&quot;&quot;},{&quot;family&quot;:&quot;Kudlur&quot;,&quot;given&quot;:&quot;Manjunath&quot;,&quot;parse-names&quot;:false,&quot;dropping-particle&quot;:&quot;&quot;,&quot;non-dropping-particle&quot;:&quot;&quot;},{&quot;family&quot;:&quot;Zheng&quot;,&quot;given&quot;:&quot;Xiaoqiang&quot;,&quot;parse-names&quot;:false,&quot;dropping-particle&quot;:&quot;&quot;,&quot;non-dropping-particle&quot;:&quot;&quot;}],&quot;DOI&quot;:&quot;10.48550/arXiv.1603.04467&quot;,&quot;issued&quot;:{&quot;date-parts&quot;:[[2016,3,14]]},&quot;container-title-short&quot;:&quot;&quot;},&quot;isTemporary&quot;:false}]},{&quot;citationID&quot;:&quot;MENDELEY_CITATION_bef9686f-ecdb-45a0-b794-133d484ec8f1&quot;,&quot;properties&quot;:{&quot;noteIndex&quot;:0},&quot;isEdited&quot;:false,&quot;manualOverride&quot;:{&quot;isManuallyOverridden&quot;:true,&quot;citeprocText&quot;:&quot;[Bada25]&quot;,&quot;manualOverrideText&quot;:&quot;[BPS25]&quot;},&quot;citationTag&quot;:&quot;MENDELEY_CITATION_v3_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&quot;,&quot;citationItems&quot;:[{&quot;id&quot;:&quot;550884d3-8d3a-342d-bb78-30a179ae9ddd&quot;,&quot;itemData&quot;:{&quot;type&quot;:&quot;book&quot;,&quot;id&quot;:&quot;550884d3-8d3a-342d-bb78-30a179ae9ddd&quot;,&quot;title&quot;:&quot;Statistik Transportasi Darat 2024&quot;,&quot;author&quot;:[{&quot;family&quot;:&quot;Badan Pusat Statistik&quot;,&quot;given&quot;:&quot;&quot;,&quot;parse-names&quot;:false,&quot;dropping-particle&quot;:&quot;&quot;,&quot;non-dropping-particle&quot;:&quot;&quot;}],&quot;issued&quot;:{&quot;date-parts&quot;:[[2025]]},&quot;publisher-place&quot;:&quot;Jakarta&quot;,&quot;publisher&quot;:&quot;Badan Pusat Statistik&quot;,&quot;container-title-short&quot;:&quot;&quot;},&quot;isTemporary&quot;:false}]},{&quot;citationID&quot;:&quot;MENDELEY_CITATION_d4e2f555-094e-425e-a523-38abc5b7b747&quot;,&quot;properties&quot;:{&quot;noteIndex&quot;:0},&quot;isEdited&quot;:false,&quot;manualOverride&quot;:{&quot;isManuallyOverridden&quot;:true,&quot;citeprocText&quot;:&quot;[AnRi18]&quot;,&quot;manualOverrideText&quot;:&quot;[ANR18]&quot;},&quot;citationTag&quot;:&quot;MENDELEY_CITATION_v3_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&quot;,&quot;citationItems&quot;:[{&quot;id&quot;:&quot;aa7934e5-ab45-32f4-979d-c37b7324c50b&quot;,&quot;itemData&quot;:{&quot;type&quot;:&quot;article-journal&quot;,&quot;id&quot;:&quot;aa7934e5-ab45-32f4-979d-c37b7324c50b&quot;,&quot;title&quot;:&quot;Reinforcement learning: an introduction&quot;,&quot;author&quot;:[{&quot;family&quot;:&quot;Andrew&quot;,&quot;given&quot;:&quot;Barto&quot;,&quot;parse-names&quot;:false,&quot;dropping-particle&quot;:&quot;&quot;,&quot;non-dropping-particle&quot;:&quot;&quot;},{&quot;family&quot;:&quot;Richard S&quot;,&quot;given&quot;:&quot;Sutton&quot;,&quot;parse-names&quot;:false,&quot;dropping-particle&quot;:&quot;&quot;,&quot;non-dropping-particle&quot;:&quot;&quot;}],&quot;issued&quot;:{&quot;date-parts&quot;:[[2018]]},&quot;publisher&quot;:&quot;The MIT Press&quot;,&quot;container-title-short&quot;:&quot;&quot;},&quot;isTemporary&quot;:false}]},{&quot;citationID&quot;:&quot;MENDELEY_CITATION_ccad6063-9618-4789-a9d3-8a4baebd9ea3&quot;,&quot;properties&quot;:{&quot;noteIndex&quot;:0},&quot;isEdited&quot;:false,&quot;manualOverride&quot;:{&quot;isManuallyOverridden&quot;:true,&quot;citeprocText&quot;:&quot;[MKSR15]&quot;,&quot;manualOverrideText&quot;:&quot;[MKS15]&quot;},&quot;citationTag&quot;:&quot;MENDELEY_CITATION_v3_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&quot;,&quot;citationItems&quot;:[{&quot;id&quot;:&quot;e35466c2-d67a-358d-9279-936393a6c315&quot;,&quot;itemData&quot;:{&quot;type&quot;:&quot;article-journal&quot;,&quot;id&quot;:&quot;e35466c2-d67a-358d-9279-936393a6c315&quot;,&quot;title&quot;:&quot;Human-level control through deep reinforcement learning&quot;,&quot;author&quot;:[{&quot;family&quot;:&quot;Mnih&quot;,&quot;given&quot;:&quot;Volodymyr&quot;,&quot;parse-names&quot;:false,&quot;dropping-particle&quot;:&quot;&quot;,&quot;non-dropping-particle&quot;:&quot;&quot;},{&quot;family&quot;:&quot;Kavukcuoglu&quot;,&quot;given&quot;:&quot;Koray&quot;,&quot;parse-names&quot;:false,&quot;dropping-particle&quot;:&quot;&quot;,&quot;non-dropping-particle&quot;:&quot;&quot;},{&quot;family&quot;:&quot;Silver&quot;,&quot;given&quot;:&quot;David&quot;,&quot;parse-names&quot;:false,&quot;dropping-particle&quot;:&quot;&quot;,&quot;non-dropping-particle&quot;:&quot;&quot;},{&quot;family&quot;:&quot;Rusu&quot;,&quot;given&quot;:&quot;Andrei A&quot;,&quot;parse-names&quot;:false,&quot;dropping-particle&quot;:&quot;&quot;,&quot;non-dropping-particle&quot;:&quot;&quot;},{&quot;family&quot;:&quot;Veness&quot;,&quot;given&quot;:&quot;Joel&quot;,&quot;parse-names&quot;:false,&quot;dropping-particle&quot;:&quot;&quot;,&quot;non-dropping-particle&quot;:&quot;&quot;},{&quot;family&quot;:&quot;Bellemare&quot;,&quot;given&quot;:&quot;Marc G&quot;,&quot;parse-names&quot;:false,&quot;dropping-particle&quot;:&quot;&quot;,&quot;non-dropping-particle&quot;:&quot;&quot;},{&quot;family&quot;:&quot;Graves&quot;,&quot;given&quot;:&quot;Alex&quot;,&quot;parse-names&quot;:false,&quot;dropping-particle&quot;:&quot;&quot;,&quot;non-dropping-particle&quot;:&quot;&quot;},{&quot;family&quot;:&quot;Riedmiller&quot;,&quot;given&quot;:&quot;Martin&quot;,&quot;parse-names&quot;:false,&quot;dropping-particle&quot;:&quot;&quot;,&quot;non-dropping-particle&quot;:&quot;&quot;},{&quot;family&quot;:&quot;Fidjeland&quot;,&quot;given&quot;:&quot;Andreas K&quot;,&quot;parse-names&quot;:false,&quot;dropping-particle&quot;:&quot;&quot;,&quot;non-dropping-particle&quot;:&quot;&quot;},{&quot;family&quot;:&quot;Ostrovski&quot;,&quot;given&quot;:&quot;Georg&quot;,&quot;parse-names&quot;:false,&quot;dropping-particle&quot;:&quot;&quot;,&quot;non-dropping-particle&quot;:&quot;&quot;},{&quot;family&quot;:&quot;others&quot;,&quot;given&quot;:&quot;&quot;,&quot;parse-names&quot;:false,&quot;dropping-particle&quot;:&quot;&quot;,&quot;non-dropping-particle&quot;:&quot;&quot;}],&quot;container-title&quot;:&quot;nature&quot;,&quot;issued&quot;:{&quot;date-parts&quot;:[[2015]]},&quot;page&quot;:&quot;529-533&quot;,&quot;publisher&quot;:&quot;Nature Publishing Group&quot;,&quot;issue&quot;:&quot;7540&quot;,&quot;volume&quot;:&quot;518&quot;,&quot;container-title-short&quot;:&quot;Nature&quot;},&quot;isTemporary&quot;:false}]},{&quot;citationID&quot;:&quot;MENDELEY_CITATION_fd7b1da3-dea7-407d-9326-8c38a112127d&quot;,&quot;properties&quot;:{&quot;noteIndex&quot;:0},&quot;isEdited&quot;:false,&quot;manualOverride&quot;:{&quot;isManuallyOverridden&quot;:true,&quot;citeprocText&quot;:&quot;[HaGS16]&quot;,&quot;manualOverrideText&quot;:&quot;[HGS16]&quot;},&quot;citationTag&quot;:&quot;MENDELEY_CITATION_v3_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&quot;,&quot;citationItems&quot;:[{&quot;id&quot;:&quot;8f8c9e7e-c876-30c3-9251-1896a5d990f3&quot;,&quot;itemData&quot;:{&quot;type&quot;:&quot;paper-conference&quot;,&quot;id&quot;:&quot;8f8c9e7e-c876-30c3-9251-1896a5d990f3&quot;,&quot;title&quot;:&quot;Deep reinforcement learning with double q-learning&quot;,&quot;author&quot;:[{&quot;family&quot;:&quot;Hasselt&quot;,&quot;given&quot;:&quot;Hado&quot;,&quot;parse-names&quot;:false,&quot;dropping-particle&quot;:&quot;&quot;,&quot;non-dropping-particle&quot;:&quot;Van&quot;},{&quot;family&quot;:&quot;Guez&quot;,&quot;given&quot;:&quot;Arthur&quot;,&quot;parse-names&quot;:false,&quot;dropping-particle&quot;:&quot;&quot;,&quot;non-dropping-particle&quot;:&quot;&quot;},{&quot;family&quot;:&quot;Silver&quot;,&quot;given&quot;:&quot;David&quot;,&quot;parse-names&quot;:false,&quot;dropping-particle&quot;:&quot;&quot;,&quot;non-dropping-particle&quot;:&quot;&quot;}],&quot;container-title&quot;:&quot;Proceedings of the AAAI conference on artificial intelligence&quot;,&quot;issued&quot;:{&quot;date-parts&quot;:[[2016]]},&quot;issue&quot;:&quot;1&quot;,&quot;volume&quot;:&quot;30&quot;,&quot;container-title-short&quot;:&quot;&quot;},&quot;isTemporary&quot;:false}]},{&quot;citationID&quot;:&quot;MENDELEY_CITATION_a827a705-459a-4e70-81a5-fbf5eefc4943&quot;,&quot;properties&quot;:{&quot;noteIndex&quot;:0},&quot;isEdited&quot;:false,&quot;manualOverride&quot;:{&quot;isManuallyOverridden&quot;:true,&quot;citeprocText&quot;:&quot;[BTDF16]&quot;,&quot;manualOverrideText&quot;:&quot;[BOJ16]&quot;},&quot;citationTag&quot;:&quot;MENDELEY_CITATION_v3_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&quot;,&quot;citationItems&quot;:[{&quot;id&quot;:&quot;d00d6cdf-5bea-3515-a091-5b3c300f9234&quot;,&quot;itemData&quot;:{&quot;type&quot;:&quot;article-journal&quot;,&quot;id&quot;:&quot;d00d6cdf-5bea-3515-a091-5b3c300f9234&quot;,&quot;title&quot;:&quot;End to end learning for self-driving cars&quot;,&quot;author&quot;:[{&quot;family&quot;:&quot;Bojarski&quot;,&quot;given&quot;:&quot;Mariusz&quot;,&quot;parse-names&quot;:false,&quot;dropping-particle&quot;:&quot;&quot;,&quot;non-dropping-particle&quot;:&quot;&quot;},{&quot;family&quot;:&quot;Testa&quot;,&quot;given&quot;:&quot;Davide&quot;,&quot;parse-names&quot;:false,&quot;dropping-particle&quot;:&quot;&quot;,&quot;non-dropping-particle&quot;:&quot;Del&quot;},{&quot;family&quot;:&quot;Dworakowski&quot;,&quot;given&quot;:&quot;Daniel&quot;,&quot;parse-names&quot;:false,&quot;dropping-particle&quot;:&quot;&quot;,&quot;non-dropping-particle&quot;:&quot;&quot;},{&quot;family&quot;:&quot;Firner&quot;,&quot;given&quot;:&quot;Bernhard&quot;,&quot;parse-names&quot;:false,&quot;dropping-particle&quot;:&quot;&quot;,&quot;non-dropping-particle&quot;:&quot;&quot;},{&quot;family&quot;:&quot;Flepp&quot;,&quot;given&quot;:&quot;Beat&quot;,&quot;parse-names&quot;:false,&quot;dropping-particle&quot;:&quot;&quot;,&quot;non-dropping-particle&quot;:&quot;&quot;},{&quot;family&quot;:&quot;Goyal&quot;,&quot;given&quot;:&quot;Prasoon&quot;,&quot;parse-names&quot;:false,&quot;dropping-particle&quot;:&quot;&quot;,&quot;non-dropping-particle&quot;:&quot;&quot;},{&quot;family&quot;:&quot;Jackel&quot;,&quot;given&quot;:&quot;Lawrence D&quot;,&quot;parse-names&quot;:false,&quot;dropping-particle&quot;:&quot;&quot;,&quot;non-dropping-particle&quot;:&quot;&quot;},{&quot;family&quot;:&quot;Monfort&quot;,&quot;given&quot;:&quot;Mathew&quot;,&quot;parse-names&quot;:false,&quot;dropping-particle&quot;:&quot;&quot;,&quot;non-dropping-particle&quot;:&quot;&quot;},{&quot;family&quot;:&quot;Muller&quot;,&quot;given&quot;:&quot;Urs&quot;,&quot;parse-names&quot;:false,&quot;dropping-particle&quot;:&quot;&quot;,&quot;non-dropping-particle&quot;:&quot;&quot;},{&quot;family&quot;:&quot;Zhang&quot;,&quot;given&quot;:&quot;Jiakai&quot;,&quot;parse-names&quot;:false,&quot;dropping-particle&quot;:&quot;&quot;,&quot;non-dropping-particle&quot;:&quot;&quot;},{&quot;family&quot;:&quot;others&quot;,&quot;given&quot;:&quot;&quot;,&quot;parse-names&quot;:false,&quot;dropping-particle&quot;:&quot;&quot;,&quot;non-dropping-particle&quot;:&quot;&quot;}],&quot;container-title&quot;:&quot;arXiv preprint arXiv:1604.07316&quot;,&quot;issued&quot;:{&quot;date-parts&quot;:[[2016]]},&quot;container-title-short&quot;:&quot;&quot;},&quot;isTemporary&quot;:false}]},{&quot;citationID&quot;:&quot;MENDELEY_CITATION_374061d2-545b-462e-9616-4380648ea4d9&quot;,&quot;properties&quot;:{&quot;noteIndex&quot;:0},&quot;isEdited&quot;:false,&quot;manualOverride&quot;:{&quot;isManuallyOverridden&quot;:true,&quot;citeprocText&quot;:&quot;[Mich04]&quot;,&quot;manualOverrideText&quot;:&quot;[MIC04]&quot;},&quot;citationTag&quot;:&quot;MENDELEY_CITATION_v3_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&quot;,&quot;citationItems&quot;:[{&quot;id&quot;:&quot;ea15fe31-b5e0-39b2-ba1e-be55683e3e13&quot;,&quot;itemData&quot;:{&quot;type&quot;:&quot;article-journal&quot;,&quot;id&quot;:&quot;ea15fe31-b5e0-39b2-ba1e-be55683e3e13&quot;,&quot;title&quot;:&quot;Cyberbotics ltd. webots™: professional mobile robot simulation&quot;,&quot;author&quot;:[{&quot;family&quot;:&quot;Michel&quot;,&quot;given&quot;:&quot;Olivier&quot;,&quot;parse-names&quot;:false,&quot;dropping-particle&quot;:&quot;&quot;,&quot;non-dropping-particle&quot;:&quot;&quot;}],&quot;container-title&quot;:&quot;International Journal of Advanced Robotic Systems&quot;,&quot;issued&quot;:{&quot;date-parts&quot;:[[2004]]},&quot;page&quot;:&quot;5&quot;,&quot;publisher&quot;:&quot;SAGE Publications Sage UK: London, England&quot;,&quot;issue&quot;:&quot;1&quot;,&quot;volume&quot;:&quot;1&quot;,&quot;container-title-short&quot;:&quot;Int. J. Adv. Robot. Syst.&quot;},&quot;isTemporary&quot;:false}]},{&quot;citationID&quot;:&quot;MENDELEY_CITATION_da275a71-82b7-4e64-99e3-6ddc00c0b25f&quot;,&quot;properties&quot;:{&quot;noteIndex&quot;:0},&quot;isEdited&quot;:false,&quot;manualOverride&quot;:{&quot;isManuallyOverridden&quot;:true,&quot;citeprocText&quot;:&quot;[RHGK21]&quot;,&quot;manualOverrideText&quot;:&quot;[RHG21]&quot;},&quot;citationTag&quot;:&quot;MENDELEY_CITATION_v3_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&quot;,&quot;citationItems&quot;:[{&quot;id&quot;:&quot;f90d0a05-4b2c-39a5-903b-d88cefff2b43&quot;,&quot;itemData&quot;:{&quot;type&quot;:&quot;article-journal&quot;,&quot;id&quot;:&quot;f90d0a05-4b2c-39a5-903b-d88cefff2b43&quot;,&quot;title&quot;:&quot;Stable-baselines3: Reliable reinforcement learning implementations&quot;,&quot;author&quot;:[{&quot;family&quot;:&quot;Raffin&quot;,&quot;given&quot;:&quot;Antonin&quot;,&quot;parse-names&quot;:false,&quot;dropping-particle&quot;:&quot;&quot;,&quot;non-dropping-particle&quot;:&quot;&quot;},{&quot;family&quot;:&quot;Hill&quot;,&quot;given&quot;:&quot;Ashley&quot;,&quot;parse-names&quot;:false,&quot;dropping-particle&quot;:&quot;&quot;,&quot;non-dropping-particle&quot;:&quot;&quot;},{&quot;family&quot;:&quot;Gleave&quot;,&quot;given&quot;:&quot;Adam&quot;,&quot;parse-names&quot;:false,&quot;dropping-particle&quot;:&quot;&quot;,&quot;non-dropping-particle&quot;:&quot;&quot;},{&quot;family&quot;:&quot;Kanervisto&quot;,&quot;given&quot;:&quot;Anssi&quot;,&quot;parse-names&quot;:false,&quot;dropping-particle&quot;:&quot;&quot;,&quot;non-dropping-particle&quot;:&quot;&quot;},{&quot;family&quot;:&quot;Ernestus&quot;,&quot;given&quot;:&quot;Maximilian&quot;,&quot;parse-names&quot;:false,&quot;dropping-particle&quot;:&quot;&quot;,&quot;non-dropping-particle&quot;:&quot;&quot;},{&quot;family&quot;:&quot;Dormann&quot;,&quot;given&quot;:&quot;Noah&quot;,&quot;parse-names&quot;:false,&quot;dropping-particle&quot;:&quot;&quot;,&quot;non-dropping-particle&quot;:&quot;&quot;}],&quot;container-title&quot;:&quot;Journal of machine learning research&quot;,&quot;issued&quot;:{&quot;date-parts&quot;:[[2021]]},&quot;page&quot;:&quot;1-8&quot;,&quot;issue&quot;:&quot;268&quot;,&quot;volume&quot;:&quot;22&quot;,&quot;container-title-short&quot;:&quot;&quot;},&quot;isTemporary&quot;:false}]},{&quot;citationID&quot;:&quot;MENDELEY_CITATION_1d16604b-cca0-414b-b4d3-c72b9dc122eb&quot;,&quot;properties&quot;:{&quot;noteIndex&quot;:0},&quot;isEdited&quot;:false,&quot;manualOverride&quot;:{&quot;isManuallyOverridden&quot;:true,&quot;citeprocText&quot;:&quot;[BNVB13]&quot;,&quot;manualOverrideText&quot;:&quot;[BNV13]&quot;},&quot;citationTag&quot;:&quot;MENDELEY_CITATION_v3_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&quot;,&quot;citationItems&quot;:[{&quot;id&quot;:&quot;bcffd936-fea3-3a0c-8984-205897014d34&quot;,&quot;itemData&quot;:{&quot;type&quot;:&quot;article-journal&quot;,&quot;id&quot;:&quot;bcffd936-fea3-3a0c-8984-205897014d34&quot;,&quot;title&quot;:&quot;The arcade learning environment: An evaluation platform for general agents&quot;,&quot;author&quot;:[{&quot;family&quot;:&quot;Bellemare&quot;,&quot;given&quot;:&quot;Marc G&quot;,&quot;parse-names&quot;:false,&quot;dropping-particle&quot;:&quot;&quot;,&quot;non-dropping-particle&quot;:&quot;&quot;},{&quot;family&quot;:&quot;Naddaf&quot;,&quot;given&quot;:&quot;Yavar&quot;,&quot;parse-names&quot;:false,&quot;dropping-particle&quot;:&quot;&quot;,&quot;non-dropping-particle&quot;:&quot;&quot;},{&quot;family&quot;:&quot;Veness&quot;,&quot;given&quot;:&quot;Joel&quot;,&quot;parse-names&quot;:false,&quot;dropping-particle&quot;:&quot;&quot;,&quot;non-dropping-particle&quot;:&quot;&quot;},{&quot;family&quot;:&quot;Bowling&quot;,&quot;given&quot;:&quot;Michael&quot;,&quot;parse-names&quot;:false,&quot;dropping-particle&quot;:&quot;&quot;,&quot;non-dropping-particle&quot;:&quot;&quot;}],&quot;container-title&quot;:&quot;Journal of artificial intelligence research&quot;,&quot;issued&quot;:{&quot;date-parts&quot;:[[2013]]},&quot;page&quot;:&quot;253-279&quot;,&quot;volume&quot;:&quot;47&quot;,&quot;container-title-short&quot;:&quot;&quot;},&quot;isTemporary&quot;:false}]},{&quot;citationID&quot;:&quot;MENDELEY_CITATION_9f6d18e4-aac9-4832-991e-7db840bf3c68&quot;,&quot;properties&quot;:{&quot;noteIndex&quot;:0},&quot;isEdited&quot;:false,&quot;manualOverride&quot;:{&quot;isManuallyOverridden&quot;:true,&quot;citeprocText&quot;:&quot;[BCPS16]&quot;,&quot;manualOverrideText&quot;:&quot;[BCP16]&quot;},&quot;citationTag&quot;:&quot;MENDELEY_CITATION_v3_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&quot;,&quot;citationItems&quot;:[{&quot;id&quot;:&quot;880495db-600a-3721-8ec0-0f1987604a7a&quot;,&quot;itemData&quot;:{&quot;type&quot;:&quot;article-journal&quot;,&quot;id&quot;:&quot;880495db-600a-3721-8ec0-0f1987604a7a&quot;,&quot;title&quot;:&quot;Openai gym&quot;,&quot;author&quot;:[{&quot;family&quot;:&quot;Brockman&quot;,&quot;given&quot;:&quot;Greg&quot;,&quot;parse-names&quot;:false,&quot;dropping-particle&quot;:&quot;&quot;,&quot;non-dropping-particle&quot;:&quot;&quot;},{&quot;family&quot;:&quot;Cheung&quot;,&quot;given&quot;:&quot;Vicki&quot;,&quot;parse-names&quot;:false,&quot;dropping-particle&quot;:&quot;&quot;,&quot;non-dropping-particle&quot;:&quot;&quot;},{&quot;family&quot;:&quot;Pettersson&quot;,&quot;given&quot;:&quot;Ludwig&quot;,&quot;parse-names&quot;:false,&quot;dropping-particle&quot;:&quot;&quot;,&quot;non-dropping-particle&quot;:&quot;&quot;},{&quot;family&quot;:&quot;Schneider&quot;,&quot;given&quot;:&quot;Jonas&quot;,&quot;parse-names&quot;:false,&quot;dropping-particle&quot;:&quot;&quot;,&quot;non-dropping-particle&quot;:&quot;&quot;},{&quot;family&quot;:&quot;Schulman&quot;,&quot;given&quot;:&quot;John&quot;,&quot;parse-names&quot;:false,&quot;dropping-particle&quot;:&quot;&quot;,&quot;non-dropping-particle&quot;:&quot;&quot;},{&quot;family&quot;:&quot;Tang&quot;,&quot;given&quot;:&quot;Jie&quot;,&quot;parse-names&quot;:false,&quot;dropping-particle&quot;:&quot;&quot;,&quot;non-dropping-particle&quot;:&quot;&quot;},{&quot;family&quot;:&quot;Zaremba&quot;,&quot;given&quot;:&quot;Wojciech&quot;,&quot;parse-names&quot;:false,&quot;dropping-particle&quot;:&quot;&quot;,&quot;non-dropping-particle&quot;:&quot;&quot;}],&quot;container-title&quot;:&quot;arXiv preprint arXiv:1606.01540&quot;,&quot;issued&quot;:{&quot;date-parts&quot;:[[2016]]},&quot;container-title-short&quot;:&quot;&quot;},&quot;isTemporary&quot;:false}]},{&quot;citationID&quot;:&quot;MENDELEY_CITATION_b6dff74c-1df0-494d-8417-1436989b3bac&quot;,&quot;properties&quot;:{&quot;noteIndex&quot;:0},&quot;isEdited&quot;:false,&quot;manualOverride&quot;:{&quot;isManuallyOverridden&quot;:true,&quot;citeprocText&quot;:&quot;[RHGK21]&quot;,&quot;manualOverrideText&quot;:&quot;[RHG21]&quot;},&quot;citationTag&quot;:&quot;MENDELEY_CITATION_v3_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&quot;,&quot;citationItems&quot;:[{&quot;id&quot;:&quot;f90d0a05-4b2c-39a5-903b-d88cefff2b43&quot;,&quot;itemData&quot;:{&quot;type&quot;:&quot;article-journal&quot;,&quot;id&quot;:&quot;f90d0a05-4b2c-39a5-903b-d88cefff2b43&quot;,&quot;title&quot;:&quot;Stable-baselines3: Reliable reinforcement learning implementations&quot;,&quot;author&quot;:[{&quot;family&quot;:&quot;Raffin&quot;,&quot;given&quot;:&quot;Antonin&quot;,&quot;parse-names&quot;:false,&quot;dropping-particle&quot;:&quot;&quot;,&quot;non-dropping-particle&quot;:&quot;&quot;},{&quot;family&quot;:&quot;Hill&quot;,&quot;given&quot;:&quot;Ashley&quot;,&quot;parse-names&quot;:false,&quot;dropping-particle&quot;:&quot;&quot;,&quot;non-dropping-particle&quot;:&quot;&quot;},{&quot;family&quot;:&quot;Gleave&quot;,&quot;given&quot;:&quot;Adam&quot;,&quot;parse-names&quot;:false,&quot;dropping-particle&quot;:&quot;&quot;,&quot;non-dropping-particle&quot;:&quot;&quot;},{&quot;family&quot;:&quot;Kanervisto&quot;,&quot;given&quot;:&quot;Anssi&quot;,&quot;parse-names&quot;:false,&quot;dropping-particle&quot;:&quot;&quot;,&quot;non-dropping-particle&quot;:&quot;&quot;},{&quot;family&quot;:&quot;Ernestus&quot;,&quot;given&quot;:&quot;Maximilian&quot;,&quot;parse-names&quot;:false,&quot;dropping-particle&quot;:&quot;&quot;,&quot;non-dropping-particle&quot;:&quot;&quot;},{&quot;family&quot;:&quot;Dormann&quot;,&quot;given&quot;:&quot;Noah&quot;,&quot;parse-names&quot;:false,&quot;dropping-particle&quot;:&quot;&quot;,&quot;non-dropping-particle&quot;:&quot;&quot;}],&quot;container-title&quot;:&quot;Journal of machine learning research&quot;,&quot;issued&quot;:{&quot;date-parts&quot;:[[2021]]},&quot;page&quot;:&quot;1-8&quot;,&quot;issue&quot;:&quot;268&quot;,&quot;volume&quot;:&quot;22&quot;,&quot;container-title-short&quot;:&quot;&quot;},&quot;isTemporary&quot;:false}]},{&quot;citationID&quot;:&quot;MENDELEY_CITATION_9664273e-145e-44c1-87ae-5462ba2ad229&quot;,&quot;properties&quot;:{&quot;noteIndex&quot;:0},&quot;isEdited&quot;:false,&quot;manualOverride&quot;:{&quot;isManuallyOverridden&quot;:true,&quot;citeprocText&quot;:&quot;[MKSR15]&quot;,&quot;manualOverrideText&quot;:&quot;[MKS15]&quot;},&quot;citationTag&quot;:&quot;MENDELEY_CITATION_v3_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&quot;,&quot;citationItems&quot;:[{&quot;id&quot;:&quot;e35466c2-d67a-358d-9279-936393a6c315&quot;,&quot;itemData&quot;:{&quot;type&quot;:&quot;article-journal&quot;,&quot;id&quot;:&quot;e35466c2-d67a-358d-9279-936393a6c315&quot;,&quot;title&quot;:&quot;Human-level control through deep reinforcement learning&quot;,&quot;author&quot;:[{&quot;family&quot;:&quot;Mnih&quot;,&quot;given&quot;:&quot;Volodymyr&quot;,&quot;parse-names&quot;:false,&quot;dropping-particle&quot;:&quot;&quot;,&quot;non-dropping-particle&quot;:&quot;&quot;},{&quot;family&quot;:&quot;Kavukcuoglu&quot;,&quot;given&quot;:&quot;Koray&quot;,&quot;parse-names&quot;:false,&quot;dropping-particle&quot;:&quot;&quot;,&quot;non-dropping-particle&quot;:&quot;&quot;},{&quot;family&quot;:&quot;Silver&quot;,&quot;given&quot;:&quot;David&quot;,&quot;parse-names&quot;:false,&quot;dropping-particle&quot;:&quot;&quot;,&quot;non-dropping-particle&quot;:&quot;&quot;},{&quot;family&quot;:&quot;Rusu&quot;,&quot;given&quot;:&quot;Andrei A&quot;,&quot;parse-names&quot;:false,&quot;dropping-particle&quot;:&quot;&quot;,&quot;non-dropping-particle&quot;:&quot;&quot;},{&quot;family&quot;:&quot;Veness&quot;,&quot;given&quot;:&quot;Joel&quot;,&quot;parse-names&quot;:false,&quot;dropping-particle&quot;:&quot;&quot;,&quot;non-dropping-particle&quot;:&quot;&quot;},{&quot;family&quot;:&quot;Bellemare&quot;,&quot;given&quot;:&quot;Marc G&quot;,&quot;parse-names&quot;:false,&quot;dropping-particle&quot;:&quot;&quot;,&quot;non-dropping-particle&quot;:&quot;&quot;},{&quot;family&quot;:&quot;Graves&quot;,&quot;given&quot;:&quot;Alex&quot;,&quot;parse-names&quot;:false,&quot;dropping-particle&quot;:&quot;&quot;,&quot;non-dropping-particle&quot;:&quot;&quot;},{&quot;family&quot;:&quot;Riedmiller&quot;,&quot;given&quot;:&quot;Martin&quot;,&quot;parse-names&quot;:false,&quot;dropping-particle&quot;:&quot;&quot;,&quot;non-dropping-particle&quot;:&quot;&quot;},{&quot;family&quot;:&quot;Fidjeland&quot;,&quot;given&quot;:&quot;Andreas K&quot;,&quot;parse-names&quot;:false,&quot;dropping-particle&quot;:&quot;&quot;,&quot;non-dropping-particle&quot;:&quot;&quot;},{&quot;family&quot;:&quot;Ostrovski&quot;,&quot;given&quot;:&quot;Georg&quot;,&quot;parse-names&quot;:false,&quot;dropping-particle&quot;:&quot;&quot;,&quot;non-dropping-particle&quot;:&quot;&quot;},{&quot;family&quot;:&quot;others&quot;,&quot;given&quot;:&quot;&quot;,&quot;parse-names&quot;:false,&quot;dropping-particle&quot;:&quot;&quot;,&quot;non-dropping-particle&quot;:&quot;&quot;}],&quot;container-title&quot;:&quot;nature&quot;,&quot;issued&quot;:{&quot;date-parts&quot;:[[2015]]},&quot;page&quot;:&quot;529-533&quot;,&quot;publisher&quot;:&quot;Nature Publishing Group&quot;,&quot;issue&quot;:&quot;7540&quot;,&quot;volume&quot;:&quot;518&quot;,&quot;container-title-short&quot;:&quot;Nature&quot;},&quot;isTemporary&quot;:false}]},{&quot;citationID&quot;:&quot;MENDELEY_CITATION_4c24eb75-ee59-4e0e-9ac2-de4e2448c57f&quot;,&quot;properties&quot;:{&quot;noteIndex&quot;:0},&quot;isEdited&quot;:false,&quot;manualOverride&quot;:{&quot;isManuallyOverridden&quot;:true,&quot;citeprocText&quot;:&quot;[HaGS16]&quot;,&quot;manualOverrideText&quot;:&quot;[HGS16]&quot;},&quot;citationTag&quot;:&quot;MENDELEY_CITATION_v3_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&quot;,&quot;citationItems&quot;:[{&quot;id&quot;:&quot;8f8c9e7e-c876-30c3-9251-1896a5d990f3&quot;,&quot;itemData&quot;:{&quot;type&quot;:&quot;paper-conference&quot;,&quot;id&quot;:&quot;8f8c9e7e-c876-30c3-9251-1896a5d990f3&quot;,&quot;title&quot;:&quot;Deep reinforcement learning with double q-learning&quot;,&quot;author&quot;:[{&quot;family&quot;:&quot;Hasselt&quot;,&quot;given&quot;:&quot;Hado&quot;,&quot;parse-names&quot;:false,&quot;dropping-particle&quot;:&quot;&quot;,&quot;non-dropping-particle&quot;:&quot;Van&quot;},{&quot;family&quot;:&quot;Guez&quot;,&quot;given&quot;:&quot;Arthur&quot;,&quot;parse-names&quot;:false,&quot;dropping-particle&quot;:&quot;&quot;,&quot;non-dropping-particle&quot;:&quot;&quot;},{&quot;family&quot;:&quot;Silver&quot;,&quot;given&quot;:&quot;David&quot;,&quot;parse-names&quot;:false,&quot;dropping-particle&quot;:&quot;&quot;,&quot;non-dropping-particle&quot;:&quot;&quot;}],&quot;container-title&quot;:&quot;Proceedings of the AAAI conference on artificial intelligence&quot;,&quot;issued&quot;:{&quot;date-parts&quot;:[[2016]]},&quot;issue&quot;:&quot;1&quot;,&quot;volume&quot;:&quot;30&quot;,&quot;container-title-short&quot;:&quot;&quot;},&quot;isTemporary&quot;:false}]},{&quot;citationID&quot;:&quot;MENDELEY_CITATION_ca6b9b38-9e5a-4958-abaf-087d2ce4493f&quot;,&quot;properties&quot;:{&quot;noteIndex&quot;:0},&quot;isEdited&quot;:false,&quot;manualOverride&quot;:{&quot;isManuallyOverridden&quot;:true,&quot;citeprocText&quot;:&quot;[AnRi18]&quot;,&quot;manualOverrideText&quot;:&quot;[ANR18]&quot;},&quot;citationTag&quot;:&quot;MENDELEY_CITATION_v3_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&quot;,&quot;citationItems&quot;:[{&quot;id&quot;:&quot;aa7934e5-ab45-32f4-979d-c37b7324c50b&quot;,&quot;itemData&quot;:{&quot;type&quot;:&quot;article-journal&quot;,&quot;id&quot;:&quot;aa7934e5-ab45-32f4-979d-c37b7324c50b&quot;,&quot;title&quot;:&quot;Reinforcement learning: an introduction&quot;,&quot;author&quot;:[{&quot;family&quot;:&quot;Andrew&quot;,&quot;given&quot;:&quot;Barto&quot;,&quot;parse-names&quot;:false,&quot;dropping-particle&quot;:&quot;&quot;,&quot;non-dropping-particle&quot;:&quot;&quot;},{&quot;family&quot;:&quot;Richard S&quot;,&quot;given&quot;:&quot;Sutton&quot;,&quot;parse-names&quot;:false,&quot;dropping-particle&quot;:&quot;&quot;,&quot;non-dropping-particle&quot;:&quot;&quot;}],&quot;issued&quot;:{&quot;date-parts&quot;:[[2018]]},&quot;publisher&quot;:&quot;The MIT Press&quot;,&quot;container-title-short&quot;:&quot;&quot;},&quot;isTemporary&quot;:false}]},{&quot;citationID&quot;:&quot;MENDELEY_CITATION_aaa70fde-e3c3-42bc-b862-a56363a31d1b&quot;,&quot;properties&quot;:{&quot;noteIndex&quot;:0},&quot;isEdited&quot;:false,&quot;manualOverride&quot;:{&quot;isManuallyOverridden&quot;:true,&quot;citeprocText&quot;:&quot;[Mich04]&quot;,&quot;manualOverrideText&quot;:&quot;[MIC04]&quot;},&quot;citationTag&quot;:&quot;MENDELEY_CITATION_v3_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&quot;,&quot;citationItems&quot;:[{&quot;id&quot;:&quot;ea15fe31-b5e0-39b2-ba1e-be55683e3e13&quot;,&quot;itemData&quot;:{&quot;type&quot;:&quot;article-journal&quot;,&quot;id&quot;:&quot;ea15fe31-b5e0-39b2-ba1e-be55683e3e13&quot;,&quot;title&quot;:&quot;Cyberbotics ltd. webots™: professional mobile robot simulation&quot;,&quot;author&quot;:[{&quot;family&quot;:&quot;Michel&quot;,&quot;given&quot;:&quot;Olivier&quot;,&quot;parse-names&quot;:false,&quot;dropping-particle&quot;:&quot;&quot;,&quot;non-dropping-particle&quot;:&quot;&quot;}],&quot;container-title&quot;:&quot;International Journal of Advanced Robotic Systems&quot;,&quot;issued&quot;:{&quot;date-parts&quot;:[[2004]]},&quot;page&quot;:&quot;5&quot;,&quot;publisher&quot;:&quot;SAGE Publications Sage UK: London, England&quot;,&quot;issue&quot;:&quot;1&quot;,&quot;volume&quot;:&quot;1&quot;,&quot;container-title-short&quot;:&quot;Int. J. Adv. Robot. Syst.&quot;},&quot;isTemporary&quot;:false}]},{&quot;citationID&quot;:&quot;MENDELEY_CITATION_9bc51f1f-7b1f-48dc-a69c-fbacabaec8c7&quot;,&quot;properties&quot;:{&quot;noteIndex&quot;:0},&quot;isEdited&quot;:false,&quot;manualOverride&quot;:{&quot;isManuallyOverridden&quot;:true,&quot;citeprocText&quot;:&quot;[RHGK21]&quot;,&quot;manualOverrideText&quot;:&quot;[RHG21]&quot;},&quot;citationTag&quot;:&quot;MENDELEY_CITATION_v3_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&quot;,&quot;citationItems&quot;:[{&quot;id&quot;:&quot;f90d0a05-4b2c-39a5-903b-d88cefff2b43&quot;,&quot;itemData&quot;:{&quot;type&quot;:&quot;article-journal&quot;,&quot;id&quot;:&quot;f90d0a05-4b2c-39a5-903b-d88cefff2b43&quot;,&quot;title&quot;:&quot;Stable-baselines3: Reliable reinforcement learning implementations&quot;,&quot;author&quot;:[{&quot;family&quot;:&quot;Raffin&quot;,&quot;given&quot;:&quot;Antonin&quot;,&quot;parse-names&quot;:false,&quot;dropping-particle&quot;:&quot;&quot;,&quot;non-dropping-particle&quot;:&quot;&quot;},{&quot;family&quot;:&quot;Hill&quot;,&quot;given&quot;:&quot;Ashley&quot;,&quot;parse-names&quot;:false,&quot;dropping-particle&quot;:&quot;&quot;,&quot;non-dropping-particle&quot;:&quot;&quot;},{&quot;family&quot;:&quot;Gleave&quot;,&quot;given&quot;:&quot;Adam&quot;,&quot;parse-names&quot;:false,&quot;dropping-particle&quot;:&quot;&quot;,&quot;non-dropping-particle&quot;:&quot;&quot;},{&quot;family&quot;:&quot;Kanervisto&quot;,&quot;given&quot;:&quot;Anssi&quot;,&quot;parse-names&quot;:false,&quot;dropping-particle&quot;:&quot;&quot;,&quot;non-dropping-particle&quot;:&quot;&quot;},{&quot;family&quot;:&quot;Ernestus&quot;,&quot;given&quot;:&quot;Maximilian&quot;,&quot;parse-names&quot;:false,&quot;dropping-particle&quot;:&quot;&quot;,&quot;non-dropping-particle&quot;:&quot;&quot;},{&quot;family&quot;:&quot;Dormann&quot;,&quot;given&quot;:&quot;Noah&quot;,&quot;parse-names&quot;:false,&quot;dropping-particle&quot;:&quot;&quot;,&quot;non-dropping-particle&quot;:&quot;&quot;}],&quot;container-title&quot;:&quot;Journal of machine learning research&quot;,&quot;issued&quot;:{&quot;date-parts&quot;:[[2021]]},&quot;page&quot;:&quot;1-8&quot;,&quot;issue&quot;:&quot;268&quot;,&quot;volume&quot;:&quot;22&quot;,&quot;container-title-short&quot;:&quot;&quot;},&quot;isTemporary&quot;:false}]},{&quot;citationID&quot;:&quot;MENDELEY_CITATION_e2912c1c-2276-4076-8810-9085aec88857&quot;,&quot;properties&quot;:{&quot;noteIndex&quot;:0},&quot;isEdited&quot;:false,&quot;manualOverride&quot;:{&quot;isManuallyOverridden&quot;:true,&quot;citeprocText&quot;:&quot;[PGML19]&quot;,&quot;manualOverrideText&quot;:&quot;[PGM19]&quot;},&quot;citationTag&quot;:&quot;MENDELEY_CITATION_v3_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&quot;,&quot;citationItems&quot;:[{&quot;id&quot;:&quot;8f411ea9-65ac-3ce5-86b2-c469f6aafbc6&quot;,&quot;itemData&quot;:{&quot;type&quot;:&quot;article-journal&quot;,&quot;id&quot;:&quot;8f411ea9-65ac-3ce5-86b2-c469f6aafbc6&quot;,&quot;title&quot;:&quot;Pytorch: An imperative style, high-performance deep learning library&quot;,&quot;author&quot;:[{&quot;family&quot;:&quot;Paszke&quot;,&quot;given&quot;:&quot;Adam&quot;,&quot;parse-names&quot;:false,&quot;dropping-particle&quot;:&quot;&quot;,&quot;non-dropping-particle&quot;:&quot;&quot;},{&quot;family&quot;:&quot;Gross&quot;,&quot;given&quot;:&quot;Sam&quot;,&quot;parse-names&quot;:false,&quot;dropping-particle&quot;:&quot;&quot;,&quot;non-dropping-particle&quot;:&quot;&quot;},{&quot;family&quot;:&quot;Massa&quot;,&quot;given&quot;:&quot;Francisco&quot;,&quot;parse-names&quot;:false,&quot;dropping-particle&quot;:&quot;&quot;,&quot;non-dropping-particle&quot;:&quot;&quot;},{&quot;family&quot;:&quot;Lerer&quot;,&quot;given&quot;:&quot;Adam&quot;,&quot;parse-names&quot;:false,&quot;dropping-particle&quot;:&quot;&quot;,&quot;non-dropping-particle&quot;:&quot;&quot;},{&quot;family&quot;:&quot;Bradbury&quot;,&quot;given&quot;:&quot;James&quot;,&quot;parse-names&quot;:false,&quot;dropping-particle&quot;:&quot;&quot;,&quot;non-dropping-particle&quot;:&quot;&quot;},{&quot;family&quot;:&quot;Chanan&quot;,&quot;given&quot;:&quot;Gregory&quot;,&quot;parse-names&quot;:false,&quot;dropping-particle&quot;:&quot;&quot;,&quot;non-dropping-particle&quot;:&quot;&quot;},{&quot;family&quot;:&quot;Killeen&quot;,&quot;given&quot;:&quot;Trevor&quot;,&quot;parse-names&quot;:false,&quot;dropping-particle&quot;:&quot;&quot;,&quot;non-dropping-particle&quot;:&quot;&quot;},{&quot;family&quot;:&quot;Lin&quot;,&quot;given&quot;:&quot;Zeming&quot;,&quot;parse-names&quot;:false,&quot;dropping-particle&quot;:&quot;&quot;,&quot;non-dropping-particle&quot;:&quot;&quot;},{&quot;family&quot;:&quot;Gimelshein&quot;,&quot;given&quot;:&quot;Natalia&quot;,&quot;parse-names&quot;:false,&quot;dropping-particle&quot;:&quot;&quot;,&quot;non-dropping-particle&quot;:&quot;&quot;},{&quot;family&quot;:&quot;Antiga&quot;,&quot;given&quot;:&quot;Luca&quot;,&quot;parse-names&quot;:false,&quot;dropping-particle&quot;:&quot;&quot;,&quot;non-dropping-particle&quot;:&quot;&quot;},{&quot;family&quot;:&quot;others&quot;,&quot;given&quot;:&quot;&quot;,&quot;parse-names&quot;:false,&quot;dropping-particle&quot;:&quot;&quot;,&quot;non-dropping-particle&quot;:&quot;&quot;}],&quot;container-title&quot;:&quot;Advances in neural information processing systems&quot;,&quot;issued&quot;:{&quot;date-parts&quot;:[[2019]]},&quot;volume&quot;:&quot;32&quot;,&quot;container-title-short&quot;:&quot;Adv. Neural Inf. Process. Syst.&quot;},&quot;isTemporary&quot;:false}]},{&quot;citationID&quot;:&quot;MENDELEY_CITATION_2fa0de39-0252-4a45-992d-9d46837ea68f&quot;,&quot;properties&quot;:{&quot;noteIndex&quot;:0},&quot;isEdited&quot;:false,&quot;manualOverride&quot;:{&quot;isManuallyOverridden&quot;:true,&quot;citeprocText&quot;:&quot;[MKSR15]&quot;,&quot;manualOverrideText&quot;:&quot;[MKS15]&quot;},&quot;citationTag&quot;:&quot;MENDELEY_CITATION_v3_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&quot;,&quot;citationItems&quot;:[{&quot;id&quot;:&quot;e35466c2-d67a-358d-9279-936393a6c315&quot;,&quot;itemData&quot;:{&quot;type&quot;:&quot;article-journal&quot;,&quot;id&quot;:&quot;e35466c2-d67a-358d-9279-936393a6c315&quot;,&quot;title&quot;:&quot;Human-level control through deep reinforcement learning&quot;,&quot;author&quot;:[{&quot;family&quot;:&quot;Mnih&quot;,&quot;given&quot;:&quot;Volodymyr&quot;,&quot;parse-names&quot;:false,&quot;dropping-particle&quot;:&quot;&quot;,&quot;non-dropping-particle&quot;:&quot;&quot;},{&quot;family&quot;:&quot;Kavukcuoglu&quot;,&quot;given&quot;:&quot;Koray&quot;,&quot;parse-names&quot;:false,&quot;dropping-particle&quot;:&quot;&quot;,&quot;non-dropping-particle&quot;:&quot;&quot;},{&quot;family&quot;:&quot;Silver&quot;,&quot;given&quot;:&quot;David&quot;,&quot;parse-names&quot;:false,&quot;dropping-particle&quot;:&quot;&quot;,&quot;non-dropping-particle&quot;:&quot;&quot;},{&quot;family&quot;:&quot;Rusu&quot;,&quot;given&quot;:&quot;Andrei A&quot;,&quot;parse-names&quot;:false,&quot;dropping-particle&quot;:&quot;&quot;,&quot;non-dropping-particle&quot;:&quot;&quot;},{&quot;family&quot;:&quot;Veness&quot;,&quot;given&quot;:&quot;Joel&quot;,&quot;parse-names&quot;:false,&quot;dropping-particle&quot;:&quot;&quot;,&quot;non-dropping-particle&quot;:&quot;&quot;},{&quot;family&quot;:&quot;Bellemare&quot;,&quot;given&quot;:&quot;Marc G&quot;,&quot;parse-names&quot;:false,&quot;dropping-particle&quot;:&quot;&quot;,&quot;non-dropping-particle&quot;:&quot;&quot;},{&quot;family&quot;:&quot;Graves&quot;,&quot;given&quot;:&quot;Alex&quot;,&quot;parse-names&quot;:false,&quot;dropping-particle&quot;:&quot;&quot;,&quot;non-dropping-particle&quot;:&quot;&quot;},{&quot;family&quot;:&quot;Riedmiller&quot;,&quot;given&quot;:&quot;Martin&quot;,&quot;parse-names&quot;:false,&quot;dropping-particle&quot;:&quot;&quot;,&quot;non-dropping-particle&quot;:&quot;&quot;},{&quot;family&quot;:&quot;Fidjeland&quot;,&quot;given&quot;:&quot;Andreas K&quot;,&quot;parse-names&quot;:false,&quot;dropping-particle&quot;:&quot;&quot;,&quot;non-dropping-particle&quot;:&quot;&quot;},{&quot;family&quot;:&quot;Ostrovski&quot;,&quot;given&quot;:&quot;Georg&quot;,&quot;parse-names&quot;:false,&quot;dropping-particle&quot;:&quot;&quot;,&quot;non-dropping-particle&quot;:&quot;&quot;},{&quot;family&quot;:&quot;others&quot;,&quot;given&quot;:&quot;&quot;,&quot;parse-names&quot;:false,&quot;dropping-particle&quot;:&quot;&quot;,&quot;non-dropping-particle&quot;:&quot;&quot;}],&quot;container-title&quot;:&quot;nature&quot;,&quot;issued&quot;:{&quot;date-parts&quot;:[[2015]]},&quot;page&quot;:&quot;529-533&quot;,&quot;publisher&quot;:&quot;Nature Publishing Group&quot;,&quot;issue&quot;:&quot;7540&quot;,&quot;volume&quot;:&quot;518&quot;,&quot;container-title-short&quot;:&quot;Nature&quot;},&quot;isTemporary&quot;:false}]},{&quot;citationID&quot;:&quot;MENDELEY_CITATION_04c85435-72a4-4b2c-ae5a-10267cbca060&quot;,&quot;properties&quot;:{&quot;noteIndex&quot;:0},&quot;isEdited&quot;:false,&quot;manualOverride&quot;:{&quot;isManuallyOverridden&quot;:true,&quot;citeprocText&quot;:&quot;[AnRi18]&quot;,&quot;manualOverrideText&quot;:&quot;[ANR18]&quot;},&quot;citationTag&quot;:&quot;MENDELEY_CITATION_v3_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&quot;,&quot;citationItems&quot;:[{&quot;id&quot;:&quot;aa7934e5-ab45-32f4-979d-c37b7324c50b&quot;,&quot;itemData&quot;:{&quot;type&quot;:&quot;article-journal&quot;,&quot;id&quot;:&quot;aa7934e5-ab45-32f4-979d-c37b7324c50b&quot;,&quot;title&quot;:&quot;Reinforcement learning: an introduction&quot;,&quot;author&quot;:[{&quot;family&quot;:&quot;Andrew&quot;,&quot;given&quot;:&quot;Barto&quot;,&quot;parse-names&quot;:false,&quot;dropping-particle&quot;:&quot;&quot;,&quot;non-dropping-particle&quot;:&quot;&quot;},{&quot;family&quot;:&quot;Richard S&quot;,&quot;given&quot;:&quot;Sutton&quot;,&quot;parse-names&quot;:false,&quot;dropping-particle&quot;:&quot;&quot;,&quot;non-dropping-particle&quot;:&quot;&quot;}],&quot;issued&quot;:{&quot;date-parts&quot;:[[2018]]},&quot;publisher&quot;:&quot;The MIT Press&quot;,&quot;container-title-short&quot;:&quot;&quot;},&quot;isTemporary&quot;:false}]},{&quot;citationID&quot;:&quot;MENDELEY_CITATION_ae2034c4-5012-4fda-81da-1dacdb538861&quot;,&quot;properties&quot;:{&quot;noteIndex&quot;:0},&quot;isEdited&quot;:false,&quot;manualOverride&quot;:{&quot;isManuallyOverridden&quot;:true,&quot;citeprocText&quot;:&quot;[RHGK21]&quot;,&quot;manualOverrideText&quot;:&quot;[RHF21]&quot;},&quot;citationTag&quot;:&quot;MENDELEY_CITATION_v3_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&quot;,&quot;citationItems&quot;:[{&quot;id&quot;:&quot;f90d0a05-4b2c-39a5-903b-d88cefff2b43&quot;,&quot;itemData&quot;:{&quot;type&quot;:&quot;article-journal&quot;,&quot;id&quot;:&quot;f90d0a05-4b2c-39a5-903b-d88cefff2b43&quot;,&quot;title&quot;:&quot;Stable-baselines3: Reliable reinforcement learning implementations&quot;,&quot;author&quot;:[{&quot;family&quot;:&quot;Raffin&quot;,&quot;given&quot;:&quot;Antonin&quot;,&quot;parse-names&quot;:false,&quot;dropping-particle&quot;:&quot;&quot;,&quot;non-dropping-particle&quot;:&quot;&quot;},{&quot;family&quot;:&quot;Hill&quot;,&quot;given&quot;:&quot;Ashley&quot;,&quot;parse-names&quot;:false,&quot;dropping-particle&quot;:&quot;&quot;,&quot;non-dropping-particle&quot;:&quot;&quot;},{&quot;family&quot;:&quot;Gleave&quot;,&quot;given&quot;:&quot;Adam&quot;,&quot;parse-names&quot;:false,&quot;dropping-particle&quot;:&quot;&quot;,&quot;non-dropping-particle&quot;:&quot;&quot;},{&quot;family&quot;:&quot;Kanervisto&quot;,&quot;given&quot;:&quot;Anssi&quot;,&quot;parse-names&quot;:false,&quot;dropping-particle&quot;:&quot;&quot;,&quot;non-dropping-particle&quot;:&quot;&quot;},{&quot;family&quot;:&quot;Ernestus&quot;,&quot;given&quot;:&quot;Maximilian&quot;,&quot;parse-names&quot;:false,&quot;dropping-particle&quot;:&quot;&quot;,&quot;non-dropping-particle&quot;:&quot;&quot;},{&quot;family&quot;:&quot;Dormann&quot;,&quot;given&quot;:&quot;Noah&quot;,&quot;parse-names&quot;:false,&quot;dropping-particle&quot;:&quot;&quot;,&quot;non-dropping-particle&quot;:&quot;&quot;}],&quot;container-title&quot;:&quot;Journal of machine learning research&quot;,&quot;issued&quot;:{&quot;date-parts&quot;:[[2021]]},&quot;page&quot;:&quot;1-8&quot;,&quot;issue&quot;:&quot;268&quot;,&quot;volume&quot;:&quot;22&quot;,&quot;container-title-short&quot;:&quot;&quot;},&quot;isTemporary&quot;:false}]},{&quot;citationID&quot;:&quot;MENDELEY_CITATION_cbcb4817-250f-4512-8599-927d56ef59c6&quot;,&quot;properties&quot;:{&quot;noteIndex&quot;:0},&quot;isEdited&quot;:false,&quot;manualOverride&quot;:{&quot;isManuallyOverridden&quot;:true,&quot;citeprocText&quot;:&quot;[HaGS16]&quot;,&quot;manualOverrideText&quot;:&quot;VGS16]&quot;},&quot;citationTag&quot;:&quot;MENDELEY_CITATION_v3_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&quot;,&quot;citationItems&quot;:[{&quot;id&quot;:&quot;8f8c9e7e-c876-30c3-9251-1896a5d990f3&quot;,&quot;itemData&quot;:{&quot;type&quot;:&quot;paper-conference&quot;,&quot;id&quot;:&quot;8f8c9e7e-c876-30c3-9251-1896a5d990f3&quot;,&quot;title&quot;:&quot;Deep reinforcement learning with double q-learning&quot;,&quot;author&quot;:[{&quot;family&quot;:&quot;Hasselt&quot;,&quot;given&quot;:&quot;Hado&quot;,&quot;parse-names&quot;:false,&quot;dropping-particle&quot;:&quot;&quot;,&quot;non-dropping-particle&quot;:&quot;Van&quot;},{&quot;family&quot;:&quot;Guez&quot;,&quot;given&quot;:&quot;Arthur&quot;,&quot;parse-names&quot;:false,&quot;dropping-particle&quot;:&quot;&quot;,&quot;non-dropping-particle&quot;:&quot;&quot;},{&quot;family&quot;:&quot;Silver&quot;,&quot;given&quot;:&quot;David&quot;,&quot;parse-names&quot;:false,&quot;dropping-particle&quot;:&quot;&quot;,&quot;non-dropping-particle&quot;:&quot;&quot;}],&quot;container-title&quot;:&quot;Proceedings of the AAAI conference on artificial intelligence&quot;,&quot;issued&quot;:{&quot;date-parts&quot;:[[2016]]},&quot;issue&quot;:&quot;1&quot;,&quot;volume&quot;:&quot;30&quot;,&quot;container-title-short&quot;:&quot;&quot;},&quot;isTemporary&quot;:false}]},{&quot;citationID&quot;:&quot;MENDELEY_CITATION_3edd9d61-1cd4-4eb2-baa7-86d1b4876caf&quot;,&quot;properties&quot;:{&quot;noteIndex&quot;:0},&quot;isEdited&quot;:false,&quot;manualOverride&quot;:{&quot;isManuallyOverridden&quot;:true,&quot;citeprocText&quot;:&quot;[AnRi18]&quot;,&quot;manualOverrideText&quot;:&quot;[SUT18]&quot;},&quot;citationTag&quot;:&quot;MENDELEY_CITATION_v3_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&quot;,&quot;citationItems&quot;:[{&quot;id&quot;:&quot;aa7934e5-ab45-32f4-979d-c37b7324c50b&quot;,&quot;itemData&quot;:{&quot;type&quot;:&quot;article-journal&quot;,&quot;id&quot;:&quot;aa7934e5-ab45-32f4-979d-c37b7324c50b&quot;,&quot;title&quot;:&quot;Reinforcement learning: an introduction&quot;,&quot;author&quot;:[{&quot;family&quot;:&quot;Andrew&quot;,&quot;given&quot;:&quot;Barto&quot;,&quot;parse-names&quot;:false,&quot;dropping-particle&quot;:&quot;&quot;,&quot;non-dropping-particle&quot;:&quot;&quot;},{&quot;family&quot;:&quot;Richard S&quot;,&quot;given&quot;:&quot;Sutton&quot;,&quot;parse-names&quot;:false,&quot;dropping-particle&quot;:&quot;&quot;,&quot;non-dropping-particle&quot;:&quot;&quot;}],&quot;issued&quot;:{&quot;date-parts&quot;:[[2018]]},&quot;publisher&quot;:&quot;The MIT Press&quot;,&quot;container-title-short&quot;:&quot;&quot;},&quot;isTemporary&quot;:false}]},{&quot;citationID&quot;:&quot;MENDELEY_CITATION_4436c614-89a6-4f82-a4b4-b2b7e72e78ca&quot;,&quot;properties&quot;:{&quot;noteIndex&quot;:0},&quot;isEdited&quot;:false,&quot;manualOverride&quot;:{&quot;isManuallyOverridden&quot;:true,&quot;citeprocText&quot;:&quot;[HMHS18]&quot;,&quot;manualOverrideText&quot;:&quot;[HMV18]&quot;},&quot;citationTag&quot;:&quot;MENDELEY_CITATION_v3_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&quot;,&quot;citationItems&quot;:[{&quot;id&quot;:&quot;251f8361-ea5c-330b-802d-c54e10f8d811&quot;,&quot;itemData&quot;:{&quot;type&quot;:&quot;paper-conference&quot;,&quot;id&quot;:&quot;251f8361-ea5c-330b-802d-c54e10f8d811&quot;,&quot;title&quot;:&quot;Rainbow: Combining improvements in deep reinforcement learning&quot;,&quot;author&quot;:[{&quot;family&quot;:&quot;Hessel&quot;,&quot;given&quot;:&quot;Matteo&quot;,&quot;parse-names&quot;:false,&quot;dropping-particle&quot;:&quot;&quot;,&quot;non-dropping-particle&quot;:&quot;&quot;},{&quot;family&quot;:&quot;Modayil&quot;,&quot;given&quot;:&quot;Joseph&quot;,&quot;parse-names&quot;:false,&quot;dropping-particle&quot;:&quot;&quot;,&quot;non-dropping-particle&quot;:&quot;&quot;},{&quot;family&quot;:&quot;Hasselt&quot;,&quot;given&quot;:&quot;Hado&quot;,&quot;parse-names&quot;:false,&quot;dropping-particle&quot;:&quot;&quot;,&quot;non-dropping-particle&quot;:&quot;Van&quot;},{&quot;family&quot;:&quot;Schaul&quot;,&quot;given&quot;:&quot;Tom&quot;,&quot;parse-names&quot;:false,&quot;dropping-particle&quot;:&quot;&quot;,&quot;non-dropping-particle&quot;:&quot;&quot;},{&quot;family&quot;:&quot;Ostrovski&quot;,&quot;given&quot;:&quot;Georg&quot;,&quot;parse-names&quot;:false,&quot;dropping-particle&quot;:&quot;&quot;,&quot;non-dropping-particle&quot;:&quot;&quot;},{&quot;family&quot;:&quot;Dabney&quot;,&quot;given&quot;:&quot;Will&quot;,&quot;parse-names&quot;:false,&quot;dropping-particle&quot;:&quot;&quot;,&quot;non-dropping-particle&quot;:&quot;&quot;},{&quot;family&quot;:&quot;Horgan&quot;,&quot;given&quot;:&quot;Dan&quot;,&quot;parse-names&quot;:false,&quot;dropping-particle&quot;:&quot;&quot;,&quot;non-dropping-particle&quot;:&quot;&quot;},{&quot;family&quot;:&quot;Piot&quot;,&quot;given&quot;:&quot;Bilal&quot;,&quot;parse-names&quot;:false,&quot;dropping-particle&quot;:&quot;&quot;,&quot;non-dropping-particle&quot;:&quot;&quot;},{&quot;family&quot;:&quot;Azar&quot;,&quot;given&quot;:&quot;Mohammad&quot;,&quot;parse-names&quot;:false,&quot;dropping-particle&quot;:&quot;&quot;,&quot;non-dropping-particle&quot;:&quot;&quot;},{&quot;family&quot;:&quot;Silver&quot;,&quot;given&quot;:&quot;David&quot;,&quot;parse-names&quot;:false,&quot;dropping-particle&quot;:&quot;&quot;,&quot;non-dropping-particle&quot;:&quot;&quot;}],&quot;container-title&quot;:&quot;Proceedings of the AAAI conference on artificial intelligence&quot;,&quot;issued&quot;:{&quot;date-parts&quot;:[[2018]]},&quot;issue&quot;:&quot;1&quot;,&quot;volume&quot;:&quot;32&quot;,&quot;container-title-short&quot;:&quot;&quot;},&quot;isTemporary&quot;:false}]},{&quot;citationID&quot;:&quot;MENDELEY_CITATION_c6c7dc1c-6735-4ad0-abcc-67b00825e069&quot;,&quot;properties&quot;:{&quot;noteIndex&quot;:0},&quot;isEdited&quot;:false,&quot;manualOverride&quot;:{&quot;isManuallyOverridden&quot;:true,&quot;citeprocText&quot;:&quot;[MKSR15]&quot;,&quot;manualOverrideText&quot;:&quot;[MKS15]&quot;},&quot;citationTag&quot;:&quot;MENDELEY_CITATION_v3_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&quot;,&quot;citationItems&quot;:[{&quot;id&quot;:&quot;e35466c2-d67a-358d-9279-936393a6c315&quot;,&quot;itemData&quot;:{&quot;type&quot;:&quot;article-journal&quot;,&quot;id&quot;:&quot;e35466c2-d67a-358d-9279-936393a6c315&quot;,&quot;title&quot;:&quot;Human-level control through deep reinforcement learning&quot;,&quot;author&quot;:[{&quot;family&quot;:&quot;Mnih&quot;,&quot;given&quot;:&quot;Volodymyr&quot;,&quot;parse-names&quot;:false,&quot;dropping-particle&quot;:&quot;&quot;,&quot;non-dropping-particle&quot;:&quot;&quot;},{&quot;family&quot;:&quot;Kavukcuoglu&quot;,&quot;given&quot;:&quot;Koray&quot;,&quot;parse-names&quot;:false,&quot;dropping-particle&quot;:&quot;&quot;,&quot;non-dropping-particle&quot;:&quot;&quot;},{&quot;family&quot;:&quot;Silver&quot;,&quot;given&quot;:&quot;David&quot;,&quot;parse-names&quot;:false,&quot;dropping-particle&quot;:&quot;&quot;,&quot;non-dropping-particle&quot;:&quot;&quot;},{&quot;family&quot;:&quot;Rusu&quot;,&quot;given&quot;:&quot;Andrei A&quot;,&quot;parse-names&quot;:false,&quot;dropping-particle&quot;:&quot;&quot;,&quot;non-dropping-particle&quot;:&quot;&quot;},{&quot;family&quot;:&quot;Veness&quot;,&quot;given&quot;:&quot;Joel&quot;,&quot;parse-names&quot;:false,&quot;dropping-particle&quot;:&quot;&quot;,&quot;non-dropping-particle&quot;:&quot;&quot;},{&quot;family&quot;:&quot;Bellemare&quot;,&quot;given&quot;:&quot;Marc G&quot;,&quot;parse-names&quot;:false,&quot;dropping-particle&quot;:&quot;&quot;,&quot;non-dropping-particle&quot;:&quot;&quot;},{&quot;family&quot;:&quot;Graves&quot;,&quot;given&quot;:&quot;Alex&quot;,&quot;parse-names&quot;:false,&quot;dropping-particle&quot;:&quot;&quot;,&quot;non-dropping-particle&quot;:&quot;&quot;},{&quot;family&quot;:&quot;Riedmiller&quot;,&quot;given&quot;:&quot;Martin&quot;,&quot;parse-names&quot;:false,&quot;dropping-particle&quot;:&quot;&quot;,&quot;non-dropping-particle&quot;:&quot;&quot;},{&quot;family&quot;:&quot;Fidjeland&quot;,&quot;given&quot;:&quot;Andreas K&quot;,&quot;parse-names&quot;:false,&quot;dropping-particle&quot;:&quot;&quot;,&quot;non-dropping-particle&quot;:&quot;&quot;},{&quot;family&quot;:&quot;Ostrovski&quot;,&quot;given&quot;:&quot;Georg&quot;,&quot;parse-names&quot;:false,&quot;dropping-particle&quot;:&quot;&quot;,&quot;non-dropping-particle&quot;:&quot;&quot;},{&quot;family&quot;:&quot;others&quot;,&quot;given&quot;:&quot;&quot;,&quot;parse-names&quot;:false,&quot;dropping-particle&quot;:&quot;&quot;,&quot;non-dropping-particle&quot;:&quot;&quot;}],&quot;container-title&quot;:&quot;nature&quot;,&quot;container-title-short&quot;:&quot;Nature&quot;,&quot;issued&quot;:{&quot;date-parts&quot;:[[2015]]},&quot;page&quot;:&quot;529-533&quot;,&quot;publisher&quot;:&quot;Nature Publishing Group&quot;,&quot;issue&quot;:&quot;7540&quot;,&quot;volume&quot;:&quot;518&quot;},&quot;isTemporary&quot;:false}]},{&quot;citationID&quot;:&quot;MENDELEY_CITATION_005f9537-a48c-441d-b721-f47d4372ed71&quot;,&quot;properties&quot;:{&quot;noteIndex&quot;:0},&quot;isEdited&quot;:false,&quot;manualOverride&quot;:{&quot;isManuallyOverridden&quot;:true,&quot;citeprocText&quot;:&quot;[HaGS16]&quot;,&quot;manualOverrideText&quot;:&quot;[HGS16]&quot;},&quot;citationTag&quot;:&quot;MENDELEY_CITATION_v3_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&quot;,&quot;citationItems&quot;:[{&quot;id&quot;:&quot;8f8c9e7e-c876-30c3-9251-1896a5d990f3&quot;,&quot;itemData&quot;:{&quot;type&quot;:&quot;paper-conference&quot;,&quot;id&quot;:&quot;8f8c9e7e-c876-30c3-9251-1896a5d990f3&quot;,&quot;title&quot;:&quot;Deep reinforcement learning with double q-learning&quot;,&quot;author&quot;:[{&quot;family&quot;:&quot;Hasselt&quot;,&quot;given&quot;:&quot;Hado&quot;,&quot;parse-names&quot;:false,&quot;dropping-particle&quot;:&quot;&quot;,&quot;non-dropping-particle&quot;:&quot;Van&quot;},{&quot;family&quot;:&quot;Guez&quot;,&quot;given&quot;:&quot;Arthur&quot;,&quot;parse-names&quot;:false,&quot;dropping-particle&quot;:&quot;&quot;,&quot;non-dropping-particle&quot;:&quot;&quot;},{&quot;family&quot;:&quot;Silver&quot;,&quot;given&quot;:&quot;David&quot;,&quot;parse-names&quot;:false,&quot;dropping-particle&quot;:&quot;&quot;,&quot;non-dropping-particle&quot;:&quot;&quot;}],&quot;container-title&quot;:&quot;Proceedings of the AAAI conference on artificial intelligence&quot;,&quot;issued&quot;:{&quot;date-parts&quot;:[[2016]]},&quot;issue&quot;:&quot;1&quot;,&quot;volume&quot;:&quot;30&quot;,&quot;container-title-short&quot;:&quot;&quot;},&quot;isTemporary&quot;:false}]},{&quot;citationID&quot;:&quot;MENDELEY_CITATION_6e1604e7-1b9d-42af-be8f-20e2e8a9a01d&quot;,&quot;properties&quot;:{&quot;noteIndex&quot;:0},&quot;isEdited&quot;:false,&quot;manualOverride&quot;:{&quot;isManuallyOverridden&quot;:true,&quot;citeprocText&quot;:&quot;[MKSR15]&quot;,&quot;manualOverrideText&quot;:&quot;[MNI15]&quot;},&quot;citationTag&quot;:&quot;MENDELEY_CITATION_v3_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&quot;,&quot;citationItems&quot;:[{&quot;id&quot;:&quot;e35466c2-d67a-358d-9279-936393a6c315&quot;,&quot;itemData&quot;:{&quot;type&quot;:&quot;article-journal&quot;,&quot;id&quot;:&quot;e35466c2-d67a-358d-9279-936393a6c315&quot;,&quot;title&quot;:&quot;Human-level control through deep reinforcement learning&quot;,&quot;author&quot;:[{&quot;family&quot;:&quot;Mnih&quot;,&quot;given&quot;:&quot;Volodymyr&quot;,&quot;parse-names&quot;:false,&quot;dropping-particle&quot;:&quot;&quot;,&quot;non-dropping-particle&quot;:&quot;&quot;},{&quot;family&quot;:&quot;Kavukcuoglu&quot;,&quot;given&quot;:&quot;Koray&quot;,&quot;parse-names&quot;:false,&quot;dropping-particle&quot;:&quot;&quot;,&quot;non-dropping-particle&quot;:&quot;&quot;},{&quot;family&quot;:&quot;Silver&quot;,&quot;given&quot;:&quot;David&quot;,&quot;parse-names&quot;:false,&quot;dropping-particle&quot;:&quot;&quot;,&quot;non-dropping-particle&quot;:&quot;&quot;},{&quot;family&quot;:&quot;Rusu&quot;,&quot;given&quot;:&quot;Andrei A&quot;,&quot;parse-names&quot;:false,&quot;dropping-particle&quot;:&quot;&quot;,&quot;non-dropping-particle&quot;:&quot;&quot;},{&quot;family&quot;:&quot;Veness&quot;,&quot;given&quot;:&quot;Joel&quot;,&quot;parse-names&quot;:false,&quot;dropping-particle&quot;:&quot;&quot;,&quot;non-dropping-particle&quot;:&quot;&quot;},{&quot;family&quot;:&quot;Bellemare&quot;,&quot;given&quot;:&quot;Marc G&quot;,&quot;parse-names&quot;:false,&quot;dropping-particle&quot;:&quot;&quot;,&quot;non-dropping-particle&quot;:&quot;&quot;},{&quot;family&quot;:&quot;Graves&quot;,&quot;given&quot;:&quot;Alex&quot;,&quot;parse-names&quot;:false,&quot;dropping-particle&quot;:&quot;&quot;,&quot;non-dropping-particle&quot;:&quot;&quot;},{&quot;family&quot;:&quot;Riedmiller&quot;,&quot;given&quot;:&quot;Martin&quot;,&quot;parse-names&quot;:false,&quot;dropping-particle&quot;:&quot;&quot;,&quot;non-dropping-particle&quot;:&quot;&quot;},{&quot;family&quot;:&quot;Fidjeland&quot;,&quot;given&quot;:&quot;Andreas K&quot;,&quot;parse-names&quot;:false,&quot;dropping-particle&quot;:&quot;&quot;,&quot;non-dropping-particle&quot;:&quot;&quot;},{&quot;family&quot;:&quot;Ostrovski&quot;,&quot;given&quot;:&quot;Georg&quot;,&quot;parse-names&quot;:false,&quot;dropping-particle&quot;:&quot;&quot;,&quot;non-dropping-particle&quot;:&quot;&quot;},{&quot;family&quot;:&quot;others&quot;,&quot;given&quot;:&quot;&quot;,&quot;parse-names&quot;:false,&quot;dropping-particle&quot;:&quot;&quot;,&quot;non-dropping-particle&quot;:&quot;&quot;}],&quot;container-title&quot;:&quot;nature&quot;,&quot;container-title-short&quot;:&quot;Nature&quot;,&quot;issued&quot;:{&quot;date-parts&quot;:[[2015]]},&quot;page&quot;:&quot;529-533&quot;,&quot;publisher&quot;:&quot;Nature Publishing Group&quot;,&quot;issue&quot;:&quot;7540&quot;,&quot;volume&quot;:&quot;518&quot;},&quot;isTemporary&quot;:false}]}]"/>
    <we:property name="MENDELEY_CITATIONS_LOCALE_CODE" value="&quot;de-DE&quot;"/>
    <we:property name="MENDELEY_CITATIONS_STYLE" value="{&quot;id&quot;:&quot;https://www.zotero.org/styles/din-1505-2-alphanumeric&quot;,&quot;title&quot;:&quot;DIN 1505-2 (alphanumeric, Deutsch) - standard superseded by ISO-690&quot;,&quot;format&quot;:&quot;label&quot;,&quot;defaultLocale&quot;:&quot;de-DE&quot;,&quot;isLocaleCodeValid&quot;:true}"/>
  </we:properties>
  <we:bindings/>
  <we:snapshot xmlns:r="http://schemas.openxmlformats.org/officeDocument/2006/relationships"/>
</we:webextension>
</file>

<file path=word/webextensions/webextension3.xml><?xml version="1.0" encoding="utf-8"?>
<we:webextension xmlns:we="http://schemas.microsoft.com/office/webextensions/webextension/2010/11" id="{E5836AF7-DFF0-4A80-8686-27699E204E9E}">
  <we:reference id="wa200010453" version="1.0.0.1" store="en-US" storeType="OMEX"/>
  <we:alternateReferences>
    <we:reference id="wa200010453" version="1.0.0.1" store="en-US" storeType="OMEX"/>
  </we:alternateReferences>
  <we:properties>
    <we:property name="claude.fileId" value="&quot;46255b5c-4c4b-4d96-858d-9ab1d83694a7&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20023-851B-433E-A4D2-6A266FE76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5677</Words>
  <Characters>32361</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37963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Ilham Akmal</cp:lastModifiedBy>
  <cp:revision>2</cp:revision>
  <cp:lastPrinted>2026-07-11T21:58:00Z</cp:lastPrinted>
  <dcterms:created xsi:type="dcterms:W3CDTF">2026-07-16T02:07:00Z</dcterms:created>
  <dcterms:modified xsi:type="dcterms:W3CDTF">2026-07-16T02:07:00Z</dcterms:modified>
  <cp:category/>
</cp:coreProperties>
</file>